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Understanding the Taylor Pride Event and What It Means for Local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voters and curious locals took notice when a small Texas town’s Pride festival mixed community fundraising, colourful drag performances and a state politician’s appearance , here's what happened, why it stirred debate in Taylor, and what to consider if you care about kids, culture and campaigning in small towns.</w:t>
      </w:r>
      <w:r/>
    </w:p>
    <w:p>
      <w:r/>
      <w:r>
        <w:t>Essential Takeaways</w:t>
      </w:r>
      <w:r/>
      <w:r/>
    </w:p>
    <w:p>
      <w:pPr>
        <w:pStyle w:val="ListBullet"/>
        <w:spacing w:line="240" w:lineRule="auto"/>
        <w:ind w:left="720"/>
      </w:pPr>
      <w:r/>
      <w:r>
        <w:rPr>
          <w:b/>
        </w:rPr>
        <w:t>Event basics:</w:t>
      </w:r>
      <w:r>
        <w:t xml:space="preserve"> Taylor PRIDE organised a June 2021 festival with speakers, live music, craft activities and a youth-focused "drag story hour" alongside adult drag performances.</w:t>
      </w:r>
      <w:r/>
    </w:p>
    <w:p>
      <w:pPr>
        <w:pStyle w:val="ListBullet"/>
        <w:spacing w:line="240" w:lineRule="auto"/>
        <w:ind w:left="720"/>
      </w:pPr>
      <w:r/>
      <w:r>
        <w:rPr>
          <w:b/>
        </w:rPr>
        <w:t>Notable attendance:</w:t>
      </w:r>
      <w:r>
        <w:t xml:space="preserve"> State representative and Senate hopeful James Talarico headlined the event and posed with attendees, drawing attention to his social views.</w:t>
      </w:r>
      <w:r/>
    </w:p>
    <w:p>
      <w:pPr>
        <w:pStyle w:val="ListBullet"/>
        <w:spacing w:line="240" w:lineRule="auto"/>
        <w:ind w:left="720"/>
      </w:pPr>
      <w:r/>
      <w:r>
        <w:rPr>
          <w:b/>
        </w:rPr>
        <w:t>Youth performer:</w:t>
      </w:r>
      <w:r>
        <w:t xml:space="preserve"> An 11-year-old performer billed as Kween Kee Kee took part in a youth drag segment and hosted a storytime with PRIDE-themed crafts.</w:t>
      </w:r>
      <w:r/>
    </w:p>
    <w:p>
      <w:pPr>
        <w:pStyle w:val="ListBullet"/>
        <w:spacing w:line="240" w:lineRule="auto"/>
        <w:ind w:left="720"/>
      </w:pPr>
      <w:r/>
      <w:r>
        <w:rPr>
          <w:b/>
        </w:rPr>
        <w:t>Local reaction:</w:t>
      </w:r>
      <w:r>
        <w:t xml:space="preserve"> The festival produced pushback from some residents and conservative groups, while organisers defended the programming as community-focused and fundraising for rural LGBTQ support.</w:t>
      </w:r>
      <w:r/>
    </w:p>
    <w:p>
      <w:pPr>
        <w:pStyle w:val="ListBullet"/>
        <w:spacing w:line="240" w:lineRule="auto"/>
        <w:ind w:left="720"/>
      </w:pPr>
      <w:r/>
      <w:r>
        <w:rPr>
          <w:b/>
        </w:rPr>
        <w:t>Ongoing context:</w:t>
      </w:r>
      <w:r>
        <w:t xml:space="preserve"> The event ties into broader debates about LGBTQ visibility, children's programming and how politicians engage culturally in conservative regions.</w:t>
      </w:r>
      <w:r/>
      <w:r/>
    </w:p>
    <w:p>
      <w:pPr>
        <w:pStyle w:val="Heading2"/>
      </w:pPr>
      <w:r>
        <w:t>What actually happened at the Taylor Pride festival</w:t>
      </w:r>
      <w:r/>
    </w:p>
    <w:p>
      <w:r/>
      <w:r>
        <w:t>The scene was small-town and vivid: a festival at Texas Beer Company with music, speakers, a "drag story hour" and performers both adult and young, complete with bright outfits and glitter. Taylor PRIDE posted promotional material highlighting musical guests, speakers and “the absolute cutest &amp; youngest of our drag performers,” drawing extra attention to a preteen stage name Kween Kee Kee.</w:t>
      </w:r>
      <w:r/>
    </w:p>
    <w:p>
      <w:r/>
      <w:r>
        <w:t>Organisers framed the event as fundraising and community building for rural LGBTQ residents. According to local reporting and the group’s own posts, the lineup mixed family-friendly activities like storytime and crafts with traditional evening drag performances, which is what prompted some of the controversy afterwards.</w:t>
      </w:r>
      <w:r/>
    </w:p>
    <w:p>
      <w:pPr>
        <w:pStyle w:val="Heading2"/>
      </w:pPr>
      <w:r>
        <w:t>Why a politician’s presence mattered</w:t>
      </w:r>
      <w:r/>
    </w:p>
    <w:p>
      <w:r/>
      <w:r>
        <w:t>James Talarico, a state representative running for U.S. Senate, headlined and spoke at the event. For a candidate from a more progressive corner of Texas politics to appear in a conservative-leaning community almost 50 miles from Austin was always likely to get media attention.</w:t>
      </w:r>
      <w:r/>
    </w:p>
    <w:p>
      <w:r/>
      <w:r>
        <w:t>Talarico’s attendance became a talking point because his past remarks on gender and religion have already been polarising. Opponents used the photos and the youth programming to question whether his cultural positions map onto views held by the broader Texas electorate, while supporters said he was showing solidarity with a minority community.</w:t>
      </w:r>
      <w:r/>
    </w:p>
    <w:p>
      <w:pPr>
        <w:pStyle w:val="Heading2"/>
      </w:pPr>
      <w:r>
        <w:t>The debate over youth participation in Pride events</w:t>
      </w:r>
      <w:r/>
    </w:p>
    <w:p>
      <w:r/>
      <w:r>
        <w:t>The inclusion of an 11-year-old in a youth-oriented segment fed an intense cultural conversation. Taylor PRIDE described the role as both a performance and a storytime with crafts; photos and a social-video clip showed a child performer in costume entertaining families.</w:t>
      </w:r>
      <w:r/>
    </w:p>
    <w:p>
      <w:r/>
      <w:r>
        <w:t>Critics called the set-up inappropriate and accused organisers of exploitation, while the group denied those claims and framed the programming as community and family focused. This episode echoes a larger national debate over where to draw lines between family-friendly visibility and adult entertainment in public events.</w:t>
      </w:r>
      <w:r/>
    </w:p>
    <w:p>
      <w:pPr>
        <w:pStyle w:val="Heading2"/>
      </w:pPr>
      <w:r>
        <w:t>What communities and candidates can learn from the reaction</w:t>
      </w:r>
      <w:r/>
    </w:p>
    <w:p>
      <w:r/>
      <w:r>
        <w:t>Small towns and campaign teams should expect sharper scrutiny when political figures join events that mix family programming and adult-oriented elements. Transparency about schedules, clear labelling of child-friendly activities, and advance communication with parents and local leaders can reduce misunderstandings.</w:t>
      </w:r>
      <w:r/>
    </w:p>
    <w:p>
      <w:r/>
      <w:r>
        <w:t>Candidates who want to engage with diverse constituencies might consider smaller, more targeted meet-and-greets if they're nervous about optics, or explicitly separate "family hours" from late-night performances. For communities, a clear code of conduct and programme guide helps families know what to expect.</w:t>
      </w:r>
      <w:r/>
    </w:p>
    <w:p>
      <w:pPr>
        <w:pStyle w:val="Heading2"/>
      </w:pPr>
      <w:r>
        <w:t>Wider political ripple effects and what’s next</w:t>
      </w:r>
      <w:r/>
    </w:p>
    <w:p>
      <w:r/>
      <w:r>
        <w:t>The festival’s fallout , including protest chatter and later controversy around a Christmas parade float , shows how a single event can stay in local conversation for months. Opponents used the episode in campaign messaging, while supporters cast it as ordinary local culture and charity work.</w:t>
      </w:r>
      <w:r/>
    </w:p>
    <w:p>
      <w:r/>
      <w:r>
        <w:t>For voters, the takeaways are practical: inspect event programmes, listen to local organisers and weigh how cultural engagement fits with a candidate’s wider priorities. Events like this tend to sharpen existing divisions rather than create new ones.</w:t>
      </w:r>
      <w:r/>
    </w:p>
    <w:p>
      <w:r/>
      <w:r>
        <w:t>It's a small local moment with outsized noise , worth a glance if you care how culture, kids and campaigning collide in communities.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https://freebeacon.com/democrats/james-talarico-headlined-pride-event-alongside-11-year-old-child-drag-queen-kween-kee-kee-absolute-cutest-and-youngest-of-our-drag-performers/</w:t>
        </w:r>
      </w:hyperlink>
      <w:r>
        <w:t xml:space="preserve"> - Please view link - unable to able to access data</w:t>
      </w:r>
      <w:r/>
    </w:p>
    <w:p>
      <w:pPr>
        <w:pStyle w:val="ListNumber"/>
        <w:spacing w:line="240" w:lineRule="auto"/>
        <w:ind w:left="720"/>
      </w:pPr>
      <w:r/>
      <w:hyperlink r:id="rId10">
        <w:r>
          <w:rPr>
            <w:color w:val="0000EE"/>
            <w:u w:val="single"/>
          </w:rPr>
          <w:t>https://www.taylorpride.org/about-us</w:t>
        </w:r>
      </w:hyperlink>
      <w:r>
        <w:t xml:space="preserve"> - Taylor Pride is a community-focused organisation in Taylor, Texas, aiming to bring together LGBTQIA+ individuals and allies. Established in early 2020, they hosted their first in-person Pride celebration on June 26, 2021, attracting nearly 2,000 attendees from local and neighbouring communities. Their mission includes raising awareness, advocating, educating, supporting, and celebrating the LGBTQIA+ community. They also initiated the Duck Pantry in November 2021, providing snacks and lunch options for local elementary schools. Other events include Pride bingo, drag brunches, and monthly youth group meetups.</w:t>
      </w:r>
      <w:r/>
    </w:p>
    <w:p>
      <w:pPr>
        <w:pStyle w:val="ListNumber"/>
        <w:spacing w:line="240" w:lineRule="auto"/>
        <w:ind w:left="720"/>
      </w:pPr>
      <w:r/>
      <w:hyperlink r:id="rId11">
        <w:r>
          <w:rPr>
            <w:color w:val="0000EE"/>
            <w:u w:val="single"/>
          </w:rPr>
          <w:t>https://www.kut.org/life-arts/2021-06-25/after-taking-baby-steps-last-year-with-a-virtual-event-taylor-will-celebrate-pride-in-person</w:t>
        </w:r>
      </w:hyperlink>
      <w:r>
        <w:t xml:space="preserve"> - In June 2021, Taylor, Texas, held its first in-person Pride event after a virtual celebration in 2020. Organised by Taylor Pride, the event featured speakers, drag performances, and live music. The community had previously bonded online during the pandemic, leading to the in-person celebration. Despite some opposition from local religious groups, the event received support from local businesses and residents, highlighting the town's growing acceptance and support for the LGBTQ+ community.</w:t>
      </w:r>
      <w:r/>
    </w:p>
    <w:p>
      <w:pPr>
        <w:pStyle w:val="ListNumber"/>
        <w:spacing w:line="240" w:lineRule="auto"/>
        <w:ind w:left="720"/>
      </w:pPr>
      <w:r/>
      <w:hyperlink r:id="rId14">
        <w:r>
          <w:rPr>
            <w:color w:val="0000EE"/>
            <w:u w:val="single"/>
          </w:rPr>
          <w:t>https://www.wilcodemocrats.org/event/taylor-pride-festival/</w:t>
        </w:r>
      </w:hyperlink>
      <w:r>
        <w:t xml:space="preserve"> - The Williamson County Democratic Party announced the sixth annual Taylor Pride Music &amp; Art Festival, scheduled for June 27-28, 2026, at 400 N Main St, Taylor, Texas. The event aims to celebrate and support the LGBTQ+ community in the region, featuring music, art, and community engagement. Volunteers are encouraged to register for shifts to assist in the festival's organisation and execution.</w:t>
      </w:r>
      <w:r/>
    </w:p>
    <w:p>
      <w:pPr>
        <w:pStyle w:val="ListNumber"/>
        <w:spacing w:line="240" w:lineRule="auto"/>
        <w:ind w:left="720"/>
      </w:pPr>
      <w:r/>
      <w:hyperlink r:id="rId13">
        <w:r>
          <w:rPr>
            <w:color w:val="0000EE"/>
            <w:u w:val="single"/>
          </w:rPr>
          <w:t>https://www.dallasnews.com/event/5abe080f-0f40-0143-2159-c9acfa231566/</w:t>
        </w:r>
      </w:hyperlink>
      <w:r>
        <w:t xml:space="preserve"> - The North Texas Pride Foundation hosted the 10th annual 'Come As You Are' festival on September 25, 2021, at Haggard Park in Plano, Texas. The family-friendly event featured sponsor and vendor booths, food and beverages, giveaways, and activities for all ages, including bands, DJs, dancing, and entertainment. The festival served as a fundraiser to support the vision of establishing a permanent location for the foundation to host events, meetings, education, and serve as a central resource centre for communities north of Highway 635.</w:t>
      </w:r>
      <w:r/>
    </w:p>
    <w:p>
      <w:pPr>
        <w:pStyle w:val="ListNumber"/>
        <w:spacing w:line="240" w:lineRule="auto"/>
        <w:ind w:left="720"/>
      </w:pPr>
      <w:r/>
      <w:hyperlink r:id="rId15">
        <w:r>
          <w:rPr>
            <w:color w:val="0000EE"/>
            <w:u w:val="single"/>
          </w:rPr>
          <w:t>https://www.amplifyatx.org/organizations/taylorpride</w:t>
        </w:r>
      </w:hyperlink>
      <w:r>
        <w:t xml:space="preserve"> - Taylor Pride is a community-focused organisation in Taylor, Texas, providing visibility, resources, and year-round events that are welcoming and supportive to both LGBTQIA+ families and allies. Their mission is to foster and support the diversity of rural communities in Central Texas. They have become a blueprint and mentor for other small-town LGBTQ+ non-profits and support the great things they are doing in their communities. Their main goal is to bring awareness, advocate, educate, support, and celebrate the LGBTQIA+ community where they are.</w:t>
      </w:r>
      <w:r/>
    </w:p>
    <w:p>
      <w:pPr>
        <w:pStyle w:val="ListNumber"/>
        <w:spacing w:line="240" w:lineRule="auto"/>
        <w:ind w:left="720"/>
      </w:pPr>
      <w:r/>
      <w:hyperlink r:id="rId12">
        <w:r>
          <w:rPr>
            <w:color w:val="0000EE"/>
            <w:u w:val="single"/>
          </w:rPr>
          <w:t>https://www.taylorpride.org/</w:t>
        </w:r>
      </w:hyperlink>
      <w:r>
        <w:t xml:space="preserve"> - Taylor Pride is a 501(c)3 non-profit organisation based in Taylor, Texas, dedicated to creating opportunities for LGBTQIA+ individuals and allies to come together. Their mission includes raising awareness, advocating, educating, supporting, and celebrating the LGBTQIA+ community. They host various events, including Pride festivals, bingo nights, drag brunches, and youth group meetups. Their inaugural virtual Pride Festival took place in June 2020, followed by their first in-person festival in June 2021, which has since expanded to become a music and arts festival hosting multiple entertainers, musical performers, speakers, vendors, DJs, discussion panels, artists, and youth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reebeacon.com/democrats/james-talarico-headlined-pride-event-alongside-11-year-old-child-drag-queen-kween-kee-kee-absolute-cutest-and-youngest-of-our-drag-performers/" TargetMode="External"/><Relationship Id="rId10" Type="http://schemas.openxmlformats.org/officeDocument/2006/relationships/hyperlink" Target="https://www.taylorpride.org/about-us" TargetMode="External"/><Relationship Id="rId11" Type="http://schemas.openxmlformats.org/officeDocument/2006/relationships/hyperlink" Target="https://www.kut.org/life-arts/2021-06-25/after-taking-baby-steps-last-year-with-a-virtual-event-taylor-will-celebrate-pride-in-person" TargetMode="External"/><Relationship Id="rId12" Type="http://schemas.openxmlformats.org/officeDocument/2006/relationships/hyperlink" Target="https://www.taylorpride.org/" TargetMode="External"/><Relationship Id="rId13" Type="http://schemas.openxmlformats.org/officeDocument/2006/relationships/hyperlink" Target="https://www.dallasnews.com/event/5abe080f-0f40-0143-2159-c9acfa231566/" TargetMode="External"/><Relationship Id="rId14" Type="http://schemas.openxmlformats.org/officeDocument/2006/relationships/hyperlink" Target="https://www.wilcodemocrats.org/event/taylor-pride-festival/" TargetMode="External"/><Relationship Id="rId15" Type="http://schemas.openxmlformats.org/officeDocument/2006/relationships/hyperlink" Target="https://www.amplifyatx.org/organizations/taylor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