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New Brighton High Street Closure for Wirral Pride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a colourful takeover: Wirral Pride returns to New Brighton on Saturday, August 8, bringing live music, family-friendly stalls and road closures as Victoria Road becomes a daytime festival hub , here’s what to expect, why streets will shut, and how to make the most of the day.</w:t>
      </w:r>
      <w:r/>
    </w:p>
    <w:p>
      <w:r/>
      <w:r>
        <w:t>Essential Takeaways</w:t>
      </w:r>
      <w:r/>
      <w:r/>
    </w:p>
    <w:p>
      <w:pPr>
        <w:pStyle w:val="ListBullet"/>
        <w:spacing w:line="240" w:lineRule="auto"/>
        <w:ind w:left="720"/>
      </w:pPr>
      <w:r/>
      <w:r>
        <w:rPr>
          <w:b/>
        </w:rPr>
        <w:t>When and where:</w:t>
      </w:r>
      <w:r>
        <w:t xml:space="preserve"> Wirral Pride runs on Saturday 8 August, with stalls from 10.30am and road closures from 7am–7pm around Victoria Road and adjoining streets.</w:t>
      </w:r>
      <w:r/>
    </w:p>
    <w:p>
      <w:pPr>
        <w:pStyle w:val="ListBullet"/>
        <w:spacing w:line="240" w:lineRule="auto"/>
        <w:ind w:left="720"/>
      </w:pPr>
      <w:r/>
      <w:r>
        <w:rPr>
          <w:b/>
        </w:rPr>
        <w:t>Family-friendly vibe:</w:t>
      </w:r>
      <w:r>
        <w:t xml:space="preserve"> The event is free, aimed at all ages, with market stalls, quieter browsing times and accessible facilities including a BSL interpreter on the main stage.</w:t>
      </w:r>
      <w:r/>
    </w:p>
    <w:p>
      <w:pPr>
        <w:pStyle w:val="ListBullet"/>
        <w:spacing w:line="240" w:lineRule="auto"/>
        <w:ind w:left="720"/>
      </w:pPr>
      <w:r/>
      <w:r>
        <w:rPr>
          <w:b/>
        </w:rPr>
        <w:t>What’s on stage:</w:t>
      </w:r>
      <w:r>
        <w:t xml:space="preserve"> Local acts, DJs and community choirs will perform , expect a lively, local showcase rather than a commercial stadium line-up.</w:t>
      </w:r>
      <w:r/>
    </w:p>
    <w:p>
      <w:pPr>
        <w:pStyle w:val="ListBullet"/>
        <w:spacing w:line="240" w:lineRule="auto"/>
        <w:ind w:left="720"/>
      </w:pPr>
      <w:r/>
      <w:r>
        <w:rPr>
          <w:b/>
        </w:rPr>
        <w:t>Practical note:</w:t>
      </w:r>
      <w:r>
        <w:t xml:space="preserve"> Victoria Road and parts of Grosvenor Road and Waterloo Road will be closed , plan parking or public transport accordingly.</w:t>
      </w:r>
      <w:r/>
    </w:p>
    <w:p>
      <w:pPr>
        <w:pStyle w:val="ListBullet"/>
        <w:spacing w:line="240" w:lineRule="auto"/>
        <w:ind w:left="720"/>
      </w:pPr>
      <w:r/>
      <w:r>
        <w:rPr>
          <w:b/>
        </w:rPr>
        <w:t>Community spirit:</w:t>
      </w:r>
      <w:r>
        <w:t xml:space="preserve"> The event grew from a grassroots idea after Covid isolation and now celebrates visibility, inclusion and local pride.</w:t>
      </w:r>
      <w:r/>
      <w:r/>
    </w:p>
    <w:p>
      <w:pPr>
        <w:pStyle w:val="Heading2"/>
      </w:pPr>
      <w:r>
        <w:t>Streets on pause so the party can happen</w:t>
      </w:r>
      <w:r/>
    </w:p>
    <w:p>
      <w:r/>
      <w:r>
        <w:t>The strongest thing you’ll notice is the quiet roads before the colour arrives , Victoria Road will be closed from 7am to 7pm so organisers can set up a main stage, stalls and safe circulation for crowds. Wirral Pride’s organisers say the closure keeps people safe and turns the high street into a festival space where families can relax and children can run around without traffic worries. If you usually drive through New Brighton that day, treat the closure like a short, planned diversion and allow extra time.</w:t>
      </w:r>
      <w:r/>
    </w:p>
    <w:p>
      <w:pPr>
        <w:pStyle w:val="Heading2"/>
      </w:pPr>
      <w:r>
        <w:t>A grassroots idea that grew into a festival</w:t>
      </w:r>
      <w:r/>
    </w:p>
    <w:p>
      <w:r/>
      <w:r>
        <w:t>The event began as New Brighton Pride after one local organiser, inspired by a lonely bench-side moment during Covid, decided to try to make a difference. That small, emotional start has turned into an annual celebration and, for 2025, a rebrand to Wirral Pride to reflect wider ambitions and reach. Organisers emphasise visibility and community , the day is as much about solidarity and remembrance as it is about entertainment. Expect volunteers and local groups to be the backbone of the operation.</w:t>
      </w:r>
      <w:r/>
    </w:p>
    <w:p>
      <w:pPr>
        <w:pStyle w:val="Heading2"/>
      </w:pPr>
      <w:r>
        <w:t>What to see and do on Victoria Road</w:t>
      </w:r>
      <w:r/>
    </w:p>
    <w:p>
      <w:r/>
      <w:r>
        <w:t>The Victoria Quarter becomes a market and performance hub from 10.30am. Stalls will offer crafts, community services and food, and the quieter early browsing is a good tip if you don’t like crowds. The main stage hosts local favourites, DJs and community choirs, so it’s an opportunity to support nearby talent. For families, there’s a gentle, inclusive atmosphere rather than the manic energy of bigger city Prides.</w:t>
      </w:r>
      <w:r/>
    </w:p>
    <w:p>
      <w:pPr>
        <w:pStyle w:val="Heading2"/>
      </w:pPr>
      <w:r>
        <w:t>Accessibility and community care , what’s thoughtful this year</w:t>
      </w:r>
      <w:r/>
    </w:p>
    <w:p>
      <w:r/>
      <w:r>
        <w:t>Organisers have kept accessibility front of mind: the main stage will feature a British Sign Language interpreter throughout performances and announcements, and the event remains free to ensure anyone can attend. There’ll also be quieter areas and a layout designed to avoid pinch-points , useful if you’re bringing pushchairs or mobility aids. If you need assistance on the day, look for volunteers or information stalls near the entrance to the Victoria Quarter.</w:t>
      </w:r>
      <w:r/>
    </w:p>
    <w:p>
      <w:pPr>
        <w:pStyle w:val="Heading2"/>
      </w:pPr>
      <w:r>
        <w:t>Travel, parking and practical tips</w:t>
      </w:r>
      <w:r/>
    </w:p>
    <w:p>
      <w:r/>
      <w:r>
        <w:t>With key stretches of Victoria Road, Grosvenor Road and Waterloo Road closed, local parking will be busier than usual. Consider public transport or walking if you’re nearby; if you must drive, park a short walk away and bring a small bag for essentials. Take cash and card , stalls vary , and bring sun protection and a refillable water bottle. If you prefer an early, calmer experience, arrive shortly after the 10.30am market opening.</w:t>
      </w:r>
      <w:r/>
    </w:p>
    <w:p>
      <w:r/>
      <w:r>
        <w:t>It's a small change to your Saturday that can turn an ordinary high street into a bright, welcoming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https://www.liverpoolecho.co.uk/whats-on/high-street-closure-new-brighton-34402508</w:t>
        </w:r>
      </w:hyperlink>
      <w:r>
        <w:t xml:space="preserve"> - Please view link - unable to able to access data</w:t>
      </w:r>
      <w:r/>
    </w:p>
    <w:p>
      <w:pPr>
        <w:pStyle w:val="ListNumber"/>
        <w:spacing w:line="240" w:lineRule="auto"/>
        <w:ind w:left="720"/>
      </w:pPr>
      <w:r/>
      <w:hyperlink r:id="rId10">
        <w:r>
          <w:rPr>
            <w:color w:val="0000EE"/>
            <w:u w:val="single"/>
          </w:rPr>
          <w:t>https://www.visitwirral.com/event/wirral-pride-2026/74355101/</w:t>
        </w:r>
      </w:hyperlink>
      <w:r>
        <w:t xml:space="preserve"> - Wirral Pride returns to New Brighton in 2026, formerly known as New Brighton Pride. The event includes stalls, activities, and live performances throughout the Victoria Quarter in New Brighton. More announcements regarding the lineup and what's on the day are coming soon. The event is scheduled for August 8, 2026, at Victoria Quarter, Victoria Road, New Brighton.</w:t>
      </w:r>
      <w:r/>
    </w:p>
    <w:p>
      <w:pPr>
        <w:pStyle w:val="ListNumber"/>
        <w:spacing w:line="240" w:lineRule="auto"/>
        <w:ind w:left="720"/>
      </w:pPr>
      <w:r/>
      <w:hyperlink r:id="rId12">
        <w:r>
          <w:rPr>
            <w:color w:val="0000EE"/>
            <w:u w:val="single"/>
          </w:rPr>
          <w:t>https://wirralpride.co.uk/event-info</w:t>
        </w:r>
      </w:hyperlink>
      <w:r>
        <w:t xml:space="preserve"> - Wirral Pride is a day of celebration, colour, and community. The event features a main stage with live music and performances from local and national talent, a community zone with stalls, support services, charities, and local organisations, food and drink from local traders, and an afterparty. Stalls will open at 10:30am for quieter browsing until 11am, when DJ Jules will begin to play music before the event officially opens with the muster at 12pm. The event is free and open to everyone.</w:t>
      </w:r>
      <w:r/>
    </w:p>
    <w:p>
      <w:pPr>
        <w:pStyle w:val="ListNumber"/>
        <w:spacing w:line="240" w:lineRule="auto"/>
        <w:ind w:left="720"/>
      </w:pPr>
      <w:r/>
      <w:hyperlink r:id="rId11">
        <w:r>
          <w:rPr>
            <w:color w:val="0000EE"/>
            <w:u w:val="single"/>
          </w:rPr>
          <w:t>https://wirralview.com/node/12030</w:t>
        </w:r>
      </w:hyperlink>
      <w:r>
        <w:t xml:space="preserve"> - A number of road closures will be in place on 9th November to enable the safe operation of Remembrance Sunday parades and services in Wirral. Residents planning to travel in the affected areas that day are urged to take a look at the planned closures in advance and find an alternative route to avoid any unnecessary delay to their journey. The closures will be in operation from 7am in the morning until 5pm on Sunday 9th November.</w:t>
      </w:r>
      <w:r/>
    </w:p>
    <w:p>
      <w:pPr>
        <w:pStyle w:val="ListNumber"/>
        <w:spacing w:line="240" w:lineRule="auto"/>
        <w:ind w:left="720"/>
      </w:pPr>
      <w:r/>
      <w:hyperlink r:id="rId14">
        <w:r>
          <w:rPr>
            <w:color w:val="0000EE"/>
            <w:u w:val="single"/>
          </w:rPr>
          <w:t>https://www.brighton-hove.gov.uk/news/2025/pride-2025-travel-information</w:t>
        </w:r>
      </w:hyperlink>
      <w:r>
        <w:t xml:space="preserve"> - Pride is back for 2025 with another big weekend expected in Brighton &amp; Hove. As thousands of people arrive in the city for the celebrations, we're asking people to plan their travel in advance. Information about the best ways to travel to and from Pride, including bus and train details, can be found on the Pride website travel page. Our brand new Park &amp; Ride service will be available on Sunday 3 August. You can park at the Falmer Campus at the University of Sussex and take a dedicated bus service into the city centre for just £7 for a car and all its passengers. Park &amp; Ride will operate between 9am and 9pm.</w:t>
      </w:r>
      <w:r/>
    </w:p>
    <w:p>
      <w:pPr>
        <w:pStyle w:val="ListNumber"/>
        <w:spacing w:line="240" w:lineRule="auto"/>
        <w:ind w:left="720"/>
      </w:pPr>
      <w:r/>
      <w:hyperlink r:id="rId13">
        <w:r>
          <w:rPr>
            <w:color w:val="0000EE"/>
            <w:u w:val="single"/>
          </w:rPr>
          <w:t>https://www.zillowirral.co.uk/events-2/wirral-pride</w:t>
        </w:r>
      </w:hyperlink>
      <w:r>
        <w:t xml:space="preserve"> - Wirral Pride 2025 is scheduled for Saturday 9 August 2025, from 10:30am to 5:30pm, at Victoria Quarter, Victoria Road, New Brighton, Wirral CH45 2JD. The event features live music and performances from local talents and headline acts, a joyful parade that turns the streets into a moving rainbow, youth zones, food trucks, chill-out spaces, and glitter stations, and safe spaces and stalls from amazing organisations offering advice, support, and freebies.</w:t>
      </w:r>
      <w:r/>
    </w:p>
    <w:p>
      <w:pPr>
        <w:pStyle w:val="ListNumber"/>
        <w:spacing w:line="240" w:lineRule="auto"/>
        <w:ind w:left="720"/>
      </w:pPr>
      <w:r/>
      <w:hyperlink r:id="rId15">
        <w:r>
          <w:rPr>
            <w:color w:val="0000EE"/>
            <w:u w:val="single"/>
          </w:rPr>
          <w:t>https://wirralneu.co.uk/2025/08/07/wirral-neu-joins-the-celebration-at-wirral-pride-2025-come-say-hello/</w:t>
        </w:r>
      </w:hyperlink>
      <w:r>
        <w:t xml:space="preserve"> - Wirral NEU is proud to be joining the vibrant and inclusive celebration of Wirral Pride 2025, taking place on Saturday, 9th August in the heart of New Brighton’s Victoria Quarter. This year’s Pride promises to be bigger and brighter than ever, with festivities kicking off at 10:30am. Expect a full day of music, community stalls, performances, and celebration of diversity and unity. DJ sets begin at 11am, followed by a community muster at midday, and the main stage will be live from 12:15pm to 5:30pm.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high-street-closure-new-brighton-34402508" TargetMode="External"/><Relationship Id="rId10" Type="http://schemas.openxmlformats.org/officeDocument/2006/relationships/hyperlink" Target="https://www.visitwirral.com/event/wirral-pride-2026/74355101/" TargetMode="External"/><Relationship Id="rId11" Type="http://schemas.openxmlformats.org/officeDocument/2006/relationships/hyperlink" Target="https://wirralview.com/node/12030" TargetMode="External"/><Relationship Id="rId12" Type="http://schemas.openxmlformats.org/officeDocument/2006/relationships/hyperlink" Target="https://wirralpride.co.uk/event-info" TargetMode="External"/><Relationship Id="rId13" Type="http://schemas.openxmlformats.org/officeDocument/2006/relationships/hyperlink" Target="https://www.zillowirral.co.uk/events-2/wirral-pride" TargetMode="External"/><Relationship Id="rId14" Type="http://schemas.openxmlformats.org/officeDocument/2006/relationships/hyperlink" Target="https://www.brighton-hove.gov.uk/news/2025/pride-2025-travel-information" TargetMode="External"/><Relationship Id="rId15" Type="http://schemas.openxmlformats.org/officeDocument/2006/relationships/hyperlink" Target="https://wirralneu.co.uk/2025/08/07/wirral-neu-joins-the-celebration-at-wirral-pride-2025-come-say-hel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