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Giants Fan Responses: One Nonbinary Letter That Says It 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honest conversations: a longtime San Francisco Giants fan in Atlanta explains why Pride Night’s mishandling has cost them loyalty, why it matters to LGBTQ+ supporters, and what the team must do to repair trust. This heartfelt Dear Giants letter captures the disillusionment and practical fallout for fans.</w:t>
      </w:r>
      <w:r/>
    </w:p>
    <w:p>
      <w:r/>
      <w:r>
        <w:t>Essential Takeaways</w:t>
      </w:r>
      <w:r/>
      <w:r/>
    </w:p>
    <w:p>
      <w:pPr>
        <w:pStyle w:val="ListBullet"/>
        <w:spacing w:line="240" w:lineRule="auto"/>
        <w:ind w:left="720"/>
      </w:pPr>
      <w:r/>
      <w:r>
        <w:rPr>
          <w:b/>
        </w:rPr>
        <w:t>Longtime fandom at stake:</w:t>
      </w:r>
      <w:r>
        <w:t xml:space="preserve"> Kit A., a bisexual and transgender Giants supporter of 16 years, says the Pride Night response has pushed them away from attending games and prompted cancelling an MLB.tv subscription. </w:t>
      </w:r>
      <w:r/>
    </w:p>
    <w:p>
      <w:pPr>
        <w:pStyle w:val="ListBullet"/>
        <w:spacing w:line="240" w:lineRule="auto"/>
        <w:ind w:left="720"/>
      </w:pPr>
      <w:r/>
      <w:r>
        <w:rPr>
          <w:b/>
        </w:rPr>
        <w:t>Emotional weight:</w:t>
      </w:r>
      <w:r>
        <w:t xml:space="preserve"> The letter details scars from past bullying and how the Giants once felt like a safe, welcoming place , a “welcome home” now withdrawn. </w:t>
      </w:r>
      <w:r/>
    </w:p>
    <w:p>
      <w:pPr>
        <w:pStyle w:val="ListBullet"/>
        <w:spacing w:line="240" w:lineRule="auto"/>
        <w:ind w:left="720"/>
      </w:pPr>
      <w:r/>
      <w:r>
        <w:rPr>
          <w:b/>
        </w:rPr>
        <w:t>Organisational accountability demanded:</w:t>
      </w:r>
      <w:r>
        <w:t xml:space="preserve"> Kit urges the Giants to offer a clear apology, take responsibility, and show visible action rather than vague statements about personal beliefs. </w:t>
      </w:r>
      <w:r/>
    </w:p>
    <w:p>
      <w:pPr>
        <w:pStyle w:val="ListBullet"/>
        <w:spacing w:line="240" w:lineRule="auto"/>
        <w:ind w:left="720"/>
      </w:pPr>
      <w:r/>
      <w:r>
        <w:rPr>
          <w:b/>
        </w:rPr>
        <w:t>Broader precedent point:</w:t>
      </w:r>
      <w:r>
        <w:t xml:space="preserve"> The letter argues similar religious expressions on themed nights for other groups would be unacceptable, highlighting unequal protections for LGBTQ+ fans. </w:t>
      </w:r>
      <w:r/>
    </w:p>
    <w:p>
      <w:pPr>
        <w:pStyle w:val="ListBullet"/>
        <w:spacing w:line="240" w:lineRule="auto"/>
        <w:ind w:left="720"/>
      </w:pPr>
      <w:r/>
      <w:r>
        <w:rPr>
          <w:b/>
        </w:rPr>
        <w:t>Fan movement possible:</w:t>
      </w:r>
      <w:r>
        <w:t xml:space="preserve"> Kit is exploring alternative teams and leagues that feel explicitly inclusive, signalling potential long-term loss of LGBTQ+ support and revenue.</w:t>
      </w:r>
      <w:r/>
      <w:r/>
    </w:p>
    <w:p>
      <w:pPr>
        <w:pStyle w:val="Heading2"/>
      </w:pPr>
      <w:r>
        <w:t>A fan’s tipping point: the feeling of being uninvited</w:t>
      </w:r>
      <w:r/>
    </w:p>
    <w:p>
      <w:r/>
      <w:r>
        <w:t>Kit’s opening line lands with a quiet devastation , after years of making Giants games part of family life, one Pride Night and its aftermath left them feeling unwelcome. They describe a sensory memory of Oracle Park as a refuge, a place where shirts and caps meant safety, and that image collapsing has a sharp, personal sting. According to Outsports, that sense of betrayal is what pushes some long-term fans from passive disappointment into active disengagement. For fans wondering whether their attendance matters, this letter is a reminder that it very much does.</w:t>
      </w:r>
      <w:r/>
    </w:p>
    <w:p>
      <w:pPr>
        <w:pStyle w:val="Heading2"/>
      </w:pPr>
      <w:r>
        <w:t>Why “sincerely held beliefs” isn’t an adequate answer</w:t>
      </w:r>
      <w:r/>
    </w:p>
    <w:p>
      <w:r/>
      <w:r>
        <w:t>The letter shoots down the notion that religious conviction excuses conduct that targets a specific group, and it does so by drawing comparisons you don’t often hear at a stadium: would references to scripture on Black Heritage Night or Jewish Heritage Night be tolerated? Kit makes the practical point that sports organisations already police conduct when it affects other communities, so why treat LGBTQ+ fans differently. This line of thinking frames the debate as one about consistency and dignity, not abstract theology.</w:t>
      </w:r>
      <w:r/>
    </w:p>
    <w:p>
      <w:pPr>
        <w:pStyle w:val="Heading2"/>
      </w:pPr>
      <w:r>
        <w:t>From fandom to exit strategy: small, concrete steps fans are taking</w:t>
      </w:r>
      <w:r/>
    </w:p>
    <w:p>
      <w:r/>
      <w:r>
        <w:t>The impact is practical as well as emotional. Kit has stopped travelling to Giants–Braves games, will skip future in-person outings, and cancelled their MLB.tv subscription. That’s a pattern other fans have echoed in letters to the team, according to multiple Outsports reports: some are downgrading season tickets, others are redirecting their attention to teams seen as actively inclusive. For anyone deciding whether to vote with their wallet, Kit’s approach is a straightforward playbook: pause attendance, cancel subscriptions, and funnel support toward organisations that demonstrate clear allyship.</w:t>
      </w:r>
      <w:r/>
    </w:p>
    <w:p>
      <w:pPr>
        <w:pStyle w:val="Heading2"/>
      </w:pPr>
      <w:r>
        <w:t>What real accountability looks like, according to fans</w:t>
      </w:r>
      <w:r/>
    </w:p>
    <w:p>
      <w:r/>
      <w:r>
        <w:t>Kit is blunt about what would have made a difference: an organisational apology and an explicit statement that the offensive comments don’t represent clubhouse values. They call for ownership from leadership rather than platitudes about personal beliefs. Other letters and coverage in Outsports and SFGate show fans want tangible steps , transparent investigations, staff or policy changes, and outreach to the affected community. For teams wondering how to start rebuilding trust, the first practical move is to listen, then act visibly.</w:t>
      </w:r>
      <w:r/>
    </w:p>
    <w:p>
      <w:pPr>
        <w:pStyle w:val="Heading2"/>
      </w:pPr>
      <w:r>
        <w:t>Where fans go next: alternative teams and the wider sports market</w:t>
      </w:r>
      <w:r/>
    </w:p>
    <w:p>
      <w:r/>
      <w:r>
        <w:t>If a civic symbol like the Giants can feel optional, fans will seek the same communal thrill elsewhere. Kit notes they’re considering the WNBA’s Atlanta Dream or other local teams that align with their values. This shift reflects a broader market trend: sports consumers increasingly weigh inclusivity when choosing whom to support. For clubs, the takeaway is clear , inclusive signalling isn’t just window dressing, it’s part of a long-term relationship with diverse fanbases.</w:t>
      </w:r>
      <w:r/>
    </w:p>
    <w:p>
      <w:r/>
      <w:r>
        <w:t>It's a small change that can make every fan feel genuinely welcome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[7]</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https://www.outsports.com/2026/8/6/24140924/giants-fan-nonbinary-atlanta-dear-letter-bi-pride-night-caps-bible-verse/</w:t>
        </w:r>
      </w:hyperlink>
      <w:r>
        <w:t xml:space="preserve"> - Please view link - unable to able to access data</w:t>
      </w:r>
      <w:r/>
    </w:p>
    <w:p>
      <w:pPr>
        <w:pStyle w:val="ListNumber"/>
        <w:spacing w:line="240" w:lineRule="auto"/>
        <w:ind w:left="720"/>
      </w:pPr>
      <w:r/>
      <w:hyperlink r:id="rId9">
        <w:r>
          <w:rPr>
            <w:color w:val="0000EE"/>
            <w:u w:val="single"/>
          </w:rPr>
          <w:t>https://www.outsports.com/2026/8/6/24140924/giants-fan-nonbinary-atlanta-dear-letter-bi-pride-night-caps-bible-verse/</w:t>
        </w:r>
      </w:hyperlink>
      <w:r>
        <w:t xml:space="preserve"> - An LGBTQ+ San Francisco Giants fan, Kit A., expresses deep disappointment over the team's mishandling of Pride Night. They recount their longstanding support for the Giants and the LGBTQ+ community, highlighting the hurt caused by the team's actions. Kit A. is now considering shifting their fandom to other sports, such as the Atlanta Dream.</w:t>
      </w:r>
      <w:r/>
    </w:p>
    <w:p>
      <w:pPr>
        <w:pStyle w:val="ListNumber"/>
        <w:spacing w:line="240" w:lineRule="auto"/>
        <w:ind w:left="720"/>
      </w:pPr>
      <w:r/>
      <w:hyperlink r:id="rId10">
        <w:r>
          <w:rPr>
            <w:color w:val="0000EE"/>
            <w:u w:val="single"/>
          </w:rPr>
          <w:t>https://www.outsports.com/2026/7/9/24138807/dear-giants-letters-straight-sf-san-francisco-fans-pride-night-debacle/</w:t>
        </w:r>
      </w:hyperlink>
      <w:r>
        <w:t xml:space="preserve"> - Straight San Francisco Giants fans have written letters expressing their anger over the team's handling of Pride Night. They criticise the team's response to players' actions during the event and express their disappointment in the organisation's failure to address the issue appropriately. (</w:t>
      </w:r>
      <w:hyperlink r:id="rId15">
        <w:r>
          <w:rPr>
            <w:color w:val="0000EE"/>
            <w:u w:val="single"/>
          </w:rPr>
          <w:t>outsports.com</w:t>
        </w:r>
      </w:hyperlink>
      <w:r>
        <w:t>)</w:t>
      </w:r>
      <w:r/>
    </w:p>
    <w:p>
      <w:pPr>
        <w:pStyle w:val="ListNumber"/>
        <w:spacing w:line="240" w:lineRule="auto"/>
        <w:ind w:left="720"/>
      </w:pPr>
      <w:r/>
      <w:hyperlink r:id="rId13">
        <w:r>
          <w:rPr>
            <w:color w:val="0000EE"/>
            <w:u w:val="single"/>
          </w:rPr>
          <w:t>https://www.outsports.com/2026/7/10/24139216/giants-letter-sf-san-francisco-diversity-form-no-apology-responsibility/</w:t>
        </w:r>
      </w:hyperlink>
      <w:r>
        <w:t xml:space="preserve"> - The San Francisco Giants responded to fans' complaints about Pride Night with a form letter that did not apologise or take responsibility for the controversy. This response has been criticised by fans who feel their concerns were not adequately addressed. (</w:t>
      </w:r>
      <w:hyperlink r:id="rId16">
        <w:r>
          <w:rPr>
            <w:color w:val="0000EE"/>
            <w:u w:val="single"/>
          </w:rPr>
          <w:t>outsports.com</w:t>
        </w:r>
      </w:hyperlink>
      <w:r>
        <w:t>)</w:t>
      </w:r>
      <w:r/>
    </w:p>
    <w:p>
      <w:pPr>
        <w:pStyle w:val="ListNumber"/>
        <w:spacing w:line="240" w:lineRule="auto"/>
        <w:ind w:left="720"/>
      </w:pPr>
      <w:r/>
      <w:hyperlink r:id="rId11">
        <w:r>
          <w:rPr>
            <w:color w:val="0000EE"/>
            <w:u w:val="single"/>
          </w:rPr>
          <w:t>https://www.sfgate.com/giants/article/sf-giants-fans-pride-response-22318144.php/</w:t>
        </w:r>
      </w:hyperlink>
      <w:r>
        <w:t xml:space="preserve"> - Fans have criticised the San Francisco Giants for their weak response to the Pride Night controversy. They express disappointment in the team's handling of the situation and the lack of a proper apology. (</w:t>
      </w:r>
      <w:hyperlink r:id="rId17">
        <w:r>
          <w:rPr>
            <w:color w:val="0000EE"/>
            <w:u w:val="single"/>
          </w:rPr>
          <w:t>sfgate.com</w:t>
        </w:r>
      </w:hyperlink>
      <w:r>
        <w:t>)</w:t>
      </w:r>
      <w:r/>
    </w:p>
    <w:p>
      <w:pPr>
        <w:pStyle w:val="ListNumber"/>
        <w:spacing w:line="240" w:lineRule="auto"/>
        <w:ind w:left="720"/>
      </w:pPr>
      <w:r/>
      <w:hyperlink r:id="rId12">
        <w:r>
          <w:rPr>
            <w:color w:val="0000EE"/>
            <w:u w:val="single"/>
          </w:rPr>
          <w:t>https://www.outsports.com/2026/7/19/24139794/straight-sf-san-francisco-dear-giants-fan-pride-night-letter-wife/</w:t>
        </w:r>
      </w:hyperlink>
      <w:r>
        <w:t xml:space="preserve"> - A straight San Francisco Giants fan has written a letter to the team expressing shame over the Pride Night fiasco. The fan criticises the team's leadership for their handling of the event and the lack of accountability. (</w:t>
      </w:r>
      <w:hyperlink r:id="rId18">
        <w:r>
          <w:rPr>
            <w:color w:val="0000EE"/>
            <w:u w:val="single"/>
          </w:rPr>
          <w:t>outsports.com</w:t>
        </w:r>
      </w:hyperlink>
      <w:r>
        <w:t>)</w:t>
      </w:r>
      <w:r/>
    </w:p>
    <w:p>
      <w:pPr>
        <w:pStyle w:val="ListNumber"/>
        <w:spacing w:line="240" w:lineRule="auto"/>
        <w:ind w:left="720"/>
      </w:pPr>
      <w:r/>
      <w:hyperlink r:id="rId14">
        <w:r>
          <w:rPr>
            <w:color w:val="0000EE"/>
            <w:u w:val="single"/>
          </w:rPr>
          <w:t>https://www.outsports.com/2026/7/10/24139001/giants-dear-letter-fan-sf-san-francisco-season-tickets-bible-pride-night-caps/</w:t>
        </w:r>
      </w:hyperlink>
      <w:r>
        <w:t xml:space="preserve"> - A lifelong San Francisco Giants fan has sold all her remaining tickets and sent a letter to the team expressing her appall at their response to the Pride Night controversy. She criticises the team's handling of the situation and their failure to apologise. (</w:t>
      </w:r>
      <w:hyperlink r:id="rId19">
        <w:r>
          <w:rPr>
            <w:color w:val="0000EE"/>
            <w:u w:val="single"/>
          </w:rPr>
          <w:t>outsports.com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6/24140924/giants-fan-nonbinary-atlanta-dear-letter-bi-pride-night-caps-bible-verse/" TargetMode="External"/><Relationship Id="rId10" Type="http://schemas.openxmlformats.org/officeDocument/2006/relationships/hyperlink" Target="https://www.outsports.com/2026/7/9/24138807/dear-giants-letters-straight-sf-san-francisco-fans-pride-night-debacle/" TargetMode="External"/><Relationship Id="rId11" Type="http://schemas.openxmlformats.org/officeDocument/2006/relationships/hyperlink" Target="https://www.sfgate.com/giants/article/sf-giants-fans-pride-response-22318144.php/" TargetMode="External"/><Relationship Id="rId12" Type="http://schemas.openxmlformats.org/officeDocument/2006/relationships/hyperlink" Target="https://www.outsports.com/2026/7/19/24139794/straight-sf-san-francisco-dear-giants-fan-pride-night-letter-wife/" TargetMode="External"/><Relationship Id="rId13" Type="http://schemas.openxmlformats.org/officeDocument/2006/relationships/hyperlink" Target="https://www.outsports.com/2026/7/10/24139216/giants-letter-sf-san-francisco-diversity-form-no-apology-responsibility/" TargetMode="External"/><Relationship Id="rId14" Type="http://schemas.openxmlformats.org/officeDocument/2006/relationships/hyperlink" Target="https://www.outsports.com/2026/7/10/24139001/giants-dear-letter-fan-sf-san-francisco-season-tickets-bible-pride-night-caps/" TargetMode="External"/><Relationship Id="rId15" Type="http://schemas.openxmlformats.org/officeDocument/2006/relationships/hyperlink" Target="https://www.outsports.com/2026/7/9/24138807/dear-giants-letters-straight-sf-san-francisco-fans-pride-night-debacle/?utm_source=openai" TargetMode="External"/><Relationship Id="rId16" Type="http://schemas.openxmlformats.org/officeDocument/2006/relationships/hyperlink" Target="https://www.outsports.com/2026/7/10/24139216/giants-letter-sf-san-francisco-diversity-form-no-apology-responsibility/?utm_source=openai" TargetMode="External"/><Relationship Id="rId17" Type="http://schemas.openxmlformats.org/officeDocument/2006/relationships/hyperlink" Target="https://www.sfgate.com/giants/article/sf-giants-fans-pride-response-22318144.php/?utm_source=openai" TargetMode="External"/><Relationship Id="rId18" Type="http://schemas.openxmlformats.org/officeDocument/2006/relationships/hyperlink" Target="https://www.outsports.com/2026/7/19/24139794/straight-sf-san-francisco-dear-giants-fan-pride-night-letter-wife/?utm_source=openai" TargetMode="External"/><Relationship Id="rId19" Type="http://schemas.openxmlformats.org/officeDocument/2006/relationships/hyperlink" Target="https://www.outsports.com/2026/7/10/24139001/giants-dear-letter-fan-sf-san-francisco-season-tickets-bible-pride-night-cap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