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Philadelphia Pride Police Response: What Happened and What Comes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activists and residents are still talking about Philadelphia’s Pride weekend , and a City Council hearing this week put police tactics, arrests and public safety planning under a microscope. Who spoke, what officials said, and why this matters if you care about civil liberties and community trust.</w:t>
      </w:r>
      <w:r/>
    </w:p>
    <w:p>
      <w:r/>
      <w:r>
        <w:t>Essential Takeaways</w:t>
      </w:r>
      <w:r/>
      <w:r/>
    </w:p>
    <w:p>
      <w:pPr>
        <w:pStyle w:val="ListBullet"/>
        <w:spacing w:line="240" w:lineRule="auto"/>
        <w:ind w:left="720"/>
      </w:pPr>
      <w:r/>
      <w:r>
        <w:rPr>
          <w:b/>
        </w:rPr>
        <w:t>What happened:</w:t>
      </w:r>
      <w:r>
        <w:t xml:space="preserve"> About 15 people were arrested after crowds moved from the Benjamin Franklin Parkway to the Gayborhood, prompting allegations of heavy-handed policing and shaken attendees.</w:t>
      </w:r>
      <w:r/>
    </w:p>
    <w:p>
      <w:pPr>
        <w:pStyle w:val="ListBullet"/>
        <w:spacing w:line="240" w:lineRule="auto"/>
        <w:ind w:left="720"/>
      </w:pPr>
      <w:r/>
      <w:r>
        <w:rPr>
          <w:b/>
        </w:rPr>
        <w:t>Officers’ position:</w:t>
      </w:r>
      <w:r>
        <w:t xml:space="preserve"> Police leaders defended crowd-control measures as routine and intended to keep people safe, saying the change of festival location complicated planning.</w:t>
      </w:r>
      <w:r/>
    </w:p>
    <w:p>
      <w:pPr>
        <w:pStyle w:val="ListBullet"/>
        <w:spacing w:line="240" w:lineRule="auto"/>
        <w:ind w:left="720"/>
      </w:pPr>
      <w:r/>
      <w:r>
        <w:rPr>
          <w:b/>
        </w:rPr>
        <w:t>Community reaction:</w:t>
      </w:r>
      <w:r>
        <w:t xml:space="preserve"> LGBTQ+ advocates and residents called the response overly aggressive, with several witnesses describing distress and confusion.</w:t>
      </w:r>
      <w:r/>
    </w:p>
    <w:p>
      <w:pPr>
        <w:pStyle w:val="ListBullet"/>
        <w:spacing w:line="240" w:lineRule="auto"/>
        <w:ind w:left="720"/>
      </w:pPr>
      <w:r/>
      <w:r>
        <w:rPr>
          <w:b/>
        </w:rPr>
        <w:t>Officials probing:</w:t>
      </w:r>
      <w:r>
        <w:t xml:space="preserve"> City Council held a tense hearing with Police Commissioner Kevin Bethel and other leaders, seeking accountability and clearer planning for future events.</w:t>
      </w:r>
      <w:r/>
      <w:r/>
    </w:p>
    <w:p>
      <w:pPr>
        <w:pStyle w:val="Heading2"/>
      </w:pPr>
      <w:r>
        <w:t>Opening hook: arrests turned celebration into a controversy</w:t>
      </w:r>
      <w:r/>
    </w:p>
    <w:p>
      <w:r/>
      <w:r>
        <w:t>The image of a jubilant Pride march turned sour still lingers for many attendees, a mix of colourful outfits and sudden police activity that felt startlingly out of sync with a celebration. NBC Philadelphia and other outlets reported about 15 arrests tied to the incident, and video shared widely left some festivalgoers shaken. For people who expect Pride to be a safe space, that emotional jolt has turned into a political and civic question.</w:t>
      </w:r>
      <w:r/>
    </w:p>
    <w:p>
      <w:r/>
      <w:r>
        <w:t>City Councilmember Rue Landau called the hearing after constituents sent photos and messages about the policing, arguing the event had been treated more like a public-safety problem than a community celebration. The hearing made clear this isn’t just about one night; it’s about whether people will feel safe returning to public celebrations.</w:t>
      </w:r>
      <w:r/>
    </w:p>
    <w:p>
      <w:pPr>
        <w:pStyle w:val="Heading2"/>
      </w:pPr>
      <w:r>
        <w:t>What police said: routine tactics, complicated planning</w:t>
      </w:r>
      <w:r/>
    </w:p>
    <w:p>
      <w:r/>
      <w:r>
        <w:t>Police Commissioner Kevin Bethel told council members the department’s tactics were part of their usual crowd-control “rhythm,” aimed at moving people along to avoid disorder. He stressed the intent was safety rather than harm, and noted planning was complicated because the official festival was on the Benjamin Franklin Parkway rather than the Gayborhood, so predicting post-event crowd movement was harder.</w:t>
      </w:r>
      <w:r/>
    </w:p>
    <w:p>
      <w:r/>
      <w:r>
        <w:t>That defence hasn’t landed with everyone. Reporters from CBS News and FOX29 relayed tense exchanges at the hearing, and some council members pressed officers for clearer explanation and responsibility. The practical takeaway: when event locations shift, policing strategies need to adapt fast , and communication matters just as much as tactics.</w:t>
      </w:r>
      <w:r/>
    </w:p>
    <w:p>
      <w:pPr>
        <w:pStyle w:val="Heading2"/>
      </w:pPr>
      <w:r>
        <w:t>Voices from the community: shaken, seeking answers</w:t>
      </w:r>
      <w:r/>
    </w:p>
    <w:p>
      <w:r/>
      <w:r>
        <w:t>About 20 community members testified at the hearing, describing confusion, fear and what some saw as disproportionate force. Local reporting described rallies and protests in the days after the arrests, showing how a handful of incidents can ripple across neighbourhoods and social networks.</w:t>
      </w:r>
      <w:r/>
    </w:p>
    <w:p>
      <w:r/>
      <w:r>
        <w:t>Advocates argued this is a moment to rebuild trust, not simply justify a response. They want better advance planning, transparent rules for how crowd control is used, and measures to protect civil liberties during celebrations, especially events central to LGBTQ+ life.</w:t>
      </w:r>
      <w:r/>
    </w:p>
    <w:p>
      <w:pPr>
        <w:pStyle w:val="Heading2"/>
      </w:pPr>
      <w:r>
        <w:t>What the mayor and city officials are saying</w:t>
      </w:r>
      <w:r/>
    </w:p>
    <w:p>
      <w:r/>
      <w:r>
        <w:t>The mayor’s office has been pressed to respond publicly; the Philadelphia Inquirer and other outlets covered the mayor’s statements following the incident. City leaders face the dual pressure of supporting public safety while ensuring policing doesn’t chill participation in public life.</w:t>
      </w:r>
      <w:r/>
    </w:p>
    <w:p>
      <w:r/>
      <w:r>
        <w:t>Expect follow-ups: more briefings, possible policy reviews, and likely calls for improved training and liaison work between police and community groups before large events. If you attend future gatherings, organisers and local leaders will need to show they’ve learned from this.</w:t>
      </w:r>
      <w:r/>
    </w:p>
    <w:p>
      <w:pPr>
        <w:pStyle w:val="Heading2"/>
      </w:pPr>
      <w:r>
        <w:t>Practical tips for future events and organisers</w:t>
      </w:r>
      <w:r/>
    </w:p>
    <w:p>
      <w:r/>
      <w:r>
        <w:t>If you’re organising or attending a large public celebration, a few sensible steps can help reduce tension. Share clear route maps and exit plans with attendees, set up visible event marshals and liaisons who can talk to police in real time, and document interactions , photos or video can be crucial if questions later arise. For attendees, stick with friends, note safe meeting points, and report any troubling conduct to organisers and oversight bodies.</w:t>
      </w:r>
      <w:r/>
    </w:p>
    <w:p>
      <w:r/>
      <w:r>
        <w:t>Community trust takes time to rebuild, but concrete changes , like better pre-event coordination and clearer rules for crowd management , can make a real difference.</w:t>
      </w:r>
      <w:r/>
    </w:p>
    <w:p>
      <w:r/>
      <w:r>
        <w:t>It's a small change that can make every celebration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9">
        <w:r>
          <w:rPr>
            <w:color w:val="0000EE"/>
            <w:u w:val="single"/>
          </w:rPr>
          <w:t>[1]</w:t>
        </w:r>
      </w:hyperlink>
      <w:r>
        <w:t xml:space="preserve">- Paragraph 4: </w:t>
      </w:r>
      <w:hyperlink r:id="rId14">
        <w:r>
          <w:rPr>
            <w:color w:val="0000EE"/>
            <w:u w:val="single"/>
          </w:rPr>
          <w:t>[7]</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https://whyy.org/articles/philadelphia-pride-police-crowd-control-tactics/</w:t>
        </w:r>
      </w:hyperlink>
      <w:r>
        <w:t xml:space="preserve"> - Please view link - unable to able to access data</w:t>
      </w:r>
      <w:r/>
    </w:p>
    <w:p>
      <w:pPr>
        <w:pStyle w:val="ListNumber"/>
        <w:spacing w:line="240" w:lineRule="auto"/>
        <w:ind w:left="720"/>
      </w:pPr>
      <w:r/>
      <w:hyperlink r:id="rId10">
        <w:r>
          <w:rPr>
            <w:color w:val="0000EE"/>
            <w:u w:val="single"/>
          </w:rPr>
          <w:t>https://www.nbcphiladelphia.com/news/local/philly-leaders-seek-answers-after-15-arrested-by-police-during-pride-event/4416042/</w:t>
        </w:r>
      </w:hyperlink>
      <w:r>
        <w:t xml:space="preserve"> - Philadelphia city officials are responding to criticism over law enforcement conduct after a heavy police presence during Sunday’s Pride celebrations in the Gayborhood drew widespread backlash from LGBTQ+ community members, their allies, and elected officials across the city. The annual Philly Pride March and Festival was held on the Benjamin Franklin Parkway on Sunday, June 7, for the first time in the event’s history, organized by Philly Pride 365 and the Urban Affairs Coalition with $10 per-person admission. Celebrations in the Gayborhood remained free, and after the Parkway event concluded, large crowds moved into the neighborhood.</w:t>
      </w:r>
      <w:r/>
    </w:p>
    <w:p>
      <w:pPr>
        <w:pStyle w:val="ListNumber"/>
        <w:spacing w:line="240" w:lineRule="auto"/>
        <w:ind w:left="720"/>
      </w:pPr>
      <w:r/>
      <w:hyperlink r:id="rId11">
        <w:r>
          <w:rPr>
            <w:color w:val="0000EE"/>
            <w:u w:val="single"/>
          </w:rPr>
          <w:t>https://www.nbcphiladelphia.com/news/local/protesters-hold-rally-monday-after-15-arrested-by-philly-police-during-pride/4414129/</w:t>
        </w:r>
      </w:hyperlink>
      <w:r>
        <w:t xml:space="preserve"> - Protestors took to the streets on Monday after fifteen people were arrested when large crowds gathered in the Gayborhood during Sunday’s Pride celebration in Philadelphia. The Philadelphia Police Department is receiving criticism by members of the LGBTQ+ community and its allies after 15 people were arrested when crowds formed in the Gayborhood on Sunday. On Sunday, June 7, the annual Pride Festival and March was held on the Ben Franklin Parkway, which included a large police presence. However, large crowds also began to gather at the Gayborhood, which Police Commissioner Kevin J. Bethel said became unruly.</w:t>
      </w:r>
      <w:r/>
    </w:p>
    <w:p>
      <w:pPr>
        <w:pStyle w:val="ListNumber"/>
        <w:spacing w:line="240" w:lineRule="auto"/>
        <w:ind w:left="720"/>
      </w:pPr>
      <w:r/>
      <w:hyperlink r:id="rId12">
        <w:r>
          <w:rPr>
            <w:color w:val="0000EE"/>
            <w:u w:val="single"/>
          </w:rPr>
          <w:t>https://www.cbsnews.com/philadelphia/news/city-council-pride-police-mark-segal/</w:t>
        </w:r>
      </w:hyperlink>
      <w:r>
        <w:t xml:space="preserve"> - Days after members of the Philadelphia LGBTQ+ community raised concerns about police tactics during Pride in the city's Gayborhood, tensions remained high at Thursday's City Council meeting. A moment that was supposed to be celebratory — declaring June as 'Pride Month' in Philadelphia — briefly turned angry when longtime activist and founder of Philadelphia Gay News Mark Segal addressed the audience. Referring to Sunday's clash with police in the Gayborhood, Segal said, 'Police should not be running around with Tasers.'</w:t>
      </w:r>
      <w:r/>
    </w:p>
    <w:p>
      <w:pPr>
        <w:pStyle w:val="ListNumber"/>
        <w:spacing w:line="240" w:lineRule="auto"/>
        <w:ind w:left="720"/>
      </w:pPr>
      <w:r/>
      <w:hyperlink r:id="rId15">
        <w:r>
          <w:rPr>
            <w:color w:val="0000EE"/>
            <w:u w:val="single"/>
          </w:rPr>
          <w:t>https://www.spokesman.com/stories/2026/jun/08/15-arrested-as-police-response-to-gayborhood-pride/</w:t>
        </w:r>
      </w:hyperlink>
      <w:r>
        <w:t xml:space="preserve"> - Fifteen people were arrested at a Pride celebration in the Gayborhood on Sunday, authorities said, and the response drew criticism from some LGBTQ+ residents over how police handled crowd control at the event. Images of police officers engaging with attendees in Center City circulated widely across local social media feeds on Monday, featuring criticisms of what some considered to be an outsized and aggressive law enforcement presence.</w:t>
      </w:r>
      <w:r/>
    </w:p>
    <w:p>
      <w:pPr>
        <w:pStyle w:val="ListNumber"/>
        <w:spacing w:line="240" w:lineRule="auto"/>
        <w:ind w:left="720"/>
      </w:pPr>
      <w:r/>
      <w:hyperlink r:id="rId13">
        <w:r>
          <w:rPr>
            <w:color w:val="0000EE"/>
            <w:u w:val="single"/>
          </w:rPr>
          <w:t>https://www.fox29.com/news/philly-police-chief-responds-claims-aggressive-conduct-toward-lgbtq-community-pride</w:t>
        </w:r>
      </w:hyperlink>
      <w:r>
        <w:t xml:space="preserve"> - Philadelphia Police Commissioner Kevin Bethel spoke publicly about reports of aggressive police behavior toward members of the LGBTQ+ community during Pride weekend, according to a press conference held at police headquarters. Police response and crowd control during Pride. Bethel said the department’s main goal was to ensure safety during the Pride parade, which shifted from the neighborhood to the parkway this year. He described how officers used sanitation vehicles and K-9 units to secure the parkway, and explained that the parade itself went smoothly until crowds began to surge back into the neighborhood.</w:t>
      </w:r>
      <w:r/>
    </w:p>
    <w:p>
      <w:pPr>
        <w:pStyle w:val="ListNumber"/>
        <w:spacing w:line="240" w:lineRule="auto"/>
        <w:ind w:left="720"/>
      </w:pPr>
      <w:r/>
      <w:hyperlink r:id="rId14">
        <w:r>
          <w:rPr>
            <w:color w:val="0000EE"/>
            <w:u w:val="single"/>
          </w:rPr>
          <w:t>https://www.inquirer.com/news/philadelphia/mayor-parker-responds-police-force-philly-pride-arrests-20260610.html</w:t>
        </w:r>
      </w:hyperlink>
      <w:r>
        <w:t xml:space="preserve"> - After 15 people were arrested Sunday during Pride celebrations, Mayor Cherelle L. Parker said she is investigating and meeting with community leaders. Mayor Cherelle L. Parker says she is looking for answers after Philadelphia police arrested 15 people at a Pride celebration in the Gayborhood on Sunday that drew anger from community members over police use of force. 'I know that members of our LGBTQ+ community are hurting, frustrated, and looking for answers. … I want everyone to know that I hear you, I see you, and my Administration is taking your concerns seriously,' Parker said on social media Tuesday evening.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hyy.org/articles/philadelphia-pride-police-crowd-control-tactics/" TargetMode="External"/><Relationship Id="rId10" Type="http://schemas.openxmlformats.org/officeDocument/2006/relationships/hyperlink" Target="https://www.nbcphiladelphia.com/news/local/philly-leaders-seek-answers-after-15-arrested-by-police-during-pride-event/4416042/" TargetMode="External"/><Relationship Id="rId11" Type="http://schemas.openxmlformats.org/officeDocument/2006/relationships/hyperlink" Target="https://www.nbcphiladelphia.com/news/local/protesters-hold-rally-monday-after-15-arrested-by-philly-police-during-pride/4414129/" TargetMode="External"/><Relationship Id="rId12" Type="http://schemas.openxmlformats.org/officeDocument/2006/relationships/hyperlink" Target="https://www.cbsnews.com/philadelphia/news/city-council-pride-police-mark-segal/" TargetMode="External"/><Relationship Id="rId13" Type="http://schemas.openxmlformats.org/officeDocument/2006/relationships/hyperlink" Target="https://www.fox29.com/news/philly-police-chief-responds-claims-aggressive-conduct-toward-lgbtq-community-pride" TargetMode="External"/><Relationship Id="rId14" Type="http://schemas.openxmlformats.org/officeDocument/2006/relationships/hyperlink" Target="https://www.inquirer.com/news/philadelphia/mayor-parker-responds-police-force-philly-pride-arrests-20260610.html" TargetMode="External"/><Relationship Id="rId15" Type="http://schemas.openxmlformats.org/officeDocument/2006/relationships/hyperlink" Target="https://www.spokesman.com/stories/2026/jun/08/15-arrested-as-police-response-to-gayborhood-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