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Community Arts Nights: How Thou Art Woman Brings LGBTQ+ Women Together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creativity and connection: South Florida’s Thou Art Woman, produced by BLINC, turns art into a welcoming platform for Black LGBTQ+ women, non-binary people and allies , and shows why community-focused arts events matter for representation, healing and real-world support.</w:t>
      </w:r>
      <w:r/>
    </w:p>
    <w:p>
      <w:r/>
      <w:r>
        <w:t>Essential Takeaways</w:t>
      </w:r>
      <w:r/>
      <w:r/>
    </w:p>
    <w:p>
      <w:pPr>
        <w:pStyle w:val="ListBullet"/>
        <w:spacing w:line="240" w:lineRule="auto"/>
        <w:ind w:left="720"/>
      </w:pPr>
      <w:r/>
      <w:r>
        <w:rPr>
          <w:b/>
        </w:rPr>
        <w:t>Local roots, big heart:</w:t>
      </w:r>
      <w:r>
        <w:t xml:space="preserve"> Thou Art Woman began in 2014 and is produced by BLINC to centre Black LGBTQ+ women and non-binary communities. </w:t>
      </w:r>
      <w:r/>
    </w:p>
    <w:p>
      <w:pPr>
        <w:pStyle w:val="ListBullet"/>
        <w:spacing w:line="240" w:lineRule="auto"/>
        <w:ind w:left="720"/>
      </w:pPr>
      <w:r/>
      <w:r>
        <w:rPr>
          <w:b/>
        </w:rPr>
        <w:t>Multidisciplinary shows:</w:t>
      </w:r>
      <w:r>
        <w:t xml:space="preserve"> Events blend gallery exhibitions, live music, spoken word, dance and immersive experiences that feel intimate and vibrant. </w:t>
      </w:r>
      <w:r/>
    </w:p>
    <w:p>
      <w:pPr>
        <w:pStyle w:val="ListBullet"/>
        <w:spacing w:line="240" w:lineRule="auto"/>
        <w:ind w:left="720"/>
      </w:pPr>
      <w:r/>
      <w:r>
        <w:rPr>
          <w:b/>
        </w:rPr>
        <w:t>Artist opportunities:</w:t>
      </w:r>
      <w:r>
        <w:t xml:space="preserve"> Creators and performers gain exposure, paid stages and community connections; the atmosphere is encouraging and low‑pressure. </w:t>
      </w:r>
      <w:r/>
    </w:p>
    <w:p>
      <w:pPr>
        <w:pStyle w:val="ListBullet"/>
        <w:spacing w:line="240" w:lineRule="auto"/>
        <w:ind w:left="720"/>
      </w:pPr>
      <w:r/>
      <w:r>
        <w:rPr>
          <w:b/>
        </w:rPr>
        <w:t>Accessible impact:</w:t>
      </w:r>
      <w:r>
        <w:t xml:space="preserve"> Programming mixes celebration with advocacy, wellness and practical resources for attendees, partners and organisers. </w:t>
      </w:r>
      <w:r/>
      <w:r/>
    </w:p>
    <w:p>
      <w:pPr>
        <w:pStyle w:val="Heading2"/>
      </w:pPr>
      <w:r>
        <w:t>Why Thou Art Woman feels different , and why that matters</w:t>
      </w:r>
      <w:r/>
    </w:p>
    <w:p>
      <w:r/>
      <w:r>
        <w:t>Thou Art Woman doesn’t look like a standard arts fundraiser; it feels like a neighbourhood salon crossed with a small festival, warm and tactile. Visitors often mention the sensory mix , colourful visual art, whispered spoken word, the low buzz of conversation , and how that blend makes the evening feel personal rather than performative. BLINC, the group behind the series, designed the event to respond to a gap: spaces where Black LGBTQ+ women and non-binary people are centre stage. According to BLINC’s own descriptions, the night’s aim is visibility and celebration, which matters where mainstream arts programming can miss those voices. If you’re choosing events to support this year, pick ones that pair showcasing with practical supports , that’s the model here. It’s not just about applause, it’s about pathways for artists to build audiences and for communities to meet resources.</w:t>
      </w:r>
      <w:r/>
    </w:p>
    <w:p>
      <w:pPr>
        <w:pStyle w:val="Heading2"/>
      </w:pPr>
      <w:r>
        <w:t>From a small gathering to a recognised series</w:t>
      </w:r>
      <w:r/>
    </w:p>
    <w:p>
      <w:r/>
      <w:r>
        <w:t>Thou Art Woman started in 2014 as a celebration and has grown steadily into a signature BLINC production that draws attention across Broward County. Organisers Nik Harris and G Wright , who helped found the initiative , shaped the event around advocacy as much as aesthetics. Over time, it added new elements: film screenings, curated exhibitions and interactive installations. This growth reflects a broader trend in community arts, where events double as service points , offering information, wellness check‑ins or referrals alongside performances. That hybrid approach has helped the series gain support from arts bodies and local civic leaders. For event organisers taking notes: start with a clear purpose and let programming expand around that mission. It’s how small nights become movements.</w:t>
      </w:r>
      <w:r/>
    </w:p>
    <w:p>
      <w:pPr>
        <w:pStyle w:val="Heading2"/>
      </w:pPr>
      <w:r>
        <w:t>What you’ll actually experience when you go</w:t>
      </w:r>
      <w:r/>
    </w:p>
    <w:p>
      <w:r/>
      <w:r>
        <w:t>Attending a Thou Art Woman production feels deliberately varied. One moment you might be shifting through an intimate gallery room, the next you’re pulled into a live set or a piece of immersive theatre like Sensorium. The pacing is considerate; there’s room to sit, to talk, to take in and to join in. BLINC’s event listings show regular ancillary offerings too , opening receptions, film nights and even Unplugged Karaoke , which means the series keeps a light, social energy between headline shows. For first‑time visitors, arrive early to take in the exhibition and chat with artists while the space is quieter. Practical tip: check BLINC’s events page for ticketing and accessibility info, and wear layers , community arts venues often run warm with bodies and excitement.</w:t>
      </w:r>
      <w:r/>
    </w:p>
    <w:p>
      <w:pPr>
        <w:pStyle w:val="Heading2"/>
      </w:pPr>
      <w:r>
        <w:t>How the series supports artists and community wellbeing</w:t>
      </w:r>
      <w:r/>
    </w:p>
    <w:p>
      <w:r/>
      <w:r>
        <w:t>Thou Art Woman is more than a showcase; it’s an ecosystem. Artists secure exhibition opportunities, performers find safe stages and attendees access conversations that matter to their lives. BLINC frames this as cultural work with tangible outcomes: visibility, networking and a sense of belonging. This model also highlights how arts initiatives can deliver services without losing the joy of spectacle. By combining advocacy, wellness and creative practice, the series lends artists room to explore identity and audiences a chance to learn without being lectured. That balance is why local partners and funders take notice. If you’re an artist looking to take part, submit work when calls open and consider collaborative pieces that invite audience participation , those often land well in mixed‑format nights.</w:t>
      </w:r>
      <w:r/>
    </w:p>
    <w:p>
      <w:pPr>
        <w:pStyle w:val="Heading2"/>
      </w:pPr>
      <w:r>
        <w:t>What’s next , and why you might want to be there</w:t>
      </w:r>
      <w:r/>
    </w:p>
    <w:p>
      <w:r/>
      <w:r>
        <w:t>As South Florida’s cultural scene continues to diversify, events like Thou Art Woman point the way forward: intentionally curated, community‑first and mixture-rich. BLINC’s calendar shows repeat programming and special events that keep momentum between major productions, which helps deepen connections year round. For attendees, the payoff is emotional as much as aesthetic , evenings that feel safe, celebratory and useful. For organisers elsewhere, this is a reminder that representation coupled with practical supports can turn a party into a platform. Take the chance to go, listen and perhaps leave with a new artist to follow or a friend you wouldn’t have met otherwise.</w:t>
      </w:r>
      <w:r/>
    </w:p>
    <w:p>
      <w:r/>
      <w:r>
        <w:t>It's a small change that can make every showcase more inclusive and every artist feel seen.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13">
        <w:r>
          <w:rPr>
            <w:color w:val="0000EE"/>
            <w:u w:val="single"/>
          </w:rPr>
          <w:t>[5]</w:t>
        </w:r>
      </w:hyperlink>
      <w:r>
        <w:t xml:space="preserve">, </w:t>
      </w:r>
      <w:hyperlink r:id="rId14">
        <w:r>
          <w:rPr>
            <w:color w:val="0000EE"/>
            <w:u w:val="single"/>
          </w:rPr>
          <w:t>[6]</w:t>
        </w:r>
      </w:hyperlink>
      <w:r>
        <w:t xml:space="preserve">- Paragraph 4: </w:t>
      </w:r>
      <w:hyperlink r:id="rId10">
        <w:r>
          <w:rPr>
            <w:color w:val="0000EE"/>
            <w:u w:val="single"/>
          </w:rPr>
          <w:t>[2]</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https://hotspotsmagazine.com/2026/08/06/non-profit-advocacy-thou-art-woman-blinc/?utm_source=rss&amp;utm_medium=rss&amp;utm_campaign=non-profit-advocacy-thou-art-woman-blinc</w:t>
        </w:r>
      </w:hyperlink>
      <w:r>
        <w:t xml:space="preserve"> - Please view link - unable to able to access data</w:t>
      </w:r>
      <w:r/>
    </w:p>
    <w:p>
      <w:pPr>
        <w:pStyle w:val="ListNumber"/>
        <w:spacing w:line="240" w:lineRule="auto"/>
        <w:ind w:left="720"/>
      </w:pPr>
      <w:r/>
      <w:hyperlink r:id="rId10">
        <w:r>
          <w:rPr>
            <w:color w:val="0000EE"/>
            <w:u w:val="single"/>
          </w:rPr>
          <w:t>https://www.blinc.love/thou-art-woman</w:t>
        </w:r>
      </w:hyperlink>
      <w:r>
        <w:t xml:space="preserve"> - Thou Art Woman is an event series produced by Black LGBTQ+ Liberation, Inc. (BLINC) that celebrates and empowers LGBTQ+ women and their allies through various art forms, including poetry, spoken word, music, dance, singing, storytelling, and visual arts. Founded in 2014 by Nik Harris and G Wright, the event has evolved from a small open mic gathering into a significant cultural movement in South Florida, offering a platform for creative expression and community connection.</w:t>
      </w:r>
      <w:r/>
    </w:p>
    <w:p>
      <w:pPr>
        <w:pStyle w:val="ListNumber"/>
        <w:spacing w:line="240" w:lineRule="auto"/>
        <w:ind w:left="720"/>
      </w:pPr>
      <w:r/>
      <w:hyperlink r:id="rId12">
        <w:r>
          <w:rPr>
            <w:color w:val="0000EE"/>
            <w:u w:val="single"/>
          </w:rPr>
          <w:t>https://www.blinc.love/who-we-are</w:t>
        </w:r>
      </w:hyperlink>
      <w:r>
        <w:t xml:space="preserve"> - Black LGBTQ+ Liberation, Inc. (BLINC) is a South Florida-based nonprofit organization dedicated to uplifting BIPOC LGBTQ+ communities through art, advocacy, wellness, and access to meaningful resources. Founded by attorneys and community leaders Nik Harris and G Wright, BLINC aims to help individuals be bold in their truth, limitless in their purpose, and in control of their lives, fostering a world where BIPOC LGBTQ+ people are safe, seen, and free.</w:t>
      </w:r>
      <w:r/>
    </w:p>
    <w:p>
      <w:pPr>
        <w:pStyle w:val="ListNumber"/>
        <w:spacing w:line="240" w:lineRule="auto"/>
        <w:ind w:left="720"/>
      </w:pPr>
      <w:r/>
      <w:hyperlink r:id="rId11">
        <w:r>
          <w:rPr>
            <w:color w:val="0000EE"/>
            <w:u w:val="single"/>
          </w:rPr>
          <w:t>https://www.blinc.love/what-we-do</w:t>
        </w:r>
      </w:hyperlink>
      <w:r>
        <w:t xml:space="preserve"> - BLINC provides enriching and uplifting programming and resources to help South Florida’s Black LGBTQ+ community live bold, limitless lives. Through initiatives like Thou Art Woman and BLINC 360, the organization offers essential resources and support to help individuals and organizations survive and thrive, fostering a sense of community and empowerment.</w:t>
      </w:r>
      <w:r/>
    </w:p>
    <w:p>
      <w:pPr>
        <w:pStyle w:val="ListNumber"/>
        <w:spacing w:line="240" w:lineRule="auto"/>
        <w:ind w:left="720"/>
      </w:pPr>
      <w:r/>
      <w:hyperlink r:id="rId13">
        <w:r>
          <w:rPr>
            <w:color w:val="0000EE"/>
            <w:u w:val="single"/>
          </w:rPr>
          <w:t>https://www.blinc.love/events/film-screening-thou-art-woman-refraction</w:t>
        </w:r>
      </w:hyperlink>
      <w:r>
        <w:t xml:space="preserve"> - BLINC is hosting a film screening titled 'Thou Art Woman: RE/FRACTION' on February 25, 2026, at The HIVE Black Box Theater in Pompano Beach, Florida. The event will premiere the film 'Springfruit' alongside a curated selection of short films, co-curated by exhibition curator Kerry Chen and filmmaker Rraine Hanson, bringing powerful visual storytelling, identity, and artistic expression together in one cinematic experience.</w:t>
      </w:r>
      <w:r/>
    </w:p>
    <w:p>
      <w:pPr>
        <w:pStyle w:val="ListNumber"/>
        <w:spacing w:line="240" w:lineRule="auto"/>
        <w:ind w:left="720"/>
      </w:pPr>
      <w:r/>
      <w:hyperlink r:id="rId14">
        <w:r>
          <w:rPr>
            <w:color w:val="0000EE"/>
            <w:u w:val="single"/>
          </w:rPr>
          <w:t>https://islandspacefl.org/event/thou-art-woman-opening-reception/</w:t>
        </w:r>
      </w:hyperlink>
      <w:r>
        <w:t xml:space="preserve"> - Island SPACE Caribbean Museum and BLINC are collaborating to host the opening reception of the Thou Art Woman 6th Annual Art Exhibition: RE/IMAGINE: Liberating Queer Futures on March 13, 2025. The exhibition features contemporary visual artists exploring visions of liberation through diverse media, including painting, sculpture, photography, digital art, and installation, celebrating the power of art to reimagine possibilities and challenge societal norms.</w:t>
      </w:r>
      <w:r/>
    </w:p>
    <w:p>
      <w:pPr>
        <w:pStyle w:val="ListNumber"/>
        <w:spacing w:line="240" w:lineRule="auto"/>
        <w:ind w:left="720"/>
      </w:pPr>
      <w:r/>
      <w:hyperlink r:id="rId15">
        <w:r>
          <w:rPr>
            <w:color w:val="0000EE"/>
            <w:u w:val="single"/>
          </w:rPr>
          <w:t>https://www.blinc.love/events/unplugged-karaoke</w:t>
        </w:r>
      </w:hyperlink>
      <w:r>
        <w:t xml:space="preserve"> - BLINC presents 'Unplugged Karaoke' on February 27, 2025, at Palmyra Lounge in Wilton Manors, Florida. The event offers a safe, inclusive space for the LGBTQ+ community and allies to showcase their vocal talents, featuring karaoke, music by DJ Siewave, and a complimentary beverage and appetizer with admission, fostering community connection and celebration.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hotspotsmagazine.com/2026/08/06/non-profit-advocacy-thou-art-woman-blinc/?utm_source=rss&amp;utm_medium=rss&amp;utm_campaign=non-profit-advocacy-thou-art-woman-blinc" TargetMode="External"/><Relationship Id="rId10" Type="http://schemas.openxmlformats.org/officeDocument/2006/relationships/hyperlink" Target="https://www.blinc.love/thou-art-woman" TargetMode="External"/><Relationship Id="rId11" Type="http://schemas.openxmlformats.org/officeDocument/2006/relationships/hyperlink" Target="https://www.blinc.love/what-we-do" TargetMode="External"/><Relationship Id="rId12" Type="http://schemas.openxmlformats.org/officeDocument/2006/relationships/hyperlink" Target="https://www.blinc.love/who-we-are" TargetMode="External"/><Relationship Id="rId13" Type="http://schemas.openxmlformats.org/officeDocument/2006/relationships/hyperlink" Target="https://www.blinc.love/events/film-screening-thou-art-woman-refraction" TargetMode="External"/><Relationship Id="rId14" Type="http://schemas.openxmlformats.org/officeDocument/2006/relationships/hyperlink" Target="https://islandspacefl.org/event/thou-art-woman-opening-reception/" TargetMode="External"/><Relationship Id="rId15" Type="http://schemas.openxmlformats.org/officeDocument/2006/relationships/hyperlink" Target="https://www.blinc.love/events/unplugged-karaok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