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Why Ferran Torres’s MAGA Hat Sparked a Toxic-Crush Moment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handsome athlete can be a thrill, but when that smile comes with a controversial gesture it can sour fast , fans and onlookers in Spain and beyond are debating why Ferran Torres’s red cap at a World Cup parade felt like a betrayal, and why toxic crushes still sting.</w:t>
      </w:r>
      <w:r/>
    </w:p>
    <w:p>
      <w:r/>
      <w:r>
        <w:t>Essential Takeaways</w:t>
      </w:r>
      <w:r/>
      <w:r/>
    </w:p>
    <w:p>
      <w:pPr>
        <w:pStyle w:val="ListBullet"/>
        <w:spacing w:line="240" w:lineRule="auto"/>
        <w:ind w:left="720"/>
      </w:pPr>
      <w:r/>
      <w:r>
        <w:rPr>
          <w:b/>
        </w:rPr>
        <w:t>Unexpected detail:</w:t>
      </w:r>
      <w:r>
        <w:t xml:space="preserve"> Ferran Torres wore a red cap that many read as a Trump-style “Make … Great Again” gesture during a public celebration.</w:t>
      </w:r>
      <w:r/>
    </w:p>
    <w:p>
      <w:pPr>
        <w:pStyle w:val="ListBullet"/>
        <w:spacing w:line="240" w:lineRule="auto"/>
        <w:ind w:left="720"/>
      </w:pPr>
      <w:r/>
      <w:r>
        <w:rPr>
          <w:b/>
        </w:rPr>
        <w:t>Immediate reaction:</w:t>
      </w:r>
      <w:r>
        <w:t xml:space="preserve"> Fans laughed, jeered and took to social platforms to label the moment “cringe” or politically tone-deaf.</w:t>
      </w:r>
      <w:r/>
    </w:p>
    <w:p>
      <w:pPr>
        <w:pStyle w:val="ListBullet"/>
        <w:spacing w:line="240" w:lineRule="auto"/>
        <w:ind w:left="720"/>
      </w:pPr>
      <w:r/>
      <w:r>
        <w:rPr>
          <w:b/>
        </w:rPr>
        <w:t>Player response:</w:t>
      </w:r>
      <w:r>
        <w:t xml:space="preserve"> Torres told CNN he wasn’t making a political statement, calling the incident light-hearted rather than partisan.</w:t>
      </w:r>
      <w:r/>
    </w:p>
    <w:p>
      <w:pPr>
        <w:pStyle w:val="ListBullet"/>
        <w:spacing w:line="240" w:lineRule="auto"/>
        <w:ind w:left="720"/>
      </w:pPr>
      <w:r/>
      <w:r>
        <w:rPr>
          <w:b/>
        </w:rPr>
        <w:t>Wider fallout:</w:t>
      </w:r>
      <w:r>
        <w:t xml:space="preserve"> Spanish and international outlets covered the row, noting how a small prop can spark big culture-war talk.</w:t>
      </w:r>
      <w:r/>
    </w:p>
    <w:p>
      <w:pPr>
        <w:pStyle w:val="ListBullet"/>
        <w:spacing w:line="240" w:lineRule="auto"/>
        <w:ind w:left="720"/>
      </w:pPr>
      <w:r/>
      <w:r>
        <w:rPr>
          <w:b/>
        </w:rPr>
        <w:t>Why it matters:</w:t>
      </w:r>
      <w:r>
        <w:t xml:space="preserve"> For admirers, a single image can turn attraction into dissonance , a reminder that public figures carry symbolic weight.</w:t>
      </w:r>
      <w:r/>
      <w:r/>
    </w:p>
    <w:p>
      <w:pPr>
        <w:pStyle w:val="Heading2"/>
      </w:pPr>
      <w:r>
        <w:t>A simple prop, a complicated reaction</w:t>
      </w:r>
      <w:r/>
    </w:p>
    <w:p>
      <w:r/>
      <w:r>
        <w:t>The opening shock was almost physical , a sunlit photo, shirtless players, a celebratory kiss and then the red cap that rent the mood. Social feeds filled with disbelief and mockery; some fans laughed, others felt cheated. According to coverage in outlets from Euronews to The Daily Beast, the cap was read by many as a Trump-adjacent symbol, which in the charged climate of 2026 landed oddly on a Spanish World Cup hero.</w:t>
      </w:r>
      <w:r/>
    </w:p>
    <w:p>
      <w:r/>
      <w:r>
        <w:t>This sort of instant decoding is part of modern fandom. We don’t just see faces any more; we read signs, slogans and accessories. And when those signals clash with your values, attraction can curdle into dismay overnight.</w:t>
      </w:r>
      <w:r/>
    </w:p>
    <w:p>
      <w:pPr>
        <w:pStyle w:val="Heading2"/>
      </w:pPr>
      <w:r>
        <w:t>What Torres actually said , and why it didn’t end it</w:t>
      </w:r>
      <w:r/>
    </w:p>
    <w:p>
      <w:r/>
      <w:r>
        <w:t>Torres later told CNN he wasn’t making a political statement, framing the hat as a jokey or spontaneous choice rather than an endorsement. Spanish outlets including El País and Cadena SER reported the same line: that he wanted to downplay the row and keep focus on football and potential club moves.</w:t>
      </w:r>
      <w:r/>
    </w:p>
    <w:p>
      <w:r/>
      <w:r>
        <w:t>But explanations rarely erase the image people already carry. Once a photo circulates, context is hard to pin down, and for some supporters the ambiguity is the problem , the not-knowing feels like a quiet complicity.</w:t>
      </w:r>
      <w:r/>
    </w:p>
    <w:p>
      <w:pPr>
        <w:pStyle w:val="Heading2"/>
      </w:pPr>
      <w:r>
        <w:t>How fans turned a crush toxic</w:t>
      </w:r>
      <w:r/>
    </w:p>
    <w:p>
      <w:r/>
      <w:r>
        <w:t>There’s a familiar script here: you admire someone for looks or talent, you project values onto them, then you spot a clash. The result is cognitive dissonance , your brain tries to reconcile warmth with disappointment. Social media accelerates the collapse; friends pile in, memes cement a reading, and the crush becomes a punchline.</w:t>
      </w:r>
      <w:r/>
    </w:p>
    <w:p>
      <w:r/>
      <w:r>
        <w:t>Cultural critics and sports pages noted the broader trend: athletes and celebrities are increasingly read as political actors, whether they intend to be or not. For those who invest emotionally, that raises the stakes of every offhand moment.</w:t>
      </w:r>
      <w:r/>
    </w:p>
    <w:p>
      <w:pPr>
        <w:pStyle w:val="Heading2"/>
      </w:pPr>
      <w:r>
        <w:t>Choosing what to let go , practical thinking for fans</w:t>
      </w:r>
      <w:r/>
    </w:p>
    <w:p>
      <w:r/>
      <w:r>
        <w:t>If you’ve ever felt a crush go toxic, there are sensible ways to handle it. First, ask what specifically bothered you , the symbol, the intent, or the apparent indifference. Second, give yourself permission to downgrade admiration without drama; fewer DMs and a muted follow list can save you time and heartache. Finally, weigh the context: was it a deliberate statement or a careless prop? That subtlety matters if you’re deciding whether to keep supporting someone.</w:t>
      </w:r>
      <w:r/>
    </w:p>
    <w:p>
      <w:r/>
      <w:r>
        <w:t>Journalists covering the incident urged readers to remember nuance while acknowledging why images hit nerves. The debate around Torres’s hat shows how public moments can become proxy battlegrounds for bigger social arguments.</w:t>
      </w:r>
      <w:r/>
    </w:p>
    <w:p>
      <w:pPr>
        <w:pStyle w:val="Heading2"/>
      </w:pPr>
      <w:r>
        <w:t>What this says about celebrity, identity and loyalty</w:t>
      </w:r>
      <w:r/>
    </w:p>
    <w:p>
      <w:r/>
      <w:r>
        <w:t>At root, the episode reveals how tightly we knit image and identity now. A pop of red on a cap can feel like a betrayal because we use public figures to signal our tribe and tastes. Publications from Goal to The Daily Beast framed the moment as part cringe, part culture-war flashpoint , and part reminder that fans’ emotional investments come with expectations.</w:t>
      </w:r>
      <w:r/>
    </w:p>
    <w:p>
      <w:r/>
      <w:r>
        <w:t>Looking forward, expect more friction. Athletes will keep being photographed, and audiences will keep reading politics into play. It’s messy, occasionally funny, and very human.</w:t>
      </w:r>
      <w:r/>
    </w:p>
    <w:p>
      <w:r/>
      <w:r>
        <w:t>It's a small moment that tells you a lot about how attraction and values collide.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[5]</w:t>
        </w:r>
      </w:hyperlink>
      <w:r>
        <w:t xml:space="preserve">- Paragraph 3: </w:t>
      </w:r>
      <w:hyperlink r:id="rId11">
        <w:r>
          <w:rPr>
            <w:color w:val="0000EE"/>
            <w:u w:val="single"/>
          </w:rPr>
          <w:t>[2]</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5">
        <w:r>
          <w:rPr>
            <w:color w:val="0000EE"/>
            <w:u w:val="single"/>
          </w:rPr>
          <w:t>[6]</w:t>
        </w:r>
      </w:hyperlink>
      <w:r>
        <w:t xml:space="preserve">- Paragraph 5: </w:t>
      </w:r>
      <w:hyperlink r:id="rId12">
        <w:r>
          <w:rPr>
            <w:color w:val="0000EE"/>
            <w:u w:val="single"/>
          </w:rPr>
          <w:t>[5]</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https://www.queerty.com/have-you-ever-had-a-toxic-crush-why-was-it-so-bad-20260804/</w:t>
        </w:r>
      </w:hyperlink>
      <w:r>
        <w:t xml:space="preserve"> - Please view link - unable to able to access data</w:t>
      </w:r>
      <w:r/>
    </w:p>
    <w:p>
      <w:pPr>
        <w:pStyle w:val="ListNumber"/>
        <w:spacing w:line="240" w:lineRule="auto"/>
        <w:ind w:left="720"/>
      </w:pPr>
      <w:r/>
      <w:hyperlink r:id="rId11">
        <w:r>
          <w:rPr>
            <w:color w:val="0000EE"/>
            <w:u w:val="single"/>
          </w:rPr>
          <w:t>https://www.thedailybeast.com/world-cup-winner-spanish-footballer-ferran-torres-gives-cringe-explanation-on-cnn-for-trumpy-rebrand/</w:t>
        </w:r>
      </w:hyperlink>
      <w:r>
        <w:t xml:space="preserve"> - After scoring the decisive goal in Spain's 1-0 victory over Argentina in the 2026 FIFA World Cup final, Ferran Torres stirred controversy by wearing a red 'Make Spain Great Again' hat—mirroring Donald Trump's slogan. During a CNN interview, Torres dismissed the political connotations, stating it was just a 'funny moment' with friends and family and had 'nothing to do with politics.' Trump, who presented the trophy at MetLife Stadium, praised the gesture as a tribute, and the White House shared parade footage implying Torres supported the MAGA movement. (</w:t>
      </w:r>
      <w:hyperlink r:id="rId16">
        <w:r>
          <w:rPr>
            <w:color w:val="0000EE"/>
            <w:u w:val="single"/>
          </w:rPr>
          <w:t>thedailybeast.com</w:t>
        </w:r>
      </w:hyperlink>
      <w:r>
        <w:t>)</w:t>
      </w:r>
      <w:r/>
    </w:p>
    <w:p>
      <w:pPr>
        <w:pStyle w:val="ListNumber"/>
        <w:spacing w:line="240" w:lineRule="auto"/>
        <w:ind w:left="720"/>
      </w:pPr>
      <w:r/>
      <w:hyperlink r:id="rId14">
        <w:r>
          <w:rPr>
            <w:color w:val="0000EE"/>
            <w:u w:val="single"/>
          </w:rPr>
          <w:t>https://elpais.com/deportes/futbol/2026-08-04/ferran-torres-apaga-la-polemica-de-la-gorra-trumpista-y-mantiene-abierta-la-puerta-de-su-salida-del-barca-en-el-futbol-nunca-se-sabe.html</w:t>
        </w:r>
      </w:hyperlink>
      <w:r>
        <w:t xml:space="preserve"> - Ferran Torres has returned to New York on a promotional tour with Under Armour, during which he addressed the recent controversy over a red cap with the slogan 'Make Spain Great Again,' seen during the World Cup title celebrations. Torres explained that he has no political intentions and that the cap symbolizes his desire to see Spain at the top, rejecting links to former President Trump, despite him sharing images of the player. Simultaneously, Torres referred to his future at FC Barcelona, leaving open the possibility of leaving despite having a contract until 2027. He acknowledges PSG's interest and stated that his continuity will depend on the interest shown by the Catalan club. (</w:t>
      </w:r>
      <w:hyperlink r:id="rId17">
        <w:r>
          <w:rPr>
            <w:color w:val="0000EE"/>
            <w:u w:val="single"/>
          </w:rPr>
          <w:t>elpais.com</w:t>
        </w:r>
      </w:hyperlink>
      <w:r>
        <w:t>)</w:t>
      </w:r>
      <w:r/>
    </w:p>
    <w:p>
      <w:pPr>
        <w:pStyle w:val="ListNumber"/>
        <w:spacing w:line="240" w:lineRule="auto"/>
        <w:ind w:left="720"/>
      </w:pPr>
      <w:r/>
      <w:hyperlink r:id="rId10">
        <w:r>
          <w:rPr>
            <w:color w:val="0000EE"/>
            <w:u w:val="single"/>
          </w:rPr>
          <w:t>https://www.euronews.com/2026/07/22/ferran-torres-sparks-controversy-with-make-spain-great-again-cap-at-world-cup-parade</w:t>
        </w:r>
      </w:hyperlink>
      <w:r>
        <w:t xml:space="preserve"> - Ferran Torres, wearing the cap that has sparked controversy - Copyright Captura de pantalla, redes sociales Ferran Torres Copyright Captura de pantalla, redes sociales Ferran Torres By Cristian Caraballo Published on 22/07/2026 - 8:49 GMT+2•Updated 16:09 The striker walked around Madrid wearing a red cap with Donald Trump’s slogan, tweaked for Spain, hours after scoring La Roja’s World Cup winner. Cucurella has faced criticism from Argentina over a song. Ferran Torres scored the goal that secured the 2026 World Cup title against Argentina, in the 106th minute of the final played at the New York/New Jersey stadium. A day later, during the victory parade through the streets of Madrid, the forward appeared shirtless and wearing a red cap bearing the phrase 'Make Spain Great Again', a direct adaptation of Donald Trump’s campaign slogan, 'Make America Great Again'. Images of Torres waving to fans from the open-top bus, wearing the cap, quickly spread across social media. The item is not part of the official MAGA merchandise line, but an adapted version of the slogan referring to Spain. Before the parade, the squad had visited King Felipe VI and Queen Letizia at the Zarzuela Palace, and also the prime minister, Pedro Sánchez, at La Moncloa. Mixed reactions The gesture prompted very different interpretations among fans and media outlets. Some saw it as a joke without any deeper meaning; others read it as an ironic nod to Trump, or even as a possible dig at Sánchez. It has also been pointed out that the phrase 'Make Spain great again' has previously been used by the right-wing party Vox, which further fuelled the political readings of the episode. Torres has not offered any public explanation for his choice or clarified whether there was any specific intention behind the message, so for the moment the theories remain open to individual interpretation. The White House, however, seized the opportunity to share a post on X reading: 'Everyone wants to join the movement'.</w:t>
      </w:r>
      <w:r/>
    </w:p>
    <w:p>
      <w:pPr>
        <w:pStyle w:val="ListNumber"/>
        <w:spacing w:line="240" w:lineRule="auto"/>
        <w:ind w:left="720"/>
      </w:pPr>
      <w:r/>
      <w:hyperlink r:id="rId12">
        <w:r>
          <w:rPr>
            <w:color w:val="0000EE"/>
            <w:u w:val="single"/>
          </w:rPr>
          <w:t>https://www.goal.com/en/news/mockery-or-a-spontaneous-act-trump-comments-on-the-ferran-torres-cap-controversy/blta37fcbe89805d904</w:t>
        </w:r>
      </w:hyperlink>
      <w:r>
        <w:t xml:space="preserve"> - US President Donald Trump has waded into the row over the cap worn by Spain star Ferran Torres during celebrations of the country's 2026 World Cup triumph, hailing it as a 'beautiful tribute' to the MAGA movement and dismissing any suggestion it was aimed at mocking him. Torres scored the goal that beat Argentina 1-0 after extra time in the World Cup final. During the celebrations in Madrid, he turned up wearing a cap emblazoned with the words 'Make Spain Great Again', a clear nod to Trump's famous slogan 'Make America Great Again'.</w:t>
      </w:r>
      <w:r/>
    </w:p>
    <w:p>
      <w:pPr>
        <w:pStyle w:val="ListNumber"/>
        <w:spacing w:line="240" w:lineRule="auto"/>
        <w:ind w:left="720"/>
      </w:pPr>
      <w:r/>
      <w:hyperlink r:id="rId15">
        <w:r>
          <w:rPr>
            <w:color w:val="0000EE"/>
            <w:u w:val="single"/>
          </w:rPr>
          <w:t>https://cadenaser.com/cataluna/2026/08/04/ferran-torres-de-gira-dentrevistes-pels-estats-units-es-bo-que-equips-com-el-psg-em-vulguin-fitxar-sercat/</w:t>
        </w:r>
      </w:hyperlink>
      <w:r>
        <w:t xml:space="preserve"> - Ferran Torres, current player of FC Barcelona, is on a tour of interviews in the United States, where he has spoken about his sporting future. Despite having a contract with Barça, he has admitted that his future is open and that he has not yet made a definitive decision. He expressed that he wants to feel valued and that interested teams, such as Paris-Saint Germain, show this interest through negotiations. He considers it positive that clubs of PSG's level want to sign him. On the other hand, Barça coach Hansi Flick has highlighted that he trusts sports director Deco to reinforce the forward position, but also hinted that part of the decision depends on Torres himself.</w:t>
      </w:r>
      <w:r/>
    </w:p>
    <w:p>
      <w:pPr>
        <w:pStyle w:val="ListNumber"/>
        <w:spacing w:line="240" w:lineRule="auto"/>
        <w:ind w:left="720"/>
      </w:pPr>
      <w:r/>
      <w:hyperlink r:id="rId13">
        <w:r>
          <w:rPr>
            <w:color w:val="0000EE"/>
            <w:u w:val="single"/>
          </w:rPr>
          <w:t>https://cadenaser.com/nacional/2026/08/04/ferran-torres-rompe-su-silencio-sobre-la-polemica-gorra-que-llevo-en-la-celebracion-con-guino-a-trump-fue-divertido-cadena-ser/</w:t>
        </w:r>
      </w:hyperlink>
      <w:r>
        <w:t xml:space="preserve"> - The Spanish footballer Ferran Torres has responded to the controversy generated by the cap he wore during the celebration of Spain's 2026 World Cup title, which bore the slogan 'Make Spain Great Again', an adaptation of Donald Trump's well-known slogan. In an interview with CNN, Torres clarified that his gesture had no political intentions, but was simply a fun way to celebrate Spain's success in the World Cup. He stated that he has no knowledge of politics and described the moment as something 'fun'. However, the gesture was interpreted by some as a political statement, especially after the White House reacted on social media with the message 'Everyone wants to join the movement', adding more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have-you-ever-had-a-toxic-crush-why-was-it-so-bad-20260804/" TargetMode="External"/><Relationship Id="rId10" Type="http://schemas.openxmlformats.org/officeDocument/2006/relationships/hyperlink" Target="https://www.euronews.com/2026/07/22/ferran-torres-sparks-controversy-with-make-spain-great-again-cap-at-world-cup-parade" TargetMode="External"/><Relationship Id="rId11" Type="http://schemas.openxmlformats.org/officeDocument/2006/relationships/hyperlink" Target="https://www.thedailybeast.com/world-cup-winner-spanish-footballer-ferran-torres-gives-cringe-explanation-on-cnn-for-trumpy-rebrand/" TargetMode="External"/><Relationship Id="rId12" Type="http://schemas.openxmlformats.org/officeDocument/2006/relationships/hyperlink" Target="https://www.goal.com/en/news/mockery-or-a-spontaneous-act-trump-comments-on-the-ferran-torres-cap-controversy/blta37fcbe89805d904" TargetMode="External"/><Relationship Id="rId13" Type="http://schemas.openxmlformats.org/officeDocument/2006/relationships/hyperlink" Target="https://cadenaser.com/nacional/2026/08/04/ferran-torres-rompe-su-silencio-sobre-la-polemica-gorra-que-llevo-en-la-celebracion-con-guino-a-trump-fue-divertido-cadena-ser/" TargetMode="External"/><Relationship Id="rId14" Type="http://schemas.openxmlformats.org/officeDocument/2006/relationships/hyperlink" Target="https://elpais.com/deportes/futbol/2026-08-04/ferran-torres-apaga-la-polemica-de-la-gorra-trumpista-y-mantiene-abierta-la-puerta-de-su-salida-del-barca-en-el-futbol-nunca-se-sabe.html" TargetMode="External"/><Relationship Id="rId15" Type="http://schemas.openxmlformats.org/officeDocument/2006/relationships/hyperlink" Target="https://cadenaser.com/cataluna/2026/08/04/ferran-torres-de-gira-dentrevistes-pels-estats-units-es-bo-que-equips-com-el-psg-em-vulguin-fitxar-sercat/" TargetMode="External"/><Relationship Id="rId16" Type="http://schemas.openxmlformats.org/officeDocument/2006/relationships/hyperlink" Target="https://www.thedailybeast.com/world-cup-winner-spanish-footballer-ferran-torres-gives-cringe-explanation-on-cnn-for-trumpy-rebrand/?utm_source=openai" TargetMode="External"/><Relationship Id="rId17" Type="http://schemas.openxmlformats.org/officeDocument/2006/relationships/hyperlink" Target="https://elpais.com/deportes/futbol/2026-08-04/ferran-torres-apaga-la-polemica-de-la-gorra-trumpista-y-mantiene-abierta-la-puerta-de-su-salida-del-barca-en-el-futbol-nunca-se-sabe.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