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MGM Grand Detroit Lawsuit: Couples Seek Justice After Brutal Hate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patrons are pushing for accountability after two LGBTQ+ couples were assaulted outside the MGM Grand Detroit, and their civil suit alleges security did nothing while a violent, homophobic attack unfolded, raising questions about safety, duty of care, and how venues handle hate incidents.</w:t>
      </w:r>
      <w:r/>
    </w:p>
    <w:p>
      <w:r/>
      <w:r>
        <w:t>Essential Takeaways</w:t>
      </w:r>
      <w:r/>
      <w:r/>
    </w:p>
    <w:p>
      <w:pPr>
        <w:pStyle w:val="ListBullet"/>
        <w:spacing w:line="240" w:lineRule="auto"/>
        <w:ind w:left="720"/>
      </w:pPr>
      <w:r/>
      <w:r>
        <w:rPr>
          <w:b/>
        </w:rPr>
        <w:t>What happened:</w:t>
      </w:r>
      <w:r>
        <w:t xml:space="preserve"> Two couples were assaulted while waiting for valet at MGM Grand Detroit; attackers used homophobic slurs and at least one victim suffered a traumatic brain injury.</w:t>
      </w:r>
      <w:r/>
    </w:p>
    <w:p>
      <w:pPr>
        <w:pStyle w:val="ListBullet"/>
        <w:spacing w:line="240" w:lineRule="auto"/>
        <w:ind w:left="720"/>
      </w:pPr>
      <w:r/>
      <w:r>
        <w:rPr>
          <w:b/>
        </w:rPr>
        <w:t>Alleged security response:</w:t>
      </w:r>
      <w:r>
        <w:t xml:space="preserve"> Plaintiffs say casino security watched and filmed rather than intervening or calling police, leaving victims exposed.</w:t>
      </w:r>
      <w:r/>
    </w:p>
    <w:p>
      <w:pPr>
        <w:pStyle w:val="ListBullet"/>
        <w:spacing w:line="240" w:lineRule="auto"/>
        <w:ind w:left="720"/>
      </w:pPr>
      <w:r/>
      <w:r>
        <w:rPr>
          <w:b/>
        </w:rPr>
        <w:t>Criminal outcome:</w:t>
      </w:r>
      <w:r>
        <w:t xml:space="preserve"> One assailant was arrested and later given probation after a plea deal; plaintiffs argue the criminal sentence was too lenient.</w:t>
      </w:r>
      <w:r/>
    </w:p>
    <w:p>
      <w:pPr>
        <w:pStyle w:val="ListBullet"/>
        <w:spacing w:line="240" w:lineRule="auto"/>
        <w:ind w:left="720"/>
      </w:pPr>
      <w:r/>
      <w:r>
        <w:rPr>
          <w:b/>
        </w:rPr>
        <w:t>Civil claim:</w:t>
      </w:r>
      <w:r>
        <w:t xml:space="preserve"> The couples have filed a lawsuit against MGM Resorts International, seeking damages for injuries, medical costs, and trauma.</w:t>
      </w:r>
      <w:r/>
    </w:p>
    <w:p>
      <w:pPr>
        <w:pStyle w:val="ListBullet"/>
        <w:spacing w:line="240" w:lineRule="auto"/>
        <w:ind w:left="720"/>
      </w:pPr>
      <w:r/>
      <w:r>
        <w:rPr>
          <w:b/>
        </w:rPr>
        <w:t>Visible impact:</w:t>
      </w:r>
      <w:r>
        <w:t xml:space="preserve"> Survivors report lasting memory, speech and anxiety problems, plus PTSD and daily life disruption.</w:t>
      </w:r>
      <w:r/>
      <w:r/>
    </w:p>
    <w:p>
      <w:pPr>
        <w:pStyle w:val="Heading2"/>
      </w:pPr>
      <w:r>
        <w:t>What unfolded by the valet , a violent scene that left one woman badly hurt</w:t>
      </w:r>
      <w:r/>
    </w:p>
    <w:p>
      <w:r/>
      <w:r>
        <w:t>The attack began simply: two couples waiting at the valet when a man approached, started recording and then launched into a violent tirade. According to local reporting, the assailant shouted homophobic slurs before striking Chelsi Way and later her wife, Celia Haueter, who was left unconscious and badly injured. Haueter’s injuries included a split lip, facial bruising and a severe concussion that medical staff warned could have been far worse. The descriptions are vivid and upsetting; people standing nearby told reporters they saw blood and shock.</w:t>
      </w:r>
      <w:r/>
    </w:p>
    <w:p>
      <w:pPr>
        <w:pStyle w:val="Heading2"/>
      </w:pPr>
      <w:r>
        <w:t>Plaintiffs say security failed its duty , filmed instead of stopping the assault</w:t>
      </w:r>
      <w:r/>
    </w:p>
    <w:p>
      <w:r/>
      <w:r>
        <w:t>The civil case centres on what MGM staff did , or didn’t do , when the violence began. The plaintiffs allege security personnel came out but merely filmed the incident on their phones rather than intervening or calling police, and later provided only a rolling chair and paper towel when someone was clearly injured. Their lawyer says the footage and witness accounts show a foreseeable risk that was ignored. That allegation raises familiar questions about duty of care at large venues and how companies vet and train security teams.</w:t>
      </w:r>
      <w:r/>
    </w:p>
    <w:p>
      <w:pPr>
        <w:pStyle w:val="Heading2"/>
      </w:pPr>
      <w:r>
        <w:t>Criminal charges, plea deal and leftover anger</w:t>
      </w:r>
      <w:r/>
    </w:p>
    <w:p>
      <w:r/>
      <w:r>
        <w:t>Police arrested one man, identified in reporting as William James Wilson, after a victim followed him and led officers to his location. He faced multiple counts including hate crime enhancements, but prosecutors ultimately secured a plea that resulted in probation on one count of using violence during a hate crime. Victims and their supporters say the outcome feels inadequate, leaving them to pursue civil remedies for medical bills and long-term harms. Local outlets documented both the charges and the mixed reaction to the sentence.</w:t>
      </w:r>
      <w:r/>
    </w:p>
    <w:p>
      <w:pPr>
        <w:pStyle w:val="Heading2"/>
      </w:pPr>
      <w:r>
        <w:t>The human fallout , concussion, memory loss and withdrawn lives</w:t>
      </w:r>
      <w:r/>
    </w:p>
    <w:p>
      <w:r/>
      <w:r>
        <w:t>Beyond the legal wrangling, the story is painfully personal. Haueter reportedly suffers memory issues, speech difficulties and debilitating headaches that limit her ability to function and forced the couple to withdraw from social life. A GoFundMe noted ongoing therapy and medical needs, and coverage shows the psychological toll, PTSD, anxiety and fear that a night out could end in violence. These are the costs a criminal sentence can’t always fully address, which is one reason the civil case matters.</w:t>
      </w:r>
      <w:r/>
    </w:p>
    <w:p>
      <w:pPr>
        <w:pStyle w:val="Heading2"/>
      </w:pPr>
      <w:r>
        <w:t>What this means for patrons and venues , practical takeaways</w:t>
      </w:r>
      <w:r/>
    </w:p>
    <w:p>
      <w:r/>
      <w:r>
        <w:t>Venues and casinos face growing scrutiny over how they manage intoxicated patrons, hate incidents and the conduct of on-site staff. If you’re heading out, consider practical safety steps: travel in groups, note visible security and emergency exits, and report incidents loudly and promptly to staff and police. For venue operators, the lawsuit is a reminder that training, clear procedures and prompt intervention aren’t just PR concerns, they can be life-saving.</w:t>
      </w:r>
      <w:r/>
    </w:p>
    <w:p>
      <w:r/>
      <w:r>
        <w:t>It's a small change in behaviour by bystanders or staff that might make every night out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0">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[7]</w:t>
        </w:r>
      </w:hyperlink>
      <w:r>
        <w:t xml:space="preserve">, </w:t>
      </w:r>
      <w:hyperlink r:id="rId14">
        <w:r>
          <w:rPr>
            <w:color w:val="0000EE"/>
            <w:u w:val="single"/>
          </w:rPr>
          <w:t>[5]</w:t>
        </w:r>
      </w:hyperlink>
      <w:r>
        <w:t xml:space="preserve">- Paragraph 4: </w:t>
      </w:r>
      <w:hyperlink r:id="rId11">
        <w:r>
          <w:rPr>
            <w:color w:val="0000EE"/>
            <w:u w:val="single"/>
          </w:rPr>
          <w:t>[6]</w:t>
        </w:r>
      </w:hyperlink>
      <w:r>
        <w:t xml:space="preserve">, </w:t>
      </w:r>
      <w:hyperlink r:id="rId10">
        <w:r>
          <w:rPr>
            <w:color w:val="0000EE"/>
            <w:u w:val="single"/>
          </w:rPr>
          <w:t>[3]</w:t>
        </w:r>
      </w:hyperlink>
      <w:r>
        <w:t xml:space="preserve">- Paragraph 5: </w:t>
      </w:r>
      <w:hyperlink r:id="rId15">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https://www.lgbtqnation.com/2026/08/they-did-nothing-lesbian-couple-brutally-attacked-left-with-brain-damage/</w:t>
        </w:r>
      </w:hyperlink>
      <w:r>
        <w:t xml:space="preserve"> - Please view link - unable to able to access data</w:t>
      </w:r>
      <w:r/>
    </w:p>
    <w:p>
      <w:pPr>
        <w:pStyle w:val="ListNumber"/>
        <w:spacing w:line="240" w:lineRule="auto"/>
        <w:ind w:left="720"/>
      </w:pPr>
      <w:r/>
      <w:hyperlink r:id="rId15">
        <w:r>
          <w:rPr>
            <w:color w:val="0000EE"/>
            <w:u w:val="single"/>
          </w:rPr>
          <w:t>https://rasorlawfirm.com/press-releases/rasor-law-firm-represents-lgbtq-victims-in-hate-crime-assault-at-mgm-grand-detroit/</w:t>
        </w:r>
      </w:hyperlink>
      <w:r>
        <w:t xml:space="preserve"> - The Rasor Law Firm announced on September 8, 2025, that it is representing victims of a violent hate crime that occurred outside the MGM Grand Detroit hotel and casino on July 13, 2025. The firm is preparing potential civil claims against MGM Grand Detroit and other parties in connection with the brutal assault of two same-sex couples, which left one victim hospitalized with severe injuries. The incident took place around 1:00 a.m. when the couples were waiting for their vehicle in the MGM’s valet area after attending a concert. William James Wilson, 26, of Fort Worth, Texas, allegedly approached the couples, hurled homophobic slurs, and launched a physical attack. Celia Haueter was knocked unconscious and sustained severe injuries requiring more than 20 stitches to her face and suffered a severe concussion. Wilson has been charged by the Wayne County Prosecutor’s Office with assault with intent to do great bodily harm, aggravated assault, two counts of assault and battery, and four counts of hate crime using force or physical injury. The victims report that, despite their pleas for help, MGM Grand Detroit security personnel failed to intervene during the attack, even though multiple witnesses observed the assault. The Rasor Law Firm is preparing to file suit against the responsible parties for premises liability, failure to provide adequate security, dramshop liability, and civil rights violations. (https://rasorlawfirm.com/press-releases/rasor-law-firm-represents-lgbtq-victims-in-hate-crime-assault-at-mgm-grand-detroit/?utm_source=openai)</w:t>
      </w:r>
      <w:r/>
    </w:p>
    <w:p>
      <w:pPr>
        <w:pStyle w:val="ListNumber"/>
        <w:spacing w:line="240" w:lineRule="auto"/>
        <w:ind w:left="720"/>
      </w:pPr>
      <w:r/>
      <w:hyperlink r:id="rId10">
        <w:r>
          <w:rPr>
            <w:color w:val="0000EE"/>
            <w:u w:val="single"/>
          </w:rPr>
          <w:t>https://www.cbsnews.com/detroit/news/hate-crime-charges-attack-of-two-couples-outside-mgm-grand-detroit/</w:t>
        </w:r>
      </w:hyperlink>
      <w:r>
        <w:t xml:space="preserve"> - On July 19, 2025, CBS Detroit reported that a 26-year-old man, William James Wilson, was facing hate crime charges after allegedly attacking two same-sex couples outside the MGM Grand Detroit. The incident occurred on July 13, 2025, when the couples were waiting for their car after attending a concert. Wilson allegedly approached the couples, shouted homophobic slurs, and physically assaulted them. One of the victims, Celia Haueter, was knocked unconscious and sustained severe injuries, including a concussion. The victims reported that, despite their pleas for help, MGM Grand Detroit security personnel failed to intervene during the attack, even though multiple witnesses observed the assault. Wilson was arrested and charged with assault with intent to do great bodily harm, aggravated assault, two counts of assault and battery, and four counts of hate crime using force or physical injury. MGM Grand Detroit declined to provide a written statement regarding the incident, directing inquiries to the Detroit Police Department. (https://www.cbsnews.com/detroit/news/hate-crime-charges-attack-of-two-couples-outside-mgm-grand-detroit/?utm_source=openai)</w:t>
      </w:r>
      <w:r/>
    </w:p>
    <w:p>
      <w:pPr>
        <w:pStyle w:val="ListNumber"/>
        <w:spacing w:line="240" w:lineRule="auto"/>
        <w:ind w:left="720"/>
      </w:pPr>
      <w:r/>
      <w:hyperlink r:id="rId12">
        <w:r>
          <w:rPr>
            <w:color w:val="0000EE"/>
            <w:u w:val="single"/>
          </w:rPr>
          <w:t>https://pridesource.com/article/mgm-grand-attack</w:t>
        </w:r>
      </w:hyperlink>
      <w:r>
        <w:t xml:space="preserve"> - On July 23, 2025, Pride Source reported that a 26-year-old Texas man, William James Wilson, was facing multiple hate crime charges after allegedly assaulting two same-sex couples outside the MGM Grand Casino in downtown Detroit on July 13, 2025. The victims, all Wayne County residents and members of the LGBTQ+ community, were allegedly targeted based on their sexual orientation. The Wayne County Prosecutor’s Office confirmed that hate crime charges were filed because it is alleged that the defendant maliciously and intentionally acted to cause harm to the victims based in whole or in part upon their perceived sexual orientation or gender identity. (https://pridesource.com/article/mgm-grand-attack?utm_source=openai)</w:t>
      </w:r>
      <w:r/>
    </w:p>
    <w:p>
      <w:pPr>
        <w:pStyle w:val="ListNumber"/>
        <w:spacing w:line="240" w:lineRule="auto"/>
        <w:ind w:left="720"/>
      </w:pPr>
      <w:r/>
      <w:hyperlink r:id="rId14">
        <w:r>
          <w:rPr>
            <w:color w:val="0000EE"/>
            <w:u w:val="single"/>
          </w:rPr>
          <w:t>https://www.wxyz.com/news/man-charged-with-hate-crime-after-allegedly-assaulting-lgbtq-couples-outside-mgm-grand-detroit</w:t>
        </w:r>
      </w:hyperlink>
      <w:r>
        <w:t xml:space="preserve"> - On July 18, 2025, WXYZ Detroit reported that a 26-year-old man, William Wilson, was charged with multiple hate crime counts after allegedly attacking two LGBTQ+ couples waiting for their car outside MGM Grand Detroit. The incident occurred early on July 13, 2025, when the couples were approached by two men who appeared to be intoxicated. Wilson allegedly shouted homophobic slurs and physically assaulted the victims. One of the victims, Celia Haueter, was knocked unconscious and sustained a severe concussion. The victims reported that, despite their pleas for help, MGM Grand Detroit security personnel failed to intervene during the attack, even though multiple witnesses observed the assault. Wilson was arraigned on July 16 and released on bond. The prosecutor's office considered this a hate crime because Wilson allegedly intentionally acted to cause harm to the victims because of their perceived sexual orientation. (https://www.wxyz.com/news/man-charged-with-hate-crime-after-allegedly-assaulting-lgbtq-couples-outside-mgm-grand-detroit?utm_source=openai)</w:t>
      </w:r>
      <w:r/>
    </w:p>
    <w:p>
      <w:pPr>
        <w:pStyle w:val="ListNumber"/>
        <w:spacing w:line="240" w:lineRule="auto"/>
        <w:ind w:left="720"/>
      </w:pPr>
      <w:r/>
      <w:hyperlink r:id="rId11">
        <w:r>
          <w:rPr>
            <w:color w:val="0000EE"/>
            <w:u w:val="single"/>
          </w:rPr>
          <w:t>https://www.lgbtqnation.com/2025/07/bigot-assaults-lesbian-couple-outside-casino-in-birthday-celebration-gone-wrong/</w:t>
        </w:r>
      </w:hyperlink>
      <w:r>
        <w:t xml:space="preserve"> - On July 23, 2025, LGBTQ Nation reported that William Wilson, a 26-year-old Texas man, was charged with hate crimes for allegedly attacking two same-sex couples waiting for their valet-parked vehicle outside the MGM Casino in Detroit, Michigan. Wilson allegedly punched one woman, continuing even after she lost consciousness, before he tried fleeing the scene. The attack occurred on July 13 around 1 a.m. local time against a 29-year-old married female couple as well as a 30-year-old man and his 27-year-old partner. Chelsi Way said that she, her wife, her gay brother, and his partner were finishing a birthday celebration when Wilson and his accomplice drunkenly and aggressively approached Way and her wife outside of the casino after seeing the women and the male same-sex couple holding hands. (https://lgbtqnation.com/2025/07/bigot-assaults-lesbian-couple-outside-casino-in-birthday-celebration-gone-wrong/?utm_source=openai)</w:t>
      </w:r>
      <w:r/>
    </w:p>
    <w:p>
      <w:pPr>
        <w:pStyle w:val="ListNumber"/>
        <w:spacing w:line="240" w:lineRule="auto"/>
        <w:ind w:left="720"/>
      </w:pPr>
      <w:r/>
      <w:hyperlink r:id="rId13">
        <w:r>
          <w:rPr>
            <w:color w:val="0000EE"/>
            <w:u w:val="single"/>
          </w:rPr>
          <w:t>https://themetrodetroitnews.com/man-charged-with-hate-crime-after-brutal-attack-against-couple-outside-of-mgm-grand-casino/</w:t>
        </w:r>
      </w:hyperlink>
      <w:r>
        <w:t xml:space="preserve"> - On July 18, 2025, Metro Detroit News reported that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they-did-nothing-lesbian-couple-brutally-attacked-left-with-brain-damage/" TargetMode="External"/><Relationship Id="rId10" Type="http://schemas.openxmlformats.org/officeDocument/2006/relationships/hyperlink" Target="https://www.cbsnews.com/detroit/news/hate-crime-charges-attack-of-two-couples-outside-mgm-grand-detroit/" TargetMode="External"/><Relationship Id="rId11" Type="http://schemas.openxmlformats.org/officeDocument/2006/relationships/hyperlink" Target="https://www.lgbtqnation.com/2025/07/bigot-assaults-lesbian-couple-outside-casino-in-birthday-celebration-gone-wrong/" TargetMode="External"/><Relationship Id="rId12" Type="http://schemas.openxmlformats.org/officeDocument/2006/relationships/hyperlink" Target="https://pridesource.com/article/mgm-grand-attack" TargetMode="External"/><Relationship Id="rId13" Type="http://schemas.openxmlformats.org/officeDocument/2006/relationships/hyperlink" Target="https://themetrodetroitnews.com/man-charged-with-hate-crime-after-brutal-attack-against-couple-outside-of-mgm-grand-casino/" TargetMode="External"/><Relationship Id="rId14" Type="http://schemas.openxmlformats.org/officeDocument/2006/relationships/hyperlink" Target="https://www.wxyz.com/news/man-charged-with-hate-crime-after-allegedly-assaulting-lgbtq-couples-outside-mgm-grand-detroit" TargetMode="External"/><Relationship Id="rId15" Type="http://schemas.openxmlformats.org/officeDocument/2006/relationships/hyperlink" Target="https://rasorlawfirm.com/press-releases/rasor-law-firm-represents-lgbtq-victims-in-hate-crime-assault-at-mgm-grand-detr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