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Zaatar-Spiced Eggs and Tomato Dishes to Try at Home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Try a savoury twist on morning eggs: home cooks and brunch lovers across the UK are rediscovering zaatar-spiced eggs with tomatoes for their punchy, herbaceous flavour and easy, speedy prep , perfect for busy weekdays or a relaxed weekend brunch that tastes like a little Med-style escape.</w:t>
      </w:r>
      <w:r/>
    </w:p>
    <w:p>
      <w:r/>
      <w:r>
        <w:t>Essential Takeaways</w:t>
      </w:r>
      <w:r/>
      <w:r/>
    </w:p>
    <w:p>
      <w:pPr>
        <w:pStyle w:val="ListBullet"/>
        <w:spacing w:line="240" w:lineRule="auto"/>
        <w:ind w:left="720"/>
      </w:pPr>
      <w:r/>
      <w:r>
        <w:rPr>
          <w:b/>
        </w:rPr>
        <w:t>Quick to make:</w:t>
      </w:r>
      <w:r>
        <w:t xml:space="preserve"> Most zaatar egg and tomato dishes take 15–25 minutes from pan to plate.</w:t>
      </w:r>
      <w:r/>
    </w:p>
    <w:p>
      <w:pPr>
        <w:pStyle w:val="ListBullet"/>
        <w:spacing w:line="240" w:lineRule="auto"/>
        <w:ind w:left="720"/>
      </w:pPr>
      <w:r/>
      <w:r>
        <w:rPr>
          <w:b/>
        </w:rPr>
        <w:t>Bold flavour:</w:t>
      </w:r>
      <w:r>
        <w:t xml:space="preserve"> Zaatar adds a lemony, thyme-forward lift and a toasty sesame crunch.</w:t>
      </w:r>
      <w:r/>
    </w:p>
    <w:p>
      <w:pPr>
        <w:pStyle w:val="ListBullet"/>
        <w:spacing w:line="240" w:lineRule="auto"/>
        <w:ind w:left="720"/>
      </w:pPr>
      <w:r/>
      <w:r>
        <w:rPr>
          <w:b/>
        </w:rPr>
        <w:t>Versatile serving:</w:t>
      </w:r>
      <w:r>
        <w:t xml:space="preserve"> Eat with crusty bread, flatbreads like mana’eesh, or dollops of yoghurt for creaminess.</w:t>
      </w:r>
      <w:r/>
    </w:p>
    <w:p>
      <w:pPr>
        <w:pStyle w:val="ListBullet"/>
        <w:spacing w:line="240" w:lineRule="auto"/>
        <w:ind w:left="720"/>
      </w:pPr>
      <w:r/>
      <w:r>
        <w:rPr>
          <w:b/>
        </w:rPr>
        <w:t>Texture win:</w:t>
      </w:r>
      <w:r>
        <w:t xml:space="preserve"> Soft poached or baked eggs in a rich tomato sauce give a silky yolk that soaks into bread.</w:t>
      </w:r>
      <w:r/>
    </w:p>
    <w:p>
      <w:pPr>
        <w:pStyle w:val="ListBullet"/>
        <w:spacing w:line="240" w:lineRule="auto"/>
        <w:ind w:left="720"/>
      </w:pPr>
      <w:r/>
      <w:r>
        <w:rPr>
          <w:b/>
        </w:rPr>
        <w:t>Diet-friendly:</w:t>
      </w:r>
      <w:r>
        <w:t xml:space="preserve"> Naturally vegetarian, easy to adapt to vegan or dairy-free versions by swapping yoghurt.</w:t>
      </w:r>
      <w:r/>
      <w:r/>
    </w:p>
    <w:p>
      <w:pPr>
        <w:pStyle w:val="Heading2"/>
      </w:pPr>
      <w:r>
        <w:t>Why zaatar lifts a simple egg and tomato dish</w:t>
      </w:r>
      <w:r/>
    </w:p>
    <w:p>
      <w:r/>
      <w:r>
        <w:t>Zaatar is one of those pantry seasonings that smells like sunshine , tangy, herby and slightly nutty thanks to sesame. It’s a tiny flavour shortcut that turns plain tomatoes and eggs into something celebratory without fuss. Recipes trending online show cooks sprinkling zaatar over baked eggs or folding it into the tomato base for an instant lift.</w:t>
      </w:r>
      <w:r/>
    </w:p>
    <w:p>
      <w:r/>
      <w:r>
        <w:t>The spice blend’s bright notes cut through oily pan cooking and highlight juicy tomatoes, so even supermarket tinned tomatoes feel fresher. If you’re used to shakshuka, zaatar offers a Mediterranean spin that leans more Levantine than North African.</w:t>
      </w:r>
      <w:r/>
    </w:p>
    <w:p>
      <w:pPr>
        <w:pStyle w:val="Heading2"/>
      </w:pPr>
      <w:r>
        <w:t>Shakshuka, baked eggs, or mana’eesh , which to choose?</w:t>
      </w:r>
      <w:r/>
    </w:p>
    <w:p>
      <w:r/>
      <w:r>
        <w:t>If you want hands-off cooking, baked eggs in a spiced tomato sauce are forgiving: you can pop the tray in the oven and get on with toast-making. Shakshuka, cooked on the hob, gives more control over the sauce’s texture and lets you nestle eggs into bubbling tomatoes. For a street-food vibe, try zaatar-smeared mana’eesh topped with a quick fried egg.</w:t>
      </w:r>
      <w:r/>
    </w:p>
    <w:p>
      <w:r/>
      <w:r>
        <w:t>Consider how fast you want to eat. Baked versions are ideal for weekends; shakshuka is better for a lively family dinner; mana’eesh is unbeatable for handheld brunches. Each approach showcases zaatar differently , sprinkled over at the end for brightness, or stirred in early for a deeper herbaceous note.</w:t>
      </w:r>
      <w:r/>
    </w:p>
    <w:p>
      <w:pPr>
        <w:pStyle w:val="Heading2"/>
      </w:pPr>
      <w:r>
        <w:t>How to make a fail-safe zaatar tomato-and-egg dish</w:t>
      </w:r>
      <w:r/>
    </w:p>
    <w:p>
      <w:r/>
      <w:r>
        <w:t>Start with a slick of olive oil and gently sweat onion and garlic until soft and slightly sweet. Add chopped tomatoes (fresh or tinned) and simmer to thicken, seasoning with salt, pepper and a teaspoon or two of zaatar. Make small wells and crack eggs in, then cover until whites set but yolks remain runny.</w:t>
      </w:r>
      <w:r/>
    </w:p>
    <w:p>
      <w:r/>
      <w:r>
        <w:t>Tip: finish with a sprinkle of fresh parsley or mint and a spoonful of minted yoghurt for cooling contrast. For extra crunch, scatter toasted sesame seeds or a little zaatar blend over the top just before serving.</w:t>
      </w:r>
      <w:r/>
    </w:p>
    <w:p>
      <w:pPr>
        <w:pStyle w:val="Heading2"/>
      </w:pPr>
      <w:r>
        <w:t>Simple swaps and upgrades to try</w:t>
      </w:r>
      <w:r/>
    </w:p>
    <w:p>
      <w:r/>
      <w:r>
        <w:t>Don’t have zaatar? Mix dried thyme, sumac and sesame seeds as a quick stand-in. Want more protein? Add chickpeas to the sauce for a heartier stew. Going dairy-free? Skip the yoghurt and serve with avocado slices or a lemony tahini drizzle.</w:t>
      </w:r>
      <w:r/>
    </w:p>
    <w:p>
      <w:r/>
      <w:r>
        <w:t>For presentation, a scattering of vibrant herbs, a drizzle of good olive oil and lemon wedges make the dish sing. Leftovers transform into a brunch bowl or a lunch with salad and warm flatbread.</w:t>
      </w:r>
      <w:r/>
    </w:p>
    <w:p>
      <w:pPr>
        <w:pStyle w:val="Heading2"/>
      </w:pPr>
      <w:r>
        <w:t>Serving and pairing ideas that actually work</w:t>
      </w:r>
      <w:r/>
    </w:p>
    <w:p>
      <w:r/>
      <w:r>
        <w:t>This dish loves chewy bread , sourdough, flatbread or pita all soak up yolk beautifully. A crisp green salad or simple pickles cut through the richness, while a minty yoghurt or labneh adds a cooling counterpoint. If you’re pouring something, a bright white wine or mint tea keeps things light and harmonious.</w:t>
      </w:r>
      <w:r/>
    </w:p>
    <w:p>
      <w:r/>
      <w:r>
        <w:t>Treat it like comfort food with a lift: the kind of plate you want on a grey morning or when friends drop by unexpectedly.</w:t>
      </w:r>
      <w:r/>
    </w:p>
    <w:p>
      <w:r/>
      <w:r>
        <w:t>It's a small change that makes every egg taste like a proper, sunlit meal.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[3]</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3">
        <w:r>
          <w:rPr>
            <w:color w:val="0000EE"/>
            <w:u w:val="single"/>
          </w:rPr>
          <w:t>[5]</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https://www.standard.co.uk/going-out/foodanddrink/zaatar-spiced-eggs-with-tomatoes-recipe-b1292303.html</w:t>
        </w:r>
      </w:hyperlink>
      <w:r>
        <w:t xml:space="preserve"> - Please view link - unable to able to access data</w:t>
      </w:r>
      <w:r/>
    </w:p>
    <w:p>
      <w:pPr>
        <w:pStyle w:val="ListNumber"/>
        <w:spacing w:line="240" w:lineRule="auto"/>
        <w:ind w:left="720"/>
      </w:pPr>
      <w:r/>
      <w:hyperlink r:id="rId10">
        <w:r>
          <w:rPr>
            <w:color w:val="0000EE"/>
            <w:u w:val="single"/>
          </w:rPr>
          <w:t>https://www.egginfo.co.uk/recipes/moroccan-spiced-eggs-and-tomatoes-minted-yoghurt</w:t>
        </w:r>
      </w:hyperlink>
      <w:r>
        <w:t xml:space="preserve"> - This recipe offers a healthy and flavorful brunch or lunch option, featuring eggs poached in a spiced tomato sauce, complemented by a minted yoghurt. The dish includes ingredients like plum tomatoes, garlic, spring onions, cumin, coriander, and fresh coriander leaves. For added texture, it's served with grilled flatbreads. The minted yoghurt, made with fat-free natural or Greek yoghurt, mint leaves, ground cumin, and lemon juice, provides a refreshing contrast to the spiced eggs and tomatoes.</w:t>
      </w:r>
      <w:r/>
    </w:p>
    <w:p>
      <w:pPr>
        <w:pStyle w:val="ListNumber"/>
        <w:spacing w:line="240" w:lineRule="auto"/>
        <w:ind w:left="720"/>
      </w:pPr>
      <w:r/>
      <w:hyperlink r:id="rId11">
        <w:r>
          <w:rPr>
            <w:color w:val="0000EE"/>
            <w:u w:val="single"/>
          </w:rPr>
          <w:t>https://cooksnapapp.com/recipes/cs-shakshuka-eggs-tomato-sauce-2</w:t>
        </w:r>
      </w:hyperlink>
      <w:r>
        <w:t xml:space="preserve"> - Shakshuka is a Middle Eastern dish consisting of eggs poached in a spiced tomato sauce. This recipe involves sautéing garlic in olive oil, adding cherry tomatoes, paprika, and cumin, and cooking until the tomatoes soften. Wells are made in the sauce to crack eggs into, which are then covered and cooked until the whites set but yolks remain slightly runny. The dish is served with warm pita bread for dipping, making it a quick and satisfying meal.</w:t>
      </w:r>
      <w:r/>
    </w:p>
    <w:p>
      <w:pPr>
        <w:pStyle w:val="ListNumber"/>
        <w:spacing w:line="240" w:lineRule="auto"/>
        <w:ind w:left="720"/>
      </w:pPr>
      <w:r/>
      <w:hyperlink r:id="rId12">
        <w:r>
          <w:rPr>
            <w:color w:val="0000EE"/>
            <w:u w:val="single"/>
          </w:rPr>
          <w:t>https://oventoasted.com/moroccan-eggs-shakshuka/</w:t>
        </w:r>
      </w:hyperlink>
      <w:r>
        <w:t xml:space="preserve"> - This Moroccan-inspired shakshuka combines roasted red peppers and tomatoes into a silky, spiced base. The addition of harissa and jalapeño peppers brings heat, while smoked paprika, coriander, and cumin provide a smoky, warm flavour. Eggs are gently poached in the sauce until the whites are opaque but yolks remain jammy. The dish is garnished with fresh cilantro, crumbled feta, and optional Kalamata olives, and is best served with warm pita bread for dipping.</w:t>
      </w:r>
      <w:r/>
    </w:p>
    <w:p>
      <w:pPr>
        <w:pStyle w:val="ListNumber"/>
        <w:spacing w:line="240" w:lineRule="auto"/>
        <w:ind w:left="720"/>
      </w:pPr>
      <w:r/>
      <w:hyperlink r:id="rId13">
        <w:r>
          <w:rPr>
            <w:color w:val="0000EE"/>
            <w:u w:val="single"/>
          </w:rPr>
          <w:t>https://www.ziyad.com/recipe/zaatar-egg-viral-manaeesh/</w:t>
        </w:r>
      </w:hyperlink>
      <w:r>
        <w:t xml:space="preserve"> - This recipe offers a quick and delicious twist on traditional manaeesh by combining za’atar with eggs. The process involves whisking together za’atar and olive oil, cracking eggs into the mixture, and cooking until set. The dish is garnished with fresh mint, tomato and cucumber slices, and olives, and served with toasted bread, pita, or flatbread. It's a simple yet flavourful meal suitable for breakfast or brunch.</w:t>
      </w:r>
      <w:r/>
    </w:p>
    <w:p>
      <w:pPr>
        <w:pStyle w:val="ListNumber"/>
        <w:spacing w:line="240" w:lineRule="auto"/>
        <w:ind w:left="720"/>
      </w:pPr>
      <w:r/>
      <w:hyperlink r:id="rId14">
        <w:r>
          <w:rPr>
            <w:color w:val="0000EE"/>
            <w:u w:val="single"/>
          </w:rPr>
          <w:t>https://www.punchfork.com/recipe/Zaatar-Baked-Eggs-Food-Wine-Magazine</w:t>
        </w:r>
      </w:hyperlink>
      <w:r>
        <w:t xml:space="preserve"> - Za'atar Baked Eggs is a vegetarian, gluten-free, and keto-friendly dish that combines baked eggs with a spiced tomato sauce. The recipe includes ingredients like yellow onion, cherry tomatoes, red bell peppers, parsley, za’atar, cucumber, mint, and sumac. The eggs are baked in the sauce and served with a dollop of plain yogurt, drizzled with olive oil, and garnished with fresh herbs and a squeeze of lemon juice, offering a rich and aromatic meal.</w:t>
      </w:r>
      <w:r/>
    </w:p>
    <w:p>
      <w:pPr>
        <w:pStyle w:val="ListNumber"/>
        <w:spacing w:line="240" w:lineRule="auto"/>
        <w:ind w:left="720"/>
      </w:pPr>
      <w:r/>
      <w:hyperlink r:id="rId15">
        <w:r>
          <w:rPr>
            <w:color w:val="0000EE"/>
            <w:u w:val="single"/>
          </w:rPr>
          <w:t>https://thedeliciouslife.com/shakshuka-eggs-poached-tomato-sauce-recipe/</w:t>
        </w:r>
      </w:hyperlink>
      <w:r>
        <w:t xml:space="preserve"> - This recipe for shakshuka involves poaching eggs in a spiced tomato sauce made with onions, garlic, roasted red pepper, cumin, and paprika. The tomatoes are crushed and cooked until the sauce thickens. Eggs are cracked into the sauce and baked until set. The dish is topped with crumbled feta cheese and chopped parsley, and served with additional feta, parsley, hot chili sauce, herbed yogurt, olives, and grilled bread for scooping.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ndard.co.uk/going-out/foodanddrink/zaatar-spiced-eggs-with-tomatoes-recipe-b1292303.html" TargetMode="External"/><Relationship Id="rId10" Type="http://schemas.openxmlformats.org/officeDocument/2006/relationships/hyperlink" Target="https://www.egginfo.co.uk/recipes/moroccan-spiced-eggs-and-tomatoes-minted-yoghurt" TargetMode="External"/><Relationship Id="rId11" Type="http://schemas.openxmlformats.org/officeDocument/2006/relationships/hyperlink" Target="https://cooksnapapp.com/recipes/cs-shakshuka-eggs-tomato-sauce-2" TargetMode="External"/><Relationship Id="rId12" Type="http://schemas.openxmlformats.org/officeDocument/2006/relationships/hyperlink" Target="https://oventoasted.com/moroccan-eggs-shakshuka/" TargetMode="External"/><Relationship Id="rId13" Type="http://schemas.openxmlformats.org/officeDocument/2006/relationships/hyperlink" Target="https://www.ziyad.com/recipe/zaatar-egg-viral-manaeesh/" TargetMode="External"/><Relationship Id="rId14" Type="http://schemas.openxmlformats.org/officeDocument/2006/relationships/hyperlink" Target="https://www.punchfork.com/recipe/Zaatar-Baked-Eggs-Food-Wine-Magazine" TargetMode="External"/><Relationship Id="rId15" Type="http://schemas.openxmlformats.org/officeDocument/2006/relationships/hyperlink" Target="https://thedeliciouslife.com/shakshuka-eggs-poached-tomato-sauce-reci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