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West Hollywood Ideas to Bring Home After WorldPride Amsterdam</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travellers are taking notes: West Hollywood’s mayor and councillors visited WorldPride Amsterdam to scout inclusive Pride vibes, cannabis-consumption lounges and even polygamous partnership protections , and they say those lessons could reshape nightlife, hospitality and rights back home.</w:t>
      </w:r>
      <w:r/>
    </w:p>
    <w:p>
      <w:r/>
      <w:r>
        <w:t>Essential Takeaways</w:t>
      </w:r>
      <w:r/>
      <w:r/>
    </w:p>
    <w:p>
      <w:pPr>
        <w:pStyle w:val="ListBullet"/>
        <w:spacing w:line="240" w:lineRule="auto"/>
        <w:ind w:left="720"/>
      </w:pPr>
      <w:r/>
      <w:r>
        <w:rPr>
          <w:b/>
        </w:rPr>
        <w:t>Inclusive celebrations matter:</w:t>
      </w:r>
      <w:r>
        <w:t xml:space="preserve"> West Hollywood leaders praised Amsterdam’s family-friendly, city-wide Pride atmosphere and want to broaden US Pride beyond LGBTQ-only events.</w:t>
      </w:r>
      <w:r/>
    </w:p>
    <w:p>
      <w:pPr>
        <w:pStyle w:val="ListBullet"/>
        <w:spacing w:line="240" w:lineRule="auto"/>
        <w:ind w:left="720"/>
      </w:pPr>
      <w:r/>
      <w:r>
        <w:rPr>
          <w:b/>
        </w:rPr>
        <w:t>Cannabis hospitality:</w:t>
      </w:r>
      <w:r>
        <w:t xml:space="preserve"> West Hollywood positions itself as the regional hub for cannabis consumption lounges , relaxed interiors, creative themes and walkable clusters.</w:t>
      </w:r>
      <w:r/>
    </w:p>
    <w:p>
      <w:pPr>
        <w:pStyle w:val="ListBullet"/>
        <w:spacing w:line="240" w:lineRule="auto"/>
        <w:ind w:left="720"/>
      </w:pPr>
      <w:r/>
      <w:r>
        <w:rPr>
          <w:b/>
        </w:rPr>
        <w:t>Policy experimentation:</w:t>
      </w:r>
      <w:r>
        <w:t xml:space="preserve"> The city is exploring multi-partner domestic partnership protections to cover visitation, housing and legal recognition needs.</w:t>
      </w:r>
      <w:r/>
    </w:p>
    <w:p>
      <w:pPr>
        <w:pStyle w:val="ListBullet"/>
        <w:spacing w:line="240" w:lineRule="auto"/>
        <w:ind w:left="720"/>
      </w:pPr>
      <w:r/>
      <w:r>
        <w:rPr>
          <w:b/>
        </w:rPr>
        <w:t>Celebrity activism:</w:t>
      </w:r>
      <w:r>
        <w:t xml:space="preserve"> Partnerships with venues and artists , think Madonna and local promoters , amplify public-health messages like PrEP and HIV prevention.</w:t>
      </w:r>
      <w:r/>
    </w:p>
    <w:p>
      <w:pPr>
        <w:pStyle w:val="ListBullet"/>
        <w:spacing w:line="240" w:lineRule="auto"/>
        <w:ind w:left="720"/>
      </w:pPr>
      <w:r/>
      <w:r>
        <w:rPr>
          <w:b/>
        </w:rPr>
        <w:t>Sanctuary city role:</w:t>
      </w:r>
      <w:r>
        <w:t xml:space="preserve"> West Hollywood leans into being a safe, welcoming travel destination as queer rights face pressure elsewhere.</w:t>
      </w:r>
      <w:r/>
      <w:r/>
    </w:p>
    <w:p>
      <w:pPr>
        <w:pStyle w:val="Heading2"/>
      </w:pPr>
      <w:r>
        <w:t>Why Amsterdam’s family-friendly Pride is a lesson for US cities</w:t>
      </w:r>
      <w:r/>
    </w:p>
    <w:p>
      <w:r/>
      <w:r>
        <w:t>West Hollywood’s mayor said the most striking thing about Amsterdam’s WorldPride was how the whole city felt invited , grandparents, children and families mingling with queer revellers, and a gentle, celebratory energy that’s easy to picture. The officials noted the sensory detail: flags on buildings, open-shopfront displays, the noise and colour of streets that feel genuinely shared. According to those on the trip, US Prides often skew more targeted, focusing on LGBTQ-specific spaces; copying Amsterdam means imagining community Pride as civic theatre. If you’re organising or attending Pride, bring simple tweaks: more family programming, clearer wayfinding and business windows that celebrate the event, not just tolerate it.</w:t>
      </w:r>
      <w:r/>
    </w:p>
    <w:p>
      <w:pPr>
        <w:pStyle w:val="Heading2"/>
      </w:pPr>
      <w:r>
        <w:t>Cannabis lounges: the Amsterdam model, reimagined in under two square miles</w:t>
      </w:r>
      <w:r/>
    </w:p>
    <w:p>
      <w:r/>
      <w:r>
        <w:t>West Hollywood has actively modelled some of its cannabis policies on Amsterdam’s coffee-shop culture, and councilmembers spoke about walkable clusters of consumption lounges with distinct vibes , from artistic indoor spaces to leafy outdoor terraces. Locals and visitors benefit from variety: some places smell faintly of herbs, others are sleek and quiet, and most offer staff who know strains and dosages. For tourists, practical tips matter: check opening hours, book ahead at popular spots and choose lounges with clear safety rules. Websites like the city’s Emerald Village promote venues and events, which helps visitors plan a smooth, sociable experience.</w:t>
      </w:r>
      <w:r/>
    </w:p>
    <w:p>
      <w:pPr>
        <w:pStyle w:val="Heading2"/>
      </w:pPr>
      <w:r>
        <w:t>Polygamy, partnerships and practical protections , what West Hollywood is testing</w:t>
      </w:r>
      <w:r/>
    </w:p>
    <w:p>
      <w:r/>
      <w:r>
        <w:t>The council’s conversation about extending domestic partnership registries to multi-partner families isn’t headline-grabbing for everyone, but it’s quietly practical. The idea is to use California’s legal framework to protect things that matter day-to-day: hospital visitation, tenancy rights and recognition when families include more than two adults. Officials were frank that uptake might be small, but the move signals a willingness to broaden legal tools to match modern relationship realities. If you’re in a polyamorous household, start by checking rental agreements and hospital policies; local registries can give important, legally recognised proof of relationship status.</w:t>
      </w:r>
      <w:r/>
    </w:p>
    <w:p>
      <w:pPr>
        <w:pStyle w:val="Heading2"/>
      </w:pPr>
      <w:r>
        <w:t>Celebrity tie-ins: how Madonna and nightlife promoters amplify public health</w:t>
      </w:r>
      <w:r/>
    </w:p>
    <w:p>
      <w:r/>
      <w:r>
        <w:t>Having big names perform at WorldPride brings glitz, but West Hollywood’s leaders highlighted a more useful effect: celebrity platforms can launch or amplify public-health campaigns. Partnerships between iconic performers, venues like The Abbey and promoters such as MISTR give visibility to PrEP and HIV testing in ways posters don’t. The mayor pointed out how nightlife institutions in West Hollywood regularly host fundraisers for HIV programmes too. For activists and health providers, the take-away is simple: pair cultural moments with accessible services , pop-up testing, information stalls and signposting to local clinics , and people will engage.</w:t>
      </w:r>
      <w:r/>
    </w:p>
    <w:p>
      <w:pPr>
        <w:pStyle w:val="Heading2"/>
      </w:pPr>
      <w:r>
        <w:t>Sanctuary cities and the tourist promise: what makes a safe destination</w:t>
      </w:r>
      <w:r/>
    </w:p>
    <w:p>
      <w:r/>
      <w:r>
        <w:t>West Hollywood prides itself on being a welcoming, protective enclave in uncertain times. Officials emphasised visible signs , rainbow flags, drag imagery on public buildings and active non-discrimination ordinances , as more than decoration; they’re signals that the streets are intended for everyone. With rising anti-LGBTQ laws elsewhere, cities that commit to safety, both in policy and in the lived urban fabric, attract visitors seeking refuge and celebration. Practical advice for travellers: research local ordinances, find community-run resources or visitor guides, and choose hotels or neighbourhoods known for visible inclusion.</w:t>
      </w:r>
      <w:r/>
    </w:p>
    <w:p>
      <w:r/>
      <w:r>
        <w:t>It's a small mix of cultural inspiration, policy tinkering and nightlife savvy that could change what Pride, hospitality and legal recognition look like back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2">
        <w:r>
          <w:rPr>
            <w:color w:val="0000EE"/>
            <w:u w:val="single"/>
          </w:rPr>
          <w:t>[5]</w:t>
        </w:r>
      </w:hyperlink>
      <w:r>
        <w:t xml:space="preserve">- Paragraph 3: </w:t>
      </w:r>
      <w:hyperlink r:id="rId12">
        <w:r>
          <w:rPr>
            <w:color w:val="0000EE"/>
            <w:u w:val="single"/>
          </w:rPr>
          <w:t>[5]</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[3]</w:t>
        </w:r>
      </w:hyperlink>
      <w:r>
        <w:t xml:space="preserve">- Paragraph 5: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https://www.attitude.co.uk/life/west-hollywood-politicians-on-cannabis-polygamous-marriage-and-madonna-530792/</w:t>
        </w:r>
      </w:hyperlink>
      <w:r>
        <w:t xml:space="preserve"> - Please view link - unable to able to access data</w:t>
      </w:r>
      <w:r/>
    </w:p>
    <w:p>
      <w:pPr>
        <w:pStyle w:val="ListNumber"/>
        <w:spacing w:line="240" w:lineRule="auto"/>
        <w:ind w:left="720"/>
      </w:pPr>
      <w:r/>
      <w:hyperlink r:id="rId10">
        <w:r>
          <w:rPr>
            <w:color w:val="0000EE"/>
            <w:u w:val="single"/>
          </w:rPr>
          <w:t>https://www.thewoodsweho.com/</w:t>
        </w:r>
      </w:hyperlink>
      <w:r>
        <w:t xml:space="preserve"> - The Woods WeHo is a premier cannabis lounge and dispensary located in West Hollywood, California. The establishment offers a tranquil oasis with a lush consumption lounge and refined design, providing California’s finest organic, sun-grown cannabis. Guests can enjoy cannabis in the outdoor garden lounge or reserve a private cabana for a more intimate setting. The lounge also features a THC consumption bar serving cannabis-infused beverages, alongside non-medicated coffee, tea, soda, and water. Entry is available to guests 21 and over, or to those with a valid medical recommendation. Well-behaved, leashed pets are welcome.</w:t>
      </w:r>
      <w:r/>
    </w:p>
    <w:p>
      <w:pPr>
        <w:pStyle w:val="ListNumber"/>
        <w:spacing w:line="240" w:lineRule="auto"/>
        <w:ind w:left="720"/>
      </w:pPr>
      <w:r/>
      <w:hyperlink r:id="rId14">
        <w:r>
          <w:rPr>
            <w:color w:val="0000EE"/>
            <w:u w:val="single"/>
          </w:rPr>
          <w:t>https://www.piovragroup.com/the-studio-lounge</w:t>
        </w:r>
      </w:hyperlink>
      <w:r>
        <w:t xml:space="preserve"> - The Studio Lounge LA is a licensed cannabis consumption lounge and event space situated in West Hollywood, California. It offers an innovative environment for various cannabis-related events and 420 activations. The lounge features a flexible floor plan capable of accommodating events ranging from intimate gatherings to larger events with up to 200 guests. Amenities include a full-service dab bar, cannabis accessories available for rent, and a selection of over 700 cannabis products for purchase. The venue also hosts rotating art displays, live music, and wellness classes, providing a unique space for cannabis enthusiasts.</w:t>
      </w:r>
      <w:r/>
    </w:p>
    <w:p>
      <w:pPr>
        <w:pStyle w:val="ListNumber"/>
        <w:spacing w:line="240" w:lineRule="auto"/>
        <w:ind w:left="720"/>
      </w:pPr>
      <w:r/>
      <w:hyperlink r:id="rId11">
        <w:r>
          <w:rPr>
            <w:color w:val="0000EE"/>
            <w:u w:val="single"/>
          </w:rPr>
          <w:t>https://herb.co/city-guides/los-angeles/the-best-cannabis-consumption-lounges-in-west-hollywood</w:t>
        </w:r>
      </w:hyperlink>
      <w:r>
        <w:t xml:space="preserve"> - This article highlights some of the top cannabis consumption lounges in West Hollywood, California. It features establishments such as The Woods, Door Number Six, The Artist Tree, and Budberry. Each lounge offers unique experiences, from The Woods' zen garden setting to Door Number Six's modern cannabis-based therapies. The Artist Tree provides a combination of art and community, while Budberry features an open-concept kitchen for culinary cannabis infusions. The piece provides insights into the diverse cannabis culture and consumption options available in West Hollywood.</w:t>
      </w:r>
      <w:r/>
    </w:p>
    <w:p>
      <w:pPr>
        <w:pStyle w:val="ListNumber"/>
        <w:spacing w:line="240" w:lineRule="auto"/>
        <w:ind w:left="720"/>
      </w:pPr>
      <w:r/>
      <w:hyperlink r:id="rId12">
        <w:r>
          <w:rPr>
            <w:color w:val="0000EE"/>
            <w:u w:val="single"/>
          </w:rPr>
          <w:t>https://www.emeraldvillageweho.com/</w:t>
        </w:r>
      </w:hyperlink>
      <w:r>
        <w:t xml:space="preserve"> - Emerald Village West Hollywood is a collective of cannabis dispensaries and consumption lounges located in the heart of West Hollywood, California. With ten dispensaries and six consumption lounges, it offers unparalleled cannabis destinations and experiences. The lounges provide a variety of environments, from vibrant urban sanctuaries to tranquil garden settings, catering to different preferences. Emerald Village aims to create a community-focused space where cannabis enthusiasts can gather, relax, and enjoy a range of products and experiences.</w:t>
      </w:r>
      <w:r/>
    </w:p>
    <w:p>
      <w:pPr>
        <w:pStyle w:val="ListNumber"/>
        <w:spacing w:line="240" w:lineRule="auto"/>
        <w:ind w:left="720"/>
      </w:pPr>
      <w:r/>
      <w:hyperlink r:id="rId13">
        <w:r>
          <w:rPr>
            <w:color w:val="0000EE"/>
            <w:u w:val="single"/>
          </w:rPr>
          <w:t>https://www.corner.inc/place/pgZf3PT9afNr</w:t>
        </w:r>
      </w:hyperlink>
      <w:r>
        <w:t xml:space="preserve"> - Pleasuremed is a cannabis dispensary and lounge located at 7715 Santa Monica Boulevard, West Hollywood, California. The establishment features a clean, organized shop with knowledgeable staff who assist customers in finding suitable products. The consumption lounge draws a friendly mix of couples and regulars for 420 celebrations and live music nights. The multi-level space includes a smoking lounge on the second floor and a separate alcohol bar below, offering a welcoming environment for both quick product runs and extended social sessions.</w:t>
      </w:r>
      <w:r/>
    </w:p>
    <w:p>
      <w:pPr>
        <w:pStyle w:val="ListNumber"/>
        <w:spacing w:line="240" w:lineRule="auto"/>
        <w:ind w:left="720"/>
      </w:pPr>
      <w:r/>
      <w:hyperlink r:id="rId15">
        <w:r>
          <w:rPr>
            <w:color w:val="0000EE"/>
            <w:u w:val="single"/>
          </w:rPr>
          <w:t>https://www.opentable.com/r/the-studio-cannabis-lounge-at-the-artist-tree-west-hollywood</w:t>
        </w:r>
      </w:hyperlink>
      <w:r>
        <w:t xml:space="preserve"> - The Studio Cannabis Lounge at The Artist Tree is a licensed cannabis consumption lounge and event venue located in West Hollywood, California. It offers a relaxing, upscale environment for cannabis consumption with over 700 items available for purchase and on-site consumption, including flower, pre-rolls, edibles, concentrates, and vapes. The lounge also features a rotating menu of handcrafted cannabis-infused cocktails. Guests can lounge in the indoor seating area or relax on the patio. The venue is partnered with local restaurants, providing convenient ordering through QR codes on tables.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life/west-hollywood-politicians-on-cannabis-polygamous-marriage-and-madonna-530792/" TargetMode="External"/><Relationship Id="rId10" Type="http://schemas.openxmlformats.org/officeDocument/2006/relationships/hyperlink" Target="https://www.thewoodsweho.com/" TargetMode="External"/><Relationship Id="rId11" Type="http://schemas.openxmlformats.org/officeDocument/2006/relationships/hyperlink" Target="https://herb.co/city-guides/los-angeles/the-best-cannabis-consumption-lounges-in-west-hollywood" TargetMode="External"/><Relationship Id="rId12" Type="http://schemas.openxmlformats.org/officeDocument/2006/relationships/hyperlink" Target="https://www.emeraldvillageweho.com/" TargetMode="External"/><Relationship Id="rId13" Type="http://schemas.openxmlformats.org/officeDocument/2006/relationships/hyperlink" Target="https://www.corner.inc/place/pgZf3PT9afNr" TargetMode="External"/><Relationship Id="rId14" Type="http://schemas.openxmlformats.org/officeDocument/2006/relationships/hyperlink" Target="https://www.piovragroup.com/the-studio-lounge" TargetMode="External"/><Relationship Id="rId15" Type="http://schemas.openxmlformats.org/officeDocument/2006/relationships/hyperlink" Target="https://www.opentable.com/r/the-studio-cannabis-lounge-at-the-artist-tree-west-hollywoo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