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Tell Another Guy You Have Herpes Before Intimacy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Start honest, stay calm: many gay and bisexual men find that a straightforward conversation about herpes before sex builds trust, reduces anxiety, and leads to healthier dating. This guide explains when to tell him, what to say, and practical steps to protect both of you.</w:t>
      </w:r>
      <w:r/>
    </w:p>
    <w:p>
      <w:r/>
      <w:r>
        <w:t>Essential Takeaways</w:t>
      </w:r>
      <w:r/>
      <w:r/>
    </w:p>
    <w:p>
      <w:pPr>
        <w:pStyle w:val="ListBullet"/>
        <w:spacing w:line="240" w:lineRule="auto"/>
        <w:ind w:left="720"/>
      </w:pPr>
      <w:r/>
      <w:r>
        <w:rPr>
          <w:b/>
        </w:rPr>
        <w:t>Tell before sex:</w:t>
      </w:r>
      <w:r>
        <w:t xml:space="preserve"> Share your status before any sexual activity so both people can make informed choices.</w:t>
      </w:r>
      <w:r/>
    </w:p>
    <w:p>
      <w:pPr>
        <w:pStyle w:val="ListBullet"/>
        <w:spacing w:line="240" w:lineRule="auto"/>
        <w:ind w:left="720"/>
      </w:pPr>
      <w:r/>
      <w:r>
        <w:rPr>
          <w:b/>
        </w:rPr>
        <w:t>Keep it simple:</w:t>
      </w:r>
      <w:r>
        <w:t xml:space="preserve"> A calm, honest line , with facts , lands better than a dramatic confession.</w:t>
      </w:r>
      <w:r/>
    </w:p>
    <w:p>
      <w:pPr>
        <w:pStyle w:val="ListBullet"/>
        <w:spacing w:line="240" w:lineRule="auto"/>
        <w:ind w:left="720"/>
      </w:pPr>
      <w:r/>
      <w:r>
        <w:rPr>
          <w:b/>
        </w:rPr>
        <w:t>Practical protections:</w:t>
      </w:r>
      <w:r>
        <w:t xml:space="preserve"> Antiviral medication, condoms, and avoiding contact during outbreaks all cut transmission risk.</w:t>
      </w:r>
      <w:r/>
    </w:p>
    <w:p>
      <w:pPr>
        <w:pStyle w:val="ListBullet"/>
        <w:spacing w:line="240" w:lineRule="auto"/>
        <w:ind w:left="720"/>
      </w:pPr>
      <w:r/>
      <w:r>
        <w:rPr>
          <w:b/>
        </w:rPr>
        <w:t>Expect questions, not judgment:</w:t>
      </w:r>
      <w:r>
        <w:t xml:space="preserve"> Many partners ask practical questions first; being prepared helps.</w:t>
      </w:r>
      <w:r/>
    </w:p>
    <w:p>
      <w:pPr>
        <w:pStyle w:val="ListBullet"/>
        <w:spacing w:line="240" w:lineRule="auto"/>
        <w:ind w:left="720"/>
      </w:pPr>
      <w:r/>
      <w:r>
        <w:rPr>
          <w:b/>
        </w:rPr>
        <w:t>Support helps:</w:t>
      </w:r>
      <w:r>
        <w:t xml:space="preserve"> Peer groups, healthcare professionals, and HSV-focused dating spaces make disclosure easier.</w:t>
      </w:r>
      <w:r/>
      <w:r/>
    </w:p>
    <w:p>
      <w:pPr>
        <w:pStyle w:val="Heading2"/>
      </w:pPr>
      <w:r>
        <w:t>Lead with a short, human truth , honesty calms nerves</w:t>
      </w:r>
      <w:r/>
    </w:p>
    <w:p>
      <w:r/>
      <w:r>
        <w:t>Talking about herpes feels awkward because you picture the worst reaction, but the reality is often quieter and kinder. According to Medical News Today and Healthline, preparing what you’ll say and mentioning facts about transmission can dramatically lower your own anxiety. Say it with a steady voice, add a practical detail like your treatment plan, and give him space to respond , that little pause often tells you everything you need to know.</w:t>
      </w:r>
      <w:r/>
    </w:p>
    <w:p>
      <w:pPr>
        <w:pStyle w:val="Heading2"/>
      </w:pPr>
      <w:r>
        <w:t>Learn the facts so you speak confidently</w:t>
      </w:r>
      <w:r/>
    </w:p>
    <w:p>
      <w:r/>
      <w:r>
        <w:t>Before you start the conversation, get clear on whether it’s HSV‑1 or HSV‑2, how viral shedding works, and how antivirals reduce risk. WebMD and Healthline note that knowledge reassures both of you and makes answers easier when questions come. If you don’t know something, say so and offer to look it up together , showing curiosity is better than bluffing.</w:t>
      </w:r>
      <w:r/>
    </w:p>
    <w:p>
      <w:pPr>
        <w:pStyle w:val="Heading2"/>
      </w:pPr>
      <w:r>
        <w:t>Pick the moment , privacy beats texts</w:t>
      </w:r>
      <w:r/>
    </w:p>
    <w:p>
      <w:r/>
      <w:r>
        <w:t>There’s no magic timestamp, but experts at Medical News Today and Men’s Health recommend telling someone face to face and before any intimacy. Choose a relaxed setting , a quiet walk or a coffee , where you can talk without rush. Avoid dropping the news in a group chat or after you’ve already been physical; that backtracks trust and can feel like a betrayal.</w:t>
      </w:r>
      <w:r/>
    </w:p>
    <w:p>
      <w:pPr>
        <w:pStyle w:val="Heading2"/>
      </w:pPr>
      <w:r>
        <w:t>How to say it , short, honest, and factual</w:t>
      </w:r>
      <w:r/>
    </w:p>
    <w:p>
      <w:r/>
      <w:r>
        <w:t>You don’t need a speech. Start with why you’re sharing: “I like you and want to be honest before we sleep together.” Then state the fact plainly, mention any treatment and precautions you take, and invite questions. Teen Vogue and WebMD both advise avoiding shame-laden language; keep it neutral and clinical rather than apologetic. That tone helps shift the focus to safety and consent rather than drama.</w:t>
      </w:r>
      <w:r/>
    </w:p>
    <w:p>
      <w:pPr>
        <w:pStyle w:val="Heading2"/>
      </w:pPr>
      <w:r>
        <w:t>Answering questions and handling reactions</w:t>
      </w:r>
      <w:r/>
    </w:p>
    <w:p>
      <w:r/>
      <w:r>
        <w:t>Expect curiosity: “How is it transmitted?” “Can we still have sex?” “What precautions work?” Healthline and WebMD point out that many people’s first instinct is to understand risk. Use clear answers , condoms help, antivirals lower transmission, and avoid contact during outbreaks , and if someone reacts poorly, remember that their discomfort often reflects fear or misinformation, not you.</w:t>
      </w:r>
      <w:r/>
    </w:p>
    <w:p>
      <w:pPr>
        <w:pStyle w:val="Heading2"/>
      </w:pPr>
      <w:r>
        <w:t>Practical precautions you can offer right away</w:t>
      </w:r>
      <w:r/>
    </w:p>
    <w:p>
      <w:r/>
      <w:r>
        <w:t>If you want to move from disclosure to reassurance, outline the steps you take: daily antiviral meds if prescribed, condom use, avoiding contact during symptoms, and regular checkups. HSV communities and relationship guides suggest these concrete measures turn an abstract worry into manageable choices. Offering to plan safer‑sex steps together shows responsibility and intimacy.</w:t>
      </w:r>
      <w:r/>
    </w:p>
    <w:p>
      <w:pPr>
        <w:pStyle w:val="Heading2"/>
      </w:pPr>
      <w:r>
        <w:t>Dating options: within the HSV community or wider dating</w:t>
      </w:r>
      <w:r/>
    </w:p>
    <w:p>
      <w:r/>
      <w:r>
        <w:t>Some people find it easier to meet others who already have herpes through specialist apps or support groups; others prefer to disclose as they date more broadly. Both paths work. Sources like HSV-focused blogs and Men’s Health say dating within the community removes the disclosure hurdle, but broader dating can lead to deeply honest, mixed‑status relationships if you handle conversations well.</w:t>
      </w:r>
      <w:r/>
    </w:p>
    <w:p>
      <w:pPr>
        <w:pStyle w:val="Heading2"/>
      </w:pPr>
      <w:r>
        <w:t>Emotional support matters , you don’t have to do this alone</w:t>
      </w:r>
      <w:r/>
    </w:p>
    <w:p>
      <w:r/>
      <w:r>
        <w:t>Sharing this news can sting your confidence, especially if dating already feels tricky. Talk to friends, counsellors, or online support forums to frame your feelings before the conversation. Medical News Today and Healthline both underline that preparation and peer stories turn dread into a manageable step , most people find the actual talk is far less painful than the anticipation.</w:t>
      </w:r>
      <w:r/>
    </w:p>
    <w:p>
      <w:pPr>
        <w:pStyle w:val="Heading2"/>
      </w:pPr>
      <w:r>
        <w:t>When it doesn’t go well , and what to do next</w:t>
      </w:r>
      <w:r/>
    </w:p>
    <w:p>
      <w:r/>
      <w:r>
        <w:t>Not everyone will respond with calm, and that’s okay. If a partner reacts with panic or shame, you don’t have to argue; you can remind them of the facts and then step back. Many people who have been rejected later report relief: you’ve learned early whether someone’s empathy matches yours. Keep perspective , herpes is common and doesn’t define your worth.</w:t>
      </w:r>
      <w:r/>
    </w:p>
    <w:p>
      <w:r/>
      <w:r>
        <w:t>It's a small change in how you date that can make a big difference in trust and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2">
        <w:r>
          <w:rPr>
            <w:color w:val="0000EE"/>
            <w:u w:val="single"/>
          </w:rPr>
          <w:t>[3]</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1">
        <w:r>
          <w:rPr>
            <w:color w:val="0000EE"/>
            <w:u w:val="single"/>
          </w:rPr>
          <w:t>[5]</w:t>
        </w:r>
      </w:hyperlink>
      <w:r>
        <w:t xml:space="preserve">, </w:t>
      </w:r>
      <w:hyperlink r:id="rId15">
        <w:r>
          <w:rPr>
            <w:color w:val="0000EE"/>
            <w:u w:val="single"/>
          </w:rPr>
          <w:t>[6]</w:t>
        </w:r>
      </w:hyperlink>
      <w:r>
        <w:t xml:space="preserve">- Paragraph 7: </w:t>
      </w:r>
      <w:hyperlink r:id="rId15">
        <w:r>
          <w:rPr>
            <w:color w:val="0000EE"/>
            <w:u w:val="single"/>
          </w:rPr>
          <w:t>[6]</w:t>
        </w:r>
      </w:hyperlink>
      <w:r>
        <w:t xml:space="preserve">, </w:t>
      </w:r>
      <w:hyperlink r:id="rId10">
        <w:r>
          <w:rPr>
            <w:color w:val="0000EE"/>
            <w:u w:val="single"/>
          </w:rPr>
          <w:t>[2]</w:t>
        </w:r>
      </w:hyperlink>
      <w:r>
        <w:t xml:space="preserve">- Paragraph 8: </w:t>
      </w:r>
      <w:hyperlink r:id="rId13">
        <w:r>
          <w:rPr>
            <w:color w:val="0000EE"/>
            <w:u w:val="single"/>
          </w:rPr>
          <w:t>[7]</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https://www.hsvbuddies.com/blog/how-to-tell-another-guy-you-have-herpes/</w:t>
        </w:r>
      </w:hyperlink>
      <w:r>
        <w:t xml:space="preserve"> - Please view link - unable to able to access data</w:t>
      </w:r>
      <w:r/>
    </w:p>
    <w:p>
      <w:pPr>
        <w:pStyle w:val="ListNumber"/>
        <w:spacing w:line="240" w:lineRule="auto"/>
        <w:ind w:left="720"/>
      </w:pPr>
      <w:r/>
      <w:hyperlink r:id="rId10">
        <w:r>
          <w:rPr>
            <w:color w:val="0000EE"/>
            <w:u w:val="single"/>
          </w:rPr>
          <w:t>https://www.medicalnewstoday.com/articles/how-to-tell-someone-you-have-herpes</w:t>
        </w:r>
      </w:hyperlink>
      <w:r>
        <w:t xml:space="preserve"> - This article provides guidance on disclosing a herpes diagnosis to a potential sexual partner. It emphasizes the importance of honesty in building trust and reducing transmission risk. Key advice includes preparing what to say, choosing the right time and place, speaking matter-of-factly, knowing the facts about herpes, and allowing the partner time to process the information. The article also discusses legal considerations, noting that disclosure laws vary by state, and recommends testing for both partners to make informed decisions.</w:t>
      </w:r>
      <w:r/>
    </w:p>
    <w:p>
      <w:pPr>
        <w:pStyle w:val="ListNumber"/>
        <w:spacing w:line="240" w:lineRule="auto"/>
        <w:ind w:left="720"/>
      </w:pPr>
      <w:r/>
      <w:hyperlink r:id="rId12">
        <w:r>
          <w:rPr>
            <w:color w:val="0000EE"/>
            <w:u w:val="single"/>
          </w:rPr>
          <w:t>https://www.webmd.com/genital-herpes/all-about-genital-herpes-how-tell-your-partner</w:t>
        </w:r>
      </w:hyperlink>
      <w:r>
        <w:t xml:space="preserve"> - WebMD offers advice on how to inform a partner about a genital herpes diagnosis. The article suggests learning as much as possible about genital herpes beforehand to answer potential questions confidently. It recommends choosing the right setting for the conversation, avoiding negative language, and presenting the information calmly and directly. The piece also advises against apologizing or using negative descriptors, as this can set a negative tone for the discussion.</w:t>
      </w:r>
      <w:r/>
    </w:p>
    <w:p>
      <w:pPr>
        <w:pStyle w:val="ListNumber"/>
        <w:spacing w:line="240" w:lineRule="auto"/>
        <w:ind w:left="720"/>
      </w:pPr>
      <w:r/>
      <w:hyperlink r:id="rId14">
        <w:r>
          <w:rPr>
            <w:color w:val="0000EE"/>
            <w:u w:val="single"/>
          </w:rPr>
          <w:t>https://www.teenvogue.com/story/how-to-tell-someone-you-have-herpes-std</w:t>
        </w:r>
      </w:hyperlink>
      <w:r>
        <w:t xml:space="preserve"> - Teen Vogue discusses the emotional aspects of disclosing a herpes diagnosis. The article encourages individuals to educate themselves about herpes to feel more confident during the conversation. It highlights the importance of self-acceptance and seeking support from communities that understand living with STIs. The piece also addresses the stigma surrounding STIs and emphasizes that individuals with herpes can still have fulfilling relationships.</w:t>
      </w:r>
      <w:r/>
    </w:p>
    <w:p>
      <w:pPr>
        <w:pStyle w:val="ListNumber"/>
        <w:spacing w:line="240" w:lineRule="auto"/>
        <w:ind w:left="720"/>
      </w:pPr>
      <w:r/>
      <w:hyperlink r:id="rId11">
        <w:r>
          <w:rPr>
            <w:color w:val="0000EE"/>
            <w:u w:val="single"/>
          </w:rPr>
          <w:t>https://www.healthline.com/health/healthy-sex/sex-dating-with-herpes</w:t>
        </w:r>
      </w:hyperlink>
      <w:r>
        <w:t xml:space="preserve"> - Healthline provides tips for dating and having sex with herpes. The article discusses the stigma associated with STIs and offers advice on managing disclosure. It suggests being open about the diagnosis, understanding the facts, and discussing prevention methods. The piece also addresses the importance of self-acceptance and seeking support from others living with herpes to navigate dating and relationships.</w:t>
      </w:r>
      <w:r/>
    </w:p>
    <w:p>
      <w:pPr>
        <w:pStyle w:val="ListNumber"/>
        <w:spacing w:line="240" w:lineRule="auto"/>
        <w:ind w:left="720"/>
      </w:pPr>
      <w:r/>
      <w:hyperlink r:id="rId15">
        <w:r>
          <w:rPr>
            <w:color w:val="0000EE"/>
            <w:u w:val="single"/>
          </w:rPr>
          <w:t>https://hsv2.net/blog/relationships/</w:t>
        </w:r>
      </w:hyperlink>
      <w:r>
        <w:t xml:space="preserve"> - HSV2.net offers practical advice on disclosing a herpes diagnosis to a partner. The article emphasizes starting the conversation neutrally, avoiding apologies, and using clear language. It suggests saying something like, "I have HSV-2. It's genital herpes." The piece also advises against over-explaining or minimizing the condition, aiming for a straightforward and calm discussion.</w:t>
      </w:r>
      <w:r/>
    </w:p>
    <w:p>
      <w:pPr>
        <w:pStyle w:val="ListNumber"/>
        <w:spacing w:line="240" w:lineRule="auto"/>
        <w:ind w:left="720"/>
      </w:pPr>
      <w:r/>
      <w:hyperlink r:id="rId13">
        <w:r>
          <w:rPr>
            <w:color w:val="0000EE"/>
            <w:u w:val="single"/>
          </w:rPr>
          <w:t>https://www.menshealth.com/sex-women/a19539771/tell-your-partner-std/</w:t>
        </w:r>
      </w:hyperlink>
      <w:r>
        <w:t xml:space="preserve"> - Men's Health discusses the moral and legal responsibilities of disclosing an STD to a partner. The article emphasizes the importance of informing a partner about any communicable disease before engaging in sexual activity. It notes that some STDs, like herpes, are lifelong and can be transmitted even without symptoms. The piece also addresses the need for open communication and respect for the partner's decision regarding the relationship.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svbuddies.com/blog/how-to-tell-another-guy-you-have-herpes/" TargetMode="External"/><Relationship Id="rId10" Type="http://schemas.openxmlformats.org/officeDocument/2006/relationships/hyperlink" Target="https://www.medicalnewstoday.com/articles/how-to-tell-someone-you-have-herpes" TargetMode="External"/><Relationship Id="rId11" Type="http://schemas.openxmlformats.org/officeDocument/2006/relationships/hyperlink" Target="https://www.healthline.com/health/healthy-sex/sex-dating-with-herpes" TargetMode="External"/><Relationship Id="rId12" Type="http://schemas.openxmlformats.org/officeDocument/2006/relationships/hyperlink" Target="https://www.webmd.com/genital-herpes/all-about-genital-herpes-how-tell-your-partner" TargetMode="External"/><Relationship Id="rId13" Type="http://schemas.openxmlformats.org/officeDocument/2006/relationships/hyperlink" Target="https://www.menshealth.com/sex-women/a19539771/tell-your-partner-std/" TargetMode="External"/><Relationship Id="rId14" Type="http://schemas.openxmlformats.org/officeDocument/2006/relationships/hyperlink" Target="https://www.teenvogue.com/story/how-to-tell-someone-you-have-herpes-std" TargetMode="External"/><Relationship Id="rId15" Type="http://schemas.openxmlformats.org/officeDocument/2006/relationships/hyperlink" Target="https://hsv2.net/blog/relation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