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Short Films to Watch This Pride: Portrait of Pride Spotlight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Catch the fierce new short film Portrait of Pride, streaming now, and discover the edgy queer projects, writers, and newsletters shaping the conversation this season. It’s a lively, emotional watch narrated by Edie Falco with text by Harvey Fierstein, and it matters because visibility still changes things.</w:t>
      </w:r>
      <w:r/>
    </w:p>
    <w:p>
      <w:r/>
      <w:r>
        <w:t>Essential Takeaways</w:t>
      </w:r>
      <w:r/>
      <w:r/>
    </w:p>
    <w:p>
      <w:pPr>
        <w:pStyle w:val="ListBullet"/>
        <w:spacing w:line="240" w:lineRule="auto"/>
        <w:ind w:left="720"/>
      </w:pPr>
      <w:r/>
      <w:r>
        <w:rPr>
          <w:b/>
        </w:rPr>
        <w:t>Premiere now:</w:t>
      </w:r>
      <w:r>
        <w:t xml:space="preserve"> Portrait of Pride debuts today with narration by Edie Falco and text by Harvey Fierstein, offering a bold, moving short-film experience. </w:t>
      </w:r>
      <w:r/>
    </w:p>
    <w:p>
      <w:pPr>
        <w:pStyle w:val="ListBullet"/>
        <w:spacing w:line="240" w:lineRule="auto"/>
        <w:ind w:left="720"/>
      </w:pPr>
      <w:r/>
      <w:r>
        <w:rPr>
          <w:b/>
        </w:rPr>
        <w:t>Crowdsourced roots:</w:t>
      </w:r>
      <w:r>
        <w:t xml:space="preserve"> The film grew from a crowdsourcing call coordinated by Qstack and Crowdsorcery, showcasing community-sourced stories. </w:t>
      </w:r>
      <w:r/>
    </w:p>
    <w:p>
      <w:pPr>
        <w:pStyle w:val="ListBullet"/>
        <w:spacing w:line="240" w:lineRule="auto"/>
        <w:ind w:left="720"/>
      </w:pPr>
      <w:r/>
      <w:r>
        <w:rPr>
          <w:b/>
        </w:rPr>
        <w:t>New queer outlets:</w:t>
      </w:r>
      <w:r>
        <w:t xml:space="preserve"> Dark Bitch’s The Big Fing C* runs a monthly open call for neurodivergent writers of dark speculative fiction, short, sharp, and transgressive. </w:t>
      </w:r>
      <w:r/>
    </w:p>
    <w:p>
      <w:pPr>
        <w:pStyle w:val="ListBullet"/>
        <w:spacing w:line="240" w:lineRule="auto"/>
        <w:ind w:left="720"/>
      </w:pPr>
      <w:r/>
      <w:r>
        <w:rPr>
          <w:b/>
        </w:rPr>
        <w:t>Queer language resource:</w:t>
      </w:r>
      <w:r>
        <w:t xml:space="preserve"> The Queer Word newsletter delivers weekly dives into slang, microlabels, and camp language, five minutes to get “queer-er.” </w:t>
      </w:r>
      <w:r/>
    </w:p>
    <w:p>
      <w:pPr>
        <w:pStyle w:val="ListBullet"/>
        <w:spacing w:line="240" w:lineRule="auto"/>
        <w:ind w:left="720"/>
      </w:pPr>
      <w:r/>
      <w:r>
        <w:rPr>
          <w:b/>
        </w:rPr>
        <w:t>Community voices:</w:t>
      </w:r>
      <w:r>
        <w:t xml:space="preserve"> Qstack welcomed several new supporting members, writers and creatives offering fiction, essays, travel and coaching for LGBTQ+ readers.</w:t>
      </w:r>
      <w:r/>
      <w:r/>
    </w:p>
    <w:p>
      <w:pPr>
        <w:pStyle w:val="Heading2"/>
      </w:pPr>
      <w:r>
        <w:t>Why Portrait of Pride feels essential right now</w:t>
      </w:r>
      <w:r/>
    </w:p>
    <w:p>
      <w:r/>
      <w:r>
        <w:t>This short lands with a fierce, triumphant tone that’s hard to forget, and you can feel that in the voice work alone. According to the Qstack announcement, Edie Falco’s narration and Harvey Fierstein’s text lend gravitas and warmth, making the film both intimate and cinematic. The crowdsourced nature gives it a democratic pulse, real contributors, real stakes, so it doesn’t feel like another institutional take on queer history. If you want something that’s emotionally immediate and shareable, this is it.</w:t>
      </w:r>
      <w:r/>
    </w:p>
    <w:p>
      <w:pPr>
        <w:pStyle w:val="Heading2"/>
      </w:pPr>
      <w:r>
        <w:t>How a crowdsourced project became a polished premiere</w:t>
      </w:r>
      <w:r/>
    </w:p>
    <w:p>
      <w:r/>
      <w:r>
        <w:t>Qstack partnered with filmmakers harrison nir and Sam Gilberg of Crowdsorcery to round up contributors, and that collaboration is part of the film’s DNA. Crowdsourcing can be messy, lots of voices, uneven materials, but when curated well it produces surprising honesty. The result here is a short that feels stitched from communal memory rather than authored from one vantage point. For independent filmmakers, this is a useful template: mix community content with strong editorial direction and a compelling narrator, and you get clarity without losing texture.</w:t>
      </w:r>
      <w:r/>
    </w:p>
    <w:p>
      <w:pPr>
        <w:pStyle w:val="Heading2"/>
      </w:pPr>
      <w:r>
        <w:t>Where to find new queer writing that bites back</w:t>
      </w:r>
      <w:r/>
    </w:p>
    <w:p>
      <w:r/>
      <w:r>
        <w:t>If you like your fiction dark and disruptive, The Big Fing C* (Dark Bitch) is running monthly calls for neurodivergent writers of edgy speculative, fantasy and science fiction up to 1,000 words. The brief invites fierce, transgressive pieces, think of it as a space for the bile and beauty that mainstream presses often shy away from. For writers, it’s a practical opportunity: short wordcounts, regular deadlines, and an audience primed for the weird and uncompromising.</w:t>
      </w:r>
      <w:r/>
    </w:p>
    <w:p>
      <w:pPr>
        <w:pStyle w:val="Heading2"/>
      </w:pPr>
      <w:r>
        <w:t>Learn the language: why the Queer Word newsletter matters</w:t>
      </w:r>
      <w:r/>
    </w:p>
    <w:p>
      <w:r/>
      <w:r>
        <w:t>Words shape how communities see themselves, and the Queer Word newsletter unpacks that language in snackable weekly doses. From historic slang to internet microlabels, the newsletter is a primer in queer lexicon and a reminder that identity terms evolve fast. If you’re curious or just want to understand the jokes and shorthand people use online, five minutes with this newsletter will make you sharper in conversation and more aware of how language does cultural work.</w:t>
      </w:r>
      <w:r/>
    </w:p>
    <w:p>
      <w:pPr>
        <w:pStyle w:val="Heading2"/>
      </w:pPr>
      <w:r>
        <w:t>Meet the new voices Qstack is promoting</w:t>
      </w:r>
      <w:r/>
    </w:p>
    <w:p>
      <w:r/>
      <w:r>
        <w:t>Qstack’s updates name several supporting members bringing fresh perspectives: Eleanor Anstruther’s fiction and podcasting, Dimitrios Aletras Jr’s essays and advocacy, Rich Volo’s cultural takes and debut novel, and Muddy Vagabond’s tarot-adjacent reflections. These are the kinds of contributors who expand a community’s tastes, one writes, another curates, another offers coaching and travel insights, so the newsletter becomes more than news; it’s a living network of queer creative life.</w:t>
      </w:r>
      <w:r/>
    </w:p>
    <w:p>
      <w:r/>
      <w:r>
        <w:t>It's a small change that can make every short, story, and sentence feel more visible.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11">
        <w:r>
          <w:rPr>
            <w:color w:val="0000EE"/>
            <w:u w:val="single"/>
          </w:rPr>
          <w:t>[3]</w:t>
        </w:r>
      </w:hyperlink>
      <w:r>
        <w:t xml:space="preserve">, </w:t>
      </w:r>
      <w:hyperlink r:id="rId9">
        <w:r>
          <w:rPr>
            <w:color w:val="0000EE"/>
            <w:u w:val="single"/>
          </w:rPr>
          <w:t>[2]</w:t>
        </w:r>
      </w:hyperlink>
      <w:r>
        <w:t xml:space="preserve">- Paragraph 4: </w:t>
      </w:r>
      <w:hyperlink r:id="rId10">
        <w:r>
          <w:rPr>
            <w:color w:val="0000EE"/>
            <w:u w:val="single"/>
          </w:rPr>
          <w:t>[4]</w:t>
        </w:r>
      </w:hyperlink>
      <w:r>
        <w:t xml:space="preserve">, </w:t>
      </w:r>
      <w:hyperlink r:id="rId9">
        <w:r>
          <w:rPr>
            <w:color w:val="0000EE"/>
            <w:u w:val="single"/>
          </w:rPr>
          <w:t>[2]</w:t>
        </w:r>
      </w:hyperlink>
      <w:r>
        <w:t xml:space="preserve">- Paragraph 5: </w:t>
      </w:r>
      <w:hyperlink r:id="rId12">
        <w:r>
          <w:rPr>
            <w:color w:val="0000EE"/>
            <w:u w:val="single"/>
          </w:rPr>
          <w:t>[5]</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https://qstack.substack.com/p/portrait-of-pride-dark-bitch-queer</w:t>
        </w:r>
      </w:hyperlink>
      <w:r>
        <w:t xml:space="preserve"> - Please view link - unable to able to access data</w:t>
      </w:r>
      <w:r/>
    </w:p>
    <w:p>
      <w:pPr>
        <w:pStyle w:val="ListNumber"/>
        <w:spacing w:line="240" w:lineRule="auto"/>
        <w:ind w:left="720"/>
      </w:pPr>
      <w:r/>
      <w:hyperlink r:id="rId9">
        <w:r>
          <w:rPr>
            <w:color w:val="0000EE"/>
            <w:u w:val="single"/>
          </w:rPr>
          <w:t>https://qstack.substack.com/p/portrait-of-pride-dark-bitch-queer</w:t>
        </w:r>
      </w:hyperlink>
      <w:r>
        <w:t xml:space="preserve"> - Qstack has partnered with harrison nir and Sam Gilberg of Crowdsorcery to launch the 'Portrait of Pride' crowdsourced short film project. The film, featuring text by Harvey Fierstein and narration by Edie Falco, is described as fierce, moving, and triumphant.</w:t>
      </w:r>
      <w:r/>
    </w:p>
    <w:p>
      <w:pPr>
        <w:pStyle w:val="ListNumber"/>
        <w:spacing w:line="240" w:lineRule="auto"/>
        <w:ind w:left="720"/>
      </w:pPr>
      <w:r/>
      <w:hyperlink r:id="rId11">
        <w:r>
          <w:rPr>
            <w:color w:val="0000EE"/>
            <w:u w:val="single"/>
          </w:rPr>
          <w:t>https://thebigfingc.wordpress.com/</w:t>
        </w:r>
      </w:hyperlink>
      <w:r>
        <w:t xml:space="preserve"> - 'The Big Fing C*' is a new online publication by Dark Bitch, calling for monthly submissions from neurodivergent writers of dark and edgy speculative, fantasy, and science fiction up to 1000 words, starting on the 1st of each month.</w:t>
      </w:r>
      <w:r/>
    </w:p>
    <w:p>
      <w:pPr>
        <w:pStyle w:val="ListNumber"/>
        <w:spacing w:line="240" w:lineRule="auto"/>
        <w:ind w:left="720"/>
      </w:pPr>
      <w:r/>
      <w:hyperlink r:id="rId10">
        <w:r>
          <w:rPr>
            <w:color w:val="0000EE"/>
            <w:u w:val="single"/>
          </w:rPr>
          <w:t>https://queer-word.beehiiv.com/</w:t>
        </w:r>
      </w:hyperlink>
      <w:r>
        <w:t xml:space="preserve"> - 'Queer Word' is a weekly newsletter by writer K Anderson, focusing on queer language, including historic slang, internet microlabels, camp nonsense, identity terms, and the words LGBTQ+ people use to make sense of themselves and the world.</w:t>
      </w:r>
      <w:r/>
    </w:p>
    <w:p>
      <w:pPr>
        <w:pStyle w:val="ListNumber"/>
        <w:spacing w:line="240" w:lineRule="auto"/>
        <w:ind w:left="720"/>
      </w:pPr>
      <w:r/>
      <w:hyperlink r:id="rId12">
        <w:r>
          <w:rPr>
            <w:color w:val="0000EE"/>
            <w:u w:val="single"/>
          </w:rPr>
          <w:t>https://eleanor-anstruther.substack.com/</w:t>
        </w:r>
      </w:hyperlink>
      <w:r>
        <w:t xml:space="preserve"> - Eleanor Anstruther, known as 'The Literary Obsessive,' is a prolifically published and podcasting author of the novel 'Fallout.' She offers original fiction, non-fiction/memoir, and engaging conversations with other writers.</w:t>
      </w:r>
      <w:r/>
    </w:p>
    <w:p>
      <w:pPr>
        <w:pStyle w:val="ListNumber"/>
        <w:spacing w:line="240" w:lineRule="auto"/>
        <w:ind w:left="720"/>
      </w:pPr>
      <w:r/>
      <w:hyperlink r:id="rId13">
        <w:r>
          <w:rPr>
            <w:color w:val="0000EE"/>
            <w:u w:val="single"/>
          </w:rPr>
          <w:t>https://dimitrios-aletras-jr.substack.com/</w:t>
        </w:r>
      </w:hyperlink>
      <w:r>
        <w:t xml:space="preserve"> - Dimitrios Aletras Jr., known as 'The Switchman,' is a first-generation Greek-American novelist, essayist, and survivor advocate. His work has appeared in Reading Eagle, The Advocate, Prism &amp; Pen on Medium, and Salon.</w:t>
      </w:r>
      <w:r/>
    </w:p>
    <w:p>
      <w:pPr>
        <w:pStyle w:val="ListNumber"/>
        <w:spacing w:line="240" w:lineRule="auto"/>
        <w:ind w:left="720"/>
      </w:pPr>
      <w:r/>
      <w:hyperlink r:id="rId14">
        <w:r>
          <w:rPr>
            <w:color w:val="0000EE"/>
            <w:u w:val="single"/>
          </w:rPr>
          <w:t>https://richvolo.substack.com/</w:t>
        </w:r>
      </w:hyperlink>
      <w:r>
        <w:t xml:space="preserve"> - Rich Volo, known as 'Potentially Inappropriate,' shares thoughts on various cultural curiosities. His debut novel, 'The Gay Boat: Italy,' is available now, along with an introduction titled 'Late Night Cheesecake on Fire Island.'</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qstack.substack.com/p/portrait-of-pride-dark-bitch-queer" TargetMode="External"/><Relationship Id="rId10" Type="http://schemas.openxmlformats.org/officeDocument/2006/relationships/hyperlink" Target="https://queer-word.beehiiv.com/" TargetMode="External"/><Relationship Id="rId11" Type="http://schemas.openxmlformats.org/officeDocument/2006/relationships/hyperlink" Target="https://thebigfingc.wordpress.com/" TargetMode="External"/><Relationship Id="rId12" Type="http://schemas.openxmlformats.org/officeDocument/2006/relationships/hyperlink" Target="https://eleanor-anstruther.substack.com/" TargetMode="External"/><Relationship Id="rId13" Type="http://schemas.openxmlformats.org/officeDocument/2006/relationships/hyperlink" Target="https://dimitrios-aletras-jr.substack.com/" TargetMode="External"/><Relationship Id="rId14" Type="http://schemas.openxmlformats.org/officeDocument/2006/relationships/hyperlink" Target="https://richvolo.substack.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