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Stories from Sarasota: Where Sun, Sea and Community Meet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 page to sapphic voices grounded in place , and Sarasota, Florida, is one of those sunlit settings that keeps showing up. Leah, a long-time resident, shares why the beaches, neighbourhoods and small queer scene make this Gulf Coast city worth a chapter in any reading challenge.</w:t>
      </w:r>
      <w:r/>
    </w:p>
    <w:p>
      <w:r/>
      <w:r>
        <w:t>Essential Takeaways</w:t>
      </w:r>
      <w:r/>
      <w:r/>
    </w:p>
    <w:p>
      <w:pPr>
        <w:pStyle w:val="ListBullet"/>
        <w:spacing w:line="240" w:lineRule="auto"/>
        <w:ind w:left="720"/>
      </w:pPr>
      <w:r/>
      <w:r>
        <w:rPr>
          <w:b/>
        </w:rPr>
        <w:t>Longtime local:</w:t>
      </w:r>
      <w:r>
        <w:t xml:space="preserve"> Leah has lived in Sarasota for 25 years and praises the year-round sun and beach lifestyle. </w:t>
      </w:r>
      <w:r/>
    </w:p>
    <w:p>
      <w:pPr>
        <w:pStyle w:val="ListBullet"/>
        <w:spacing w:line="240" w:lineRule="auto"/>
        <w:ind w:left="720"/>
      </w:pPr>
      <w:r/>
      <w:r>
        <w:rPr>
          <w:b/>
        </w:rPr>
        <w:t>Tight-knit community:</w:t>
      </w:r>
      <w:r>
        <w:t xml:space="preserve"> Neighbours and straight friends offer warmth and support, creating an inclusive daily life. </w:t>
      </w:r>
      <w:r/>
    </w:p>
    <w:p>
      <w:pPr>
        <w:pStyle w:val="ListBullet"/>
        <w:spacing w:line="240" w:lineRule="auto"/>
        <w:ind w:left="720"/>
      </w:pPr>
      <w:r/>
      <w:r>
        <w:rPr>
          <w:b/>
        </w:rPr>
        <w:t>Small queer scene:</w:t>
      </w:r>
      <w:r>
        <w:t xml:space="preserve"> The LGBTQ+ community is described as limited and somewhat closed, making meeting other single gay women harder. </w:t>
      </w:r>
      <w:r/>
    </w:p>
    <w:p>
      <w:pPr>
        <w:pStyle w:val="ListBullet"/>
        <w:spacing w:line="240" w:lineRule="auto"/>
        <w:ind w:left="720"/>
      </w:pPr>
      <w:r/>
      <w:r>
        <w:rPr>
          <w:b/>
        </w:rPr>
        <w:t>Must-dos:</w:t>
      </w:r>
      <w:r>
        <w:t xml:space="preserve"> Visit Anna Maria Island for sunsets and seafood, catch a show at Sarasota Circus Arts, or see the rowing action at Nathan Benderson Park. </w:t>
      </w:r>
      <w:r/>
    </w:p>
    <w:p>
      <w:pPr>
        <w:pStyle w:val="ListBullet"/>
        <w:spacing w:line="240" w:lineRule="auto"/>
        <w:ind w:left="720"/>
      </w:pPr>
      <w:r/>
      <w:r>
        <w:rPr>
          <w:b/>
        </w:rPr>
        <w:t>Local flavour:</w:t>
      </w:r>
      <w:r>
        <w:t xml:space="preserve"> Try fresh Gulf grouper and stop by Anna Maria Oyster Bar for a true taste of the area.</w:t>
      </w:r>
      <w:r/>
      <w:r/>
    </w:p>
    <w:p>
      <w:pPr>
        <w:pStyle w:val="Heading2"/>
      </w:pPr>
      <w:r>
        <w:t>Why Sarasota reads like a warm, salted novel</w:t>
      </w:r>
      <w:r/>
    </w:p>
    <w:p>
      <w:r/>
      <w:r>
        <w:t>The opening note here is sunlight , Leah says the sun and beaches define the place, and you can almost feel the warmth on your skin. Sarasota’s charms are sensory: soft sand, salty air and gardens that flourish year-round so you can grow tropical fruits in your backyard. That everyday beauty is the book’s hook; it’s easy to imagine a sapphic love story beginning on a boardwalk or over a shared plate of seafood. For writers and readers taking part in a global reading challenge, it’s a setting that offers both calm and colour.</w:t>
      </w:r>
      <w:r/>
    </w:p>
    <w:p>
      <w:pPr>
        <w:pStyle w:val="Heading2"/>
      </w:pPr>
      <w:r>
        <w:t>Living openly, but finding community can be tricky</w:t>
      </w:r>
      <w:r/>
    </w:p>
    <w:p>
      <w:r/>
      <w:r>
        <w:t>Leah’s experience shows a useful tension: she’s lived as an out lesbian for decades and feels embraced by neighbours and straight friends, yet she also points to the queer community itself being small and exclusive. That’s a quieter, more complicated reality than the headline-friendly “safe place” narrative. According to local groups and community pages, Sarasota’s LGBTQ infrastructure exists but is modest compared with larger cities. If you’re moving here or visiting, expect warm everyday connections but plan to travel or use online networks to meet a broader circle of queer women.</w:t>
      </w:r>
      <w:r/>
    </w:p>
    <w:p>
      <w:pPr>
        <w:pStyle w:val="Heading2"/>
      </w:pPr>
      <w:r>
        <w:t>Anna Maria Island: the postcard-perfect needed stop</w:t>
      </w:r>
      <w:r/>
    </w:p>
    <w:p>
      <w:r/>
      <w:r>
        <w:t>Anna Maria Island keeps getting name-checked for good reason , it’s quaint, with classic sunsets and mellow beach life that feels like a pause from the mainland. Practical detail: it’s an easy hop from Sarasota, and there are clear guides on how to get there and what to see. Walk the shore at golden hour, pop into local cafés, and let the tiny-island pace reset you. For anyone writing sapphic fiction or searching for a poetic scene, it’s a location that shoots straight to the heart.</w:t>
      </w:r>
      <w:r/>
    </w:p>
    <w:p>
      <w:pPr>
        <w:pStyle w:val="Heading2"/>
      </w:pPr>
      <w:r>
        <w:t>Culture and sport: Sarasota’s lively extras</w:t>
      </w:r>
      <w:r/>
    </w:p>
    <w:p>
      <w:r/>
      <w:r>
        <w:t>Don’t picture Sarasota as only sand and sunshine , there’s a lively arts scene and surprising athletic pedigree. Sarasota Circus Arts draws crowds for its vibrant shows and community workshops, and Nathan Benderson Park is an Olympic-level rowing venue that’s hosted national trials and collegiate events. These are the places where communities cross paths , parents at practices, artists at rehearsals, locals at sunset socials , and where different social circles can meet beyond the usual gay bars or meet-ups. If you’re looking to expand your social map, show up at a class or a regatta.</w:t>
      </w:r>
      <w:r/>
    </w:p>
    <w:p>
      <w:pPr>
        <w:pStyle w:val="Heading2"/>
      </w:pPr>
      <w:r>
        <w:t>Food that anchors a place in your memory</w:t>
      </w:r>
      <w:r/>
    </w:p>
    <w:p>
      <w:r/>
      <w:r>
        <w:t>Seafood is the obvious shout-out here: Gulf grouper stars on local menus, fresh and simple. Leah recommends Anna Maria Oyster Bar as a favourite , it’s the sort of place where the flavours are straightforward and the atmosphere feels familiar. Eating local is a quick way to feel at home, and for writers, food scenes are a small but vivid detail that makes a story sing. Share a plate, listen to the waves, and you’ve got a scene that’s both truthful and transportive.</w:t>
      </w:r>
      <w:r/>
    </w:p>
    <w:p>
      <w:r/>
      <w:r>
        <w:t>It's a small change that can make every local story feel more seen and vivid.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0">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https://iheartsapphfic.com/2026/08/05/sapphics-around-the-globe-leah-chats-about-sarasota-florida-usa/</w:t>
        </w:r>
      </w:hyperlink>
      <w:r>
        <w:t xml:space="preserve"> - Please view link - unable to able to access data</w:t>
      </w:r>
      <w:r/>
    </w:p>
    <w:p>
      <w:pPr>
        <w:pStyle w:val="ListNumber"/>
        <w:spacing w:line="240" w:lineRule="auto"/>
        <w:ind w:left="720"/>
      </w:pPr>
      <w:r/>
      <w:hyperlink r:id="rId10">
        <w:r>
          <w:rPr>
            <w:color w:val="0000EE"/>
            <w:u w:val="single"/>
          </w:rPr>
          <w:t>https://www.amisland.com/information-on-the-island/</w:t>
        </w:r>
      </w:hyperlink>
      <w:r>
        <w:t xml:space="preserve"> - Anna Maria Island is a charming barrier island located just south of Tampa Bay on Florida’s Gulf Coast. Visitors can enjoy seven and a half miles of white sand beaches, temperate sub-tropical weather, and a friendly atmosphere. The island is divided into three distinct areas: Bradenton Beach, Holmes Beach, and Anna Maria. Each area offers unique attractions, including cafes, boutiques, shops, and bars. The island is also known for its lush tropical vegetation, including palms, bougainvillea, hibiscus, and sea grape trees. Visitors can engage in activities such as fishing, dolphin watching, and exploring the island's diverse architecture.</w:t>
      </w:r>
      <w:r/>
    </w:p>
    <w:p>
      <w:pPr>
        <w:pStyle w:val="ListNumber"/>
        <w:spacing w:line="240" w:lineRule="auto"/>
        <w:ind w:left="720"/>
      </w:pPr>
      <w:r/>
      <w:hyperlink r:id="rId12">
        <w:r>
          <w:rPr>
            <w:color w:val="0000EE"/>
            <w:u w:val="single"/>
          </w:rPr>
          <w:t>https://www.ppsrq.org/</w:t>
        </w:r>
      </w:hyperlink>
      <w:r>
        <w:t xml:space="preserve"> - Project Pride SRQ is an organisation dedicated to expanding awareness and understanding of the LGBTQ+ community in Sarasota, Florida. They create strategic partnerships with local organisations, businesses, and governments to promote inclusivity. The organisation offers support services, educational programs, and social events aimed at empowering and uplifting the LGBTQ+ community. Their mission is to foster a more inclusive environment through various initiatives and resources.</w:t>
      </w:r>
      <w:r/>
    </w:p>
    <w:p>
      <w:pPr>
        <w:pStyle w:val="ListNumber"/>
        <w:spacing w:line="240" w:lineRule="auto"/>
        <w:ind w:left="720"/>
      </w:pPr>
      <w:r/>
      <w:hyperlink r:id="rId13">
        <w:r>
          <w:rPr>
            <w:color w:val="0000EE"/>
            <w:u w:val="single"/>
          </w:rPr>
          <w:t>https://www.alsoyouth.org/</w:t>
        </w:r>
      </w:hyperlink>
      <w:r>
        <w:t xml:space="preserve"> - ALSO Youth is a non-profit organisation based in Sarasota and Manatee Counties, Florida, established in 1992. It was created in response to high suicide rates among gay and lesbian teens. The organisation provides support groups, counselling services, and educational programs for LGBTQ+ youth. They collaborate with other local organisations to offer comprehensive services and resources, aiming to empower LGBTQ+ youth and their allies while creating inclusive communities.</w:t>
      </w:r>
      <w:r/>
    </w:p>
    <w:p>
      <w:pPr>
        <w:pStyle w:val="ListNumber"/>
        <w:spacing w:line="240" w:lineRule="auto"/>
        <w:ind w:left="720"/>
      </w:pPr>
      <w:r/>
      <w:hyperlink r:id="rId11">
        <w:r>
          <w:rPr>
            <w:color w:val="0000EE"/>
            <w:u w:val="single"/>
          </w:rPr>
          <w:t>https://www.amisland.com/how-to-get-to-anna-maria-island/</w:t>
        </w:r>
      </w:hyperlink>
      <w:r>
        <w:t xml:space="preserve"> - Anna Maria Island is a seven-mile-long barrier island located along Florida's Gulf Coast, directly west of Bradenton and just south of Tampa. Visitors can access the island via three main routes: State Route 64 (Manatee Avenue) from Bradenton, State Route 684 (Cortez Road) from Cortez, and Gulf Drive (State Route 789) from Longboat Key. The island is accessible by car, and there are also nearby airports, including Sarasota-Bradenton International Airport (SRQ), which serves as a gateway for visitors.</w:t>
      </w:r>
      <w:r/>
    </w:p>
    <w:p>
      <w:pPr>
        <w:pStyle w:val="ListNumber"/>
        <w:spacing w:line="240" w:lineRule="auto"/>
        <w:ind w:left="720"/>
      </w:pPr>
      <w:r/>
      <w:hyperlink r:id="rId14">
        <w:r>
          <w:rPr>
            <w:color w:val="0000EE"/>
            <w:u w:val="single"/>
          </w:rPr>
          <w:t>https://www.amisland.com/distance-from-sarasota-to-anna-maria-island/</w:t>
        </w:r>
      </w:hyperlink>
      <w:r>
        <w:t xml:space="preserve"> - Anna Maria Island is a seven-mile-long barrier island located directly west of Bradenton and just south of Tampa Bay. Sarasota, Florida, serves as a gateway to the region, with many visitors passing through Sarasota to reach Anna Maria Island. The island is accessible by car, and there are also nearby airports, including Sarasota-Bradenton International Airport (SRQ), which serves as a gateway for visitors.</w:t>
      </w:r>
      <w:r/>
    </w:p>
    <w:p>
      <w:pPr>
        <w:pStyle w:val="ListNumber"/>
        <w:spacing w:line="240" w:lineRule="auto"/>
        <w:ind w:left="720"/>
      </w:pPr>
      <w:r/>
      <w:hyperlink r:id="rId10">
        <w:r>
          <w:rPr>
            <w:color w:val="0000EE"/>
            <w:u w:val="single"/>
          </w:rPr>
          <w:t>https://www.amisland.com/information-on-the-island/</w:t>
        </w:r>
      </w:hyperlink>
      <w:r>
        <w:t xml:space="preserve"> - Anna Maria Island is a charming barrier island located just south of Tampa Bay on Florida’s Gulf Coast. Visitors can enjoy seven and a half miles of white sand beaches, temperate sub-tropical weather, and a friendly atmosphere. The island is divided into three distinct areas: Bradenton Beach, Holmes Beach, and Anna Maria. Each area offers unique attractions, including cafes, boutiques, shops, and bars. The island is also known for its lush tropical vegetation, including palms, bougainvillea, hibiscus, and sea grape trees. Visitors can engage in activities such as fishing, dolphin watching, and exploring the island's diverse architecture.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8/05/sapphics-around-the-globe-leah-chats-about-sarasota-florida-usa/" TargetMode="External"/><Relationship Id="rId10" Type="http://schemas.openxmlformats.org/officeDocument/2006/relationships/hyperlink" Target="https://www.amisland.com/information-on-the-island/" TargetMode="External"/><Relationship Id="rId11" Type="http://schemas.openxmlformats.org/officeDocument/2006/relationships/hyperlink" Target="https://www.amisland.com/how-to-get-to-anna-maria-island/" TargetMode="External"/><Relationship Id="rId12" Type="http://schemas.openxmlformats.org/officeDocument/2006/relationships/hyperlink" Target="https://www.ppsrq.org/" TargetMode="External"/><Relationship Id="rId13" Type="http://schemas.openxmlformats.org/officeDocument/2006/relationships/hyperlink" Target="https://www.alsoyouth.org/" TargetMode="External"/><Relationship Id="rId14" Type="http://schemas.openxmlformats.org/officeDocument/2006/relationships/hyperlink" Target="https://www.amisland.com/distance-from-sarasota-to-anna-maria-is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