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Francisco Black Pride Events to Catch This August — Black in the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visitors are turning out as San Francisco Black Pride returns for its second annual week-long festival, August 24–30, spotlighting queer Black history, community spaces and celebration across the city , a timely moment as organisers aim to make the gathering a lasting movement.</w:t>
      </w:r>
      <w:r/>
    </w:p>
    <w:p>
      <w:r/>
      <w:r>
        <w:t>Essential Takeaways</w:t>
      </w:r>
      <w:r/>
      <w:r/>
    </w:p>
    <w:p>
      <w:pPr>
        <w:pStyle w:val="ListBullet"/>
        <w:spacing w:line="240" w:lineRule="auto"/>
        <w:ind w:left="720"/>
      </w:pPr>
      <w:r/>
      <w:r>
        <w:rPr>
          <w:b/>
        </w:rPr>
        <w:t>When and where:</w:t>
      </w:r>
      <w:r>
        <w:t xml:space="preserve"> Week-long programme runs August 24–30 with a flagship block party on Waller Street behind the San Francisco LGBT Community Center.</w:t>
      </w:r>
      <w:r/>
    </w:p>
    <w:p>
      <w:pPr>
        <w:pStyle w:val="ListBullet"/>
        <w:spacing w:line="240" w:lineRule="auto"/>
        <w:ind w:left="720"/>
      </w:pPr>
      <w:r/>
      <w:r>
        <w:rPr>
          <w:b/>
        </w:rPr>
        <w:t>Theme:</w:t>
      </w:r>
      <w:r>
        <w:t xml:space="preserve"> “Black in the Future” frames events that centre Black queer joy, history and visibility.</w:t>
      </w:r>
      <w:r/>
    </w:p>
    <w:p>
      <w:pPr>
        <w:pStyle w:val="ListBullet"/>
        <w:spacing w:line="240" w:lineRule="auto"/>
        <w:ind w:left="720"/>
      </w:pPr>
      <w:r/>
      <w:r>
        <w:rPr>
          <w:b/>
        </w:rPr>
        <w:t>Who’s leading:</w:t>
      </w:r>
      <w:r>
        <w:t xml:space="preserve"> Gyasi Curry (also LBXX), cultural strategist and founder of Makeroom Collective, is the executive director and originator of the idea.</w:t>
      </w:r>
      <w:r/>
    </w:p>
    <w:p>
      <w:pPr>
        <w:pStyle w:val="ListBullet"/>
        <w:spacing w:line="240" w:lineRule="auto"/>
        <w:ind w:left="720"/>
      </w:pPr>
      <w:r/>
      <w:r>
        <w:rPr>
          <w:b/>
        </w:rPr>
        <w:t>Atmosphere:</w:t>
      </w:r>
      <w:r>
        <w:t xml:space="preserve"> Expect outdoor music, artist showcases and community-focused programming with a warm, visible vibe.</w:t>
      </w:r>
      <w:r/>
    </w:p>
    <w:p>
      <w:pPr>
        <w:pStyle w:val="ListBullet"/>
        <w:spacing w:line="240" w:lineRule="auto"/>
        <w:ind w:left="720"/>
      </w:pPr>
      <w:r/>
      <w:r>
        <w:rPr>
          <w:b/>
        </w:rPr>
        <w:t>Why it matters:</w:t>
      </w:r>
      <w:r>
        <w:t xml:space="preserve"> The festival pushes back against declining Black presence in the city by creating dedicated, celebratory spaces for Black LGBTQ people.</w:t>
      </w:r>
      <w:r/>
      <w:r/>
    </w:p>
    <w:p>
      <w:pPr>
        <w:pStyle w:val="Heading2"/>
      </w:pPr>
      <w:r>
        <w:t>A week of joy and history , the opening hook</w:t>
      </w:r>
      <w:r/>
    </w:p>
    <w:p>
      <w:r/>
      <w:r>
        <w:t>San Francisco Black Pride arrives with a bright, visible pulse this August, promising a block-party day that feels loud and alive rather than tucked away. According to organisers speaking with the Bay Area Reporter, the festival deliberately centres Black queer experience so people not only gather but are seen. The choice to use Waller Street behind the San Francisco LGBT Community Center for an outdoor party signals a move from private rooms to public, celebratory streets.</w:t>
      </w:r>
      <w:r/>
    </w:p>
    <w:p>
      <w:r/>
      <w:r>
        <w:t>The event grew from a social-media spark into an organised festival when Gyasi Curry pitched the idea and found a receptive community. He told the Bay Area Reporter he wants the week to be more than a moment , to become an ongoing movement that deepens community ties. If you remember the city’s older block-party Pride energy, this aims to recapture some of that public exuberance.</w:t>
      </w:r>
      <w:r/>
    </w:p>
    <w:p>
      <w:pPr>
        <w:pStyle w:val="Heading2"/>
      </w:pPr>
      <w:r>
        <w:t>Block party highlight , what to expect and why it matters</w:t>
      </w:r>
      <w:r/>
    </w:p>
    <w:p>
      <w:r/>
      <w:r>
        <w:t>The Saturday block party on August 29 runs from noon to 6pm and will feel like a summer street festival: music, performances, and visual art with the centre acting as fiscal sponsor and logistical lead. Timothy Hampton, director of cultural programmes at the SF LGBT Community Center, says having the event outside matters for visibility , being seen in public changes the tenor of celebration.</w:t>
      </w:r>
      <w:r/>
    </w:p>
    <w:p>
      <w:r/>
      <w:r>
        <w:t>Practical tip: arrive early if you want to catch headline sets and avoid queues for food stalls. Bring water, sun protection and a small folding chair if you plan to linger , the vibe will be social and relaxed, but it's still San Francisco sun and sound.</w:t>
      </w:r>
      <w:r/>
    </w:p>
    <w:p>
      <w:pPr>
        <w:pStyle w:val="Heading2"/>
      </w:pPr>
      <w:r>
        <w:t>People powering the week , organisers and artist focus</w:t>
      </w:r>
      <w:r/>
    </w:p>
    <w:p>
      <w:r/>
      <w:r>
        <w:t>Gyasi Curry, who brought the idea forward last year, is steering strategy while Marie Brand, the programme director, lines up artists and manages logistics. Both emphasise safety, visibility and celebration. Brand, who’s lived on and off in the city for two decades, described the event as a corrective , creating safe spaces where Black LGBTQIA people can be seen and celebrated.</w:t>
      </w:r>
      <w:r/>
    </w:p>
    <w:p>
      <w:r/>
      <w:r>
        <w:t>Expect a curated mix of music, spoken word and visual artists. If you’re an artist or performer, reach out through the festival channels early , community organisers are explicitly focused on showcasing Black creatives and building partnerships.</w:t>
      </w:r>
      <w:r/>
    </w:p>
    <w:p>
      <w:pPr>
        <w:pStyle w:val="Heading2"/>
      </w:pPr>
      <w:r>
        <w:t>Context: a city changing , population and cultural shifts</w:t>
      </w:r>
      <w:r/>
    </w:p>
    <w:p>
      <w:r/>
      <w:r>
        <w:t>San Francisco has seen a marked decline in its Black population over the decades, a point organisers reference when explaining the urgency of renewed spaces. The San Francisco Chronicle reported the city’s Black share dropping from 13.4% in 1970 to just 5.4% by 2020, a demographic shift that colours conversations about neighbourhoods, culture and preservation.</w:t>
      </w:r>
      <w:r/>
    </w:p>
    <w:p>
      <w:r/>
      <w:r>
        <w:t>So, events like Black Pride do double duty: they’re celebrations and also visibility projects that remind the city why inclusive, community-rooted festivals matter. If you care about preserving cultural ecosystems, showing up sends a clear message.</w:t>
      </w:r>
      <w:r/>
    </w:p>
    <w:p>
      <w:pPr>
        <w:pStyle w:val="Heading2"/>
      </w:pPr>
      <w:r>
        <w:t>How to make the most of the week , practical tips</w:t>
      </w:r>
      <w:r/>
    </w:p>
    <w:p>
      <w:r/>
      <w:r>
        <w:t>Plan around the theme: “Black in the Future” suggests forward-looking art and tech-friendly activations, so check schedules for panels, showcases and workshops that explore culture and innovation. Use the San Francisco LGBT Community Center as a hub , organisers note it’s experienced with street closures and has been central to expanding this festival footprint.</w:t>
      </w:r>
      <w:r/>
    </w:p>
    <w:p>
      <w:r/>
      <w:r>
        <w:t>Community tip: support local Black-owned vendors and artists on site; small purchases help sustain programmes beyond one week. For families, double-check event descriptions for age-friendly programming and accessibility details.</w:t>
      </w:r>
      <w:r/>
    </w:p>
    <w:p>
      <w:r/>
      <w:r>
        <w:t>It's a small change that can make every celebration more visible and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12">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https://www.ebar.com/story/168983/</w:t>
        </w:r>
      </w:hyperlink>
      <w:r>
        <w:t xml:space="preserve"> - Please view link - unable to able to access data</w:t>
      </w:r>
      <w:r/>
    </w:p>
    <w:p>
      <w:pPr>
        <w:pStyle w:val="ListNumber"/>
        <w:spacing w:line="240" w:lineRule="auto"/>
        <w:ind w:left="720"/>
      </w:pPr>
      <w:r/>
      <w:hyperlink r:id="rId9">
        <w:r>
          <w:rPr>
            <w:color w:val="0000EE"/>
            <w:u w:val="single"/>
          </w:rPr>
          <w:t>https://www.ebar.com/story/168983/</w:t>
        </w:r>
      </w:hyperlink>
      <w:r>
        <w:t xml:space="preserve"> - San Francisco Black Pride is preparing an ambitious schedule for its second annual event, themed 'Black in the Future,' taking place from August 24-30. Organizers aim to showcase the city's queer Black history, provide spaces for Black LGBTQ individuals, and offer enjoyable experiences. The highlight will be a block party on Saturday, August 29, from noon to 6 p.m. on Waller Street behind the San Francisco LGBT Community Center. The center is again serving as SF Black Pride’s fiscal sponsor and has experience with closing that portion of Waller Street as it holds a Pride-themed block party there in June. Other activities include 'Movement Monday' classes, community-led conversations, and music and nightlife events featuring Black LGBTQ+ DJs and performers across iconic San Francisco venues.</w:t>
      </w:r>
      <w:r/>
    </w:p>
    <w:p>
      <w:pPr>
        <w:pStyle w:val="ListNumber"/>
        <w:spacing w:line="240" w:lineRule="auto"/>
        <w:ind w:left="720"/>
      </w:pPr>
      <w:r/>
      <w:hyperlink r:id="rId12">
        <w:r>
          <w:rPr>
            <w:color w:val="0000EE"/>
            <w:u w:val="single"/>
          </w:rPr>
          <w:t>https://www.sfchronicle.com/sf/article/Black-population-decline-2020-1970-17000000.php</w:t>
        </w:r>
      </w:hyperlink>
      <w:r>
        <w:t xml:space="preserve"> - The San Francisco Chronicle reports that in 2020, just 5.4% of city residents were Black, down from 13.4% in 1970. This significant decline underscores the importance of initiatives like San Francisco Black Pride, which aim to provide visibility and support for the Black LGBTQ community in the city.</w:t>
      </w:r>
      <w:r/>
    </w:p>
    <w:p>
      <w:pPr>
        <w:pStyle w:val="ListNumber"/>
        <w:spacing w:line="240" w:lineRule="auto"/>
        <w:ind w:left="720"/>
      </w:pPr>
      <w:r/>
      <w:hyperlink r:id="rId11">
        <w:r>
          <w:rPr>
            <w:color w:val="0000EE"/>
            <w:u w:val="single"/>
          </w:rPr>
          <w:t>https://www.sfpride.org/</w:t>
        </w:r>
      </w:hyperlink>
      <w:r>
        <w:t xml:space="preserve"> - San Francisco Pride is a non-profit organization that produces the annual San Francisco Pride Parade and Celebration. The event is one of the largest LGBTQ+ gatherings in the world, featuring a parade, festival, and various community events. The 2024 theme was 'Beacon of Love,' highlighting the city's role in the global LGBTQ+ rights movement.</w:t>
      </w:r>
      <w:r/>
    </w:p>
    <w:p>
      <w:pPr>
        <w:pStyle w:val="ListNumber"/>
        <w:spacing w:line="240" w:lineRule="auto"/>
        <w:ind w:left="720"/>
      </w:pPr>
      <w:r/>
      <w:hyperlink r:id="rId14">
        <w:r>
          <w:rPr>
            <w:color w:val="0000EE"/>
            <w:u w:val="single"/>
          </w:rPr>
          <w:t>https://www.sfgov.org/city-hall-pride-party-2024</w:t>
        </w:r>
      </w:hyperlink>
      <w:r>
        <w:t xml:space="preserve"> - The City Hall Pride Party is an annual event in San Francisco that celebrates LGBTQ+ culture and community. The 2024 event featured live entertainment, food, and community engagement activities, serving as a highlight of the city's Pride festivities.</w:t>
      </w:r>
      <w:r/>
    </w:p>
    <w:p>
      <w:pPr>
        <w:pStyle w:val="ListNumber"/>
        <w:spacing w:line="240" w:lineRule="auto"/>
        <w:ind w:left="720"/>
      </w:pPr>
      <w:r/>
      <w:hyperlink r:id="rId10">
        <w:r>
          <w:rPr>
            <w:color w:val="0000EE"/>
            <w:u w:val="single"/>
          </w:rPr>
          <w:t>https://www.sfcenter.org/</w:t>
        </w:r>
      </w:hyperlink>
      <w:r>
        <w:t xml:space="preserve"> - The San Francisco LGBT Community Center is a non-profit organization that provides support and resources for the LGBTQ+ community. It offers a variety of programs, including cultural events, health services, and social support, and serves as a hub for LGBTQ+ activities in the city.</w:t>
      </w:r>
      <w:r/>
    </w:p>
    <w:p>
      <w:pPr>
        <w:pStyle w:val="ListNumber"/>
        <w:spacing w:line="240" w:lineRule="auto"/>
        <w:ind w:left="720"/>
      </w:pPr>
      <w:r/>
      <w:hyperlink r:id="rId13">
        <w:r>
          <w:rPr>
            <w:color w:val="0000EE"/>
            <w:u w:val="single"/>
          </w:rPr>
          <w:t>https://www.qwocmap.org/</w:t>
        </w:r>
      </w:hyperlink>
      <w:r>
        <w:t xml:space="preserve"> - The Queer Women of Color Media Arts Project (QWOCMAP) is a non-profit organization dedicated to creating and promoting films by queer women of color. It offers workshops, screenings, and community events to support and showcase the work of queer women of color filmmakers.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983/" TargetMode="External"/><Relationship Id="rId10" Type="http://schemas.openxmlformats.org/officeDocument/2006/relationships/hyperlink" Target="https://www.sfcenter.org/" TargetMode="External"/><Relationship Id="rId11" Type="http://schemas.openxmlformats.org/officeDocument/2006/relationships/hyperlink" Target="https://www.sfpride.org/" TargetMode="External"/><Relationship Id="rId12" Type="http://schemas.openxmlformats.org/officeDocument/2006/relationships/hyperlink" Target="https://www.sfchronicle.com/sf/article/Black-population-decline-2020-1970-17000000.php" TargetMode="External"/><Relationship Id="rId13" Type="http://schemas.openxmlformats.org/officeDocument/2006/relationships/hyperlink" Target="https://www.qwocmap.org/" TargetMode="External"/><Relationship Id="rId14" Type="http://schemas.openxmlformats.org/officeDocument/2006/relationships/hyperlink" Target="https://www.sfgov.org/city-hall-pride-party-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