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Christian Dobrick’s Coming-Out: What It Means for Football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one St. Pauli youth coach’s decision is prompting fresh conversation about openness in German football, who reacted, and why it matters for players, coaches and clubs trying to keep sport humane and modern.</w:t>
      </w:r>
      <w:r/>
      <w:r/>
    </w:p>
    <w:p>
      <w:pPr>
        <w:pStyle w:val="ListBullet"/>
        <w:spacing w:line="240" w:lineRule="auto"/>
        <w:ind w:left="720"/>
      </w:pPr>
      <w:r/>
      <w:r>
        <w:rPr>
          <w:b/>
        </w:rPr>
        <w:t>Big reaction:</w:t>
      </w:r>
      <w:r>
        <w:t xml:space="preserve"> Christian Dobrick’s coming-out sparked widespread support from figures across German football and a large public response, both kind and hostile. </w:t>
      </w:r>
      <w:r/>
    </w:p>
    <w:p>
      <w:pPr>
        <w:pStyle w:val="ListBullet"/>
        <w:spacing w:line="240" w:lineRule="auto"/>
        <w:ind w:left="720"/>
      </w:pPr>
      <w:r/>
      <w:r>
        <w:rPr>
          <w:b/>
        </w:rPr>
        <w:t>Personal relief:</w:t>
      </w:r>
      <w:r>
        <w:t xml:space="preserve"> Dobrick says the secrecy was “absolutely exhausting” and coming out improved his quality of life; he feared career fallout beforehand. </w:t>
      </w:r>
      <w:r/>
    </w:p>
    <w:p>
      <w:pPr>
        <w:pStyle w:val="ListBullet"/>
        <w:spacing w:line="240" w:lineRule="auto"/>
        <w:ind w:left="720"/>
      </w:pPr>
      <w:r/>
      <w:r>
        <w:rPr>
          <w:b/>
        </w:rPr>
        <w:t>Still taboo at the top:</w:t>
      </w:r>
      <w:r>
        <w:t xml:space="preserve"> Men’s professional football in Germany has no active top‑flight player who has come out; the issue remains sensitive. </w:t>
      </w:r>
      <w:r/>
    </w:p>
    <w:p>
      <w:pPr>
        <w:pStyle w:val="ListBullet"/>
        <w:spacing w:line="240" w:lineRule="auto"/>
        <w:ind w:left="720"/>
      </w:pPr>
      <w:r/>
      <w:r>
        <w:rPr>
          <w:b/>
        </w:rPr>
        <w:t>Club backing visible:</w:t>
      </w:r>
      <w:r>
        <w:t xml:space="preserve"> St. Pauli’s reaction was positive, and prominent voices including Julian Nagelsmann and Uli Hoeneß publicly supported openness. </w:t>
      </w:r>
      <w:r/>
    </w:p>
    <w:p>
      <w:pPr>
        <w:pStyle w:val="ListBullet"/>
        <w:spacing w:line="240" w:lineRule="auto"/>
        <w:ind w:left="720"/>
      </w:pPr>
      <w:r/>
      <w:r>
        <w:rPr>
          <w:b/>
        </w:rPr>
        <w:t>Practical note:</w:t>
      </w:r>
      <w:r>
        <w:t xml:space="preserve"> If you’re a coach or player weighing a coming-out, expect mixed reactions and prepare boundaries for dealing with online abuse.</w:t>
      </w:r>
      <w:r/>
      <w:r/>
    </w:p>
    <w:p>
      <w:pPr>
        <w:pStyle w:val="Heading2"/>
      </w:pPr>
      <w:r>
        <w:t>Why Dobrick’s choice landed so widely , and what it felt like</w:t>
      </w:r>
      <w:r/>
    </w:p>
    <w:p>
      <w:r/>
      <w:r>
        <w:t>Dobrick’s announcement caught attention not because he’s a household name but because honesty in men’s football is rare and, frankly, overdue. According to reports, the volume of responses surprised him; he expected a little coverage, not the flood of messages that followed. There’s a human detail here: he described the secrecy as emotionally draining, a slow, constant effort that wore him down. That sense of relief after speaking up is something many readers will recognise , it’s about living on your own terms, not other people’s assumptions.</w:t>
      </w:r>
      <w:r/>
    </w:p>
    <w:p>
      <w:pPr>
        <w:pStyle w:val="Heading2"/>
      </w:pPr>
      <w:r>
        <w:t>The broader reactions: support, solidarity and a few ugly messages</w:t>
      </w:r>
      <w:r/>
    </w:p>
    <w:p>
      <w:r/>
      <w:r>
        <w:t>High‑profile figures from across the game voiced support, which matters. Public endorsement from coaches and former officials changes the tone in corridors and dressing rooms, and sends a signal that being gay needn’t be a professional risk. Still, Dobrick also received homophobic abuse online , nasty, targeted messages he won’t pursue legally one by one. That contrast shows how far attitudes have shifted in public debate, while social media can still be brutal for individuals.</w:t>
      </w:r>
      <w:r/>
    </w:p>
    <w:p>
      <w:pPr>
        <w:pStyle w:val="Heading2"/>
      </w:pPr>
      <w:r>
        <w:t>Where men’s football stands today , progress that’s not yet finished</w:t>
      </w:r>
      <w:r/>
    </w:p>
    <w:p>
      <w:r/>
      <w:r>
        <w:t>Men’s professional football in Germany hasn’t seen a current top‑flight player come out, which keeps the subject sensitive. Fan groups and campaigners have pushed for more visible inclusion for years, and football culture is slowly moving in that direction. Meanwhile, women’s football has long been more open about players’ sexual orientation, which highlights how cultural expectations differ within the same sport. Observers say sustained leadership from clubs and federations will be crucial to change.</w:t>
      </w:r>
      <w:r/>
    </w:p>
    <w:p>
      <w:pPr>
        <w:pStyle w:val="Heading2"/>
      </w:pPr>
      <w:r>
        <w:t>Practical tips for coaches, players and clubs thinking about coming out</w:t>
      </w:r>
      <w:r/>
    </w:p>
    <w:p>
      <w:r/>
      <w:r>
        <w:t>If you’re considering this step, plan it: choose trusted allies in the club, be ready for a mix of reactions, and document any abuse you receive. Clubs can help by issuing clear statements of support, providing access to counselling, and training staff on how to respond to discriminatory comments. For players and coaches who worry about careers, Dobrick’s example shows it can be freeing, and that institutional backing matters more than individual fear.</w:t>
      </w:r>
      <w:r/>
    </w:p>
    <w:p>
      <w:pPr>
        <w:pStyle w:val="Heading2"/>
      </w:pPr>
      <w:r>
        <w:t>What clubs and fans can do next</w:t>
      </w:r>
      <w:r/>
    </w:p>
    <w:p>
      <w:r/>
      <w:r>
        <w:t>Clubs should make inclusion part of everyday practice, not only statements after headlines. That means visible policies, regular education for fans and staff, and swift responses to abuse. Fans who want to help can call out homophobia when they see it and back teammates who come forward. Small acts of solidarity , a public post, a hug in the tunnel, a clear club policy , add up.</w:t>
      </w:r>
      <w:r/>
    </w:p>
    <w:p>
      <w:r/>
      <w:r>
        <w:t>It’s a small change that can make every matchday a bit kinder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5">
        <w:r>
          <w:rPr>
            <w:color w:val="0000EE"/>
            <w:u w:val="single"/>
          </w:rPr>
          <w:t>[3]</w:t>
        </w:r>
      </w:hyperlink>
      <w:r>
        <w:t xml:space="preserve">- Paragraph 5: </w:t>
      </w:r>
      <w:hyperlink r:id="rId15">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https://www.aachener-zeitung.de/sport/fussball/bundesliga/schwuler-fussballcoach-versteckspiele-absolut-zermuerbend/159655041.html</w:t>
        </w:r>
      </w:hyperlink>
      <w:r>
        <w:t xml:space="preserve"> - Please view link - unable to able to access data</w:t>
      </w:r>
      <w:r/>
    </w:p>
    <w:p>
      <w:pPr>
        <w:pStyle w:val="ListNumber"/>
        <w:spacing w:line="240" w:lineRule="auto"/>
        <w:ind w:left="720"/>
      </w:pPr>
      <w:r/>
      <w:hyperlink r:id="rId10">
        <w:r>
          <w:rPr>
            <w:color w:val="0000EE"/>
            <w:u w:val="single"/>
          </w:rPr>
          <w:t>https://www.outsports.com/2026/3/24/24131029/christian-dobrick-soccer-coach-st-pauli-germany-bundesliga-gay-lgbtq-coming-out/</w:t>
        </w:r>
      </w:hyperlink>
      <w:r>
        <w:t xml:space="preserve"> - Christian Dobrick, a 29-year-old assistant coach for FC St. Pauli, publicly came out as gay on March 24, 2026, becoming the first coach at a German Bundesliga club to do so. Dobrick had concealed his sexuality during his previous coaching roles, leading to mental exhaustion. He expressed relief after his coming out and received full support from his club, which stated, "Love who you want!"</w:t>
      </w:r>
      <w:r/>
    </w:p>
    <w:p>
      <w:pPr>
        <w:pStyle w:val="ListNumber"/>
        <w:spacing w:line="240" w:lineRule="auto"/>
        <w:ind w:left="720"/>
      </w:pPr>
      <w:r/>
      <w:hyperlink r:id="rId15">
        <w:r>
          <w:rPr>
            <w:color w:val="0000EE"/>
            <w:u w:val="single"/>
          </w:rPr>
          <w:t>https://www.sport1.de/news/fussball/2026/03/hoeness-zu-homosexualitaet-im-fussball-ueberhaupt-kein-problem</w:t>
        </w:r>
      </w:hyperlink>
      <w:r>
        <w:t xml:space="preserve"> - Uli Hoeneß, the honorary president of Bayern Munich, welcomed Christian Dobrick's coming out, stating, "I see no problem at all." He emphasized that if a similar situation occurred at Bayern Munich, the individual would receive support, and any media or online attacks would be defended against, highlighting the club's commitment to inclusivity.</w:t>
      </w:r>
      <w:r/>
    </w:p>
    <w:p>
      <w:pPr>
        <w:pStyle w:val="ListNumber"/>
        <w:spacing w:line="240" w:lineRule="auto"/>
        <w:ind w:left="720"/>
      </w:pPr>
      <w:r/>
      <w:hyperlink r:id="rId11">
        <w:r>
          <w:rPr>
            <w:color w:val="0000EE"/>
            <w:u w:val="single"/>
          </w:rPr>
          <w:t>https://www.thepinknews.com/2026/03/25/football-gay-coach-comes-out-st-pauli-christian-dobrick/</w:t>
        </w:r>
      </w:hyperlink>
      <w:r>
        <w:t xml:space="preserve"> - Christian Dobrick, a 29-year-old coach at FC St. Pauli, publicly came out as gay, with his club offering full support. Dobrick had known he was gay since his teenage years but had hidden it during his professional career, leading to mental exhaustion. His decision to come out was inspired by a conversation with Jürgen Klopp, who encouraged him to be authentic.</w:t>
      </w:r>
      <w:r/>
    </w:p>
    <w:p>
      <w:pPr>
        <w:pStyle w:val="ListNumber"/>
        <w:spacing w:line="240" w:lineRule="auto"/>
        <w:ind w:left="720"/>
      </w:pPr>
      <w:r/>
      <w:hyperlink r:id="rId13">
        <w:r>
          <w:rPr>
            <w:color w:val="0000EE"/>
            <w:u w:val="single"/>
          </w:rPr>
          <w:t>https://www.sport1.de/news/fussball/bundesliga/2026/03/pauli-trainer-outet-sich-schwule-gelten-als-ausserirdische</w:t>
        </w:r>
      </w:hyperlink>
      <w:r>
        <w:t xml:space="preserve"> - Christian Dobrick, U19 coach at FC St. Pauli, became the first coach from a Bundesliga club to publicly come out as gay. He criticized the treatment of homosexuals in professional football, stating that they are still considered "aliens." His decision was influenced by a meeting with Jürgen Klopp, who encouraged him to stand for something and be authentic.</w:t>
      </w:r>
      <w:r/>
    </w:p>
    <w:p>
      <w:pPr>
        <w:pStyle w:val="ListNumber"/>
        <w:spacing w:line="240" w:lineRule="auto"/>
        <w:ind w:left="720"/>
      </w:pPr>
      <w:r/>
      <w:hyperlink r:id="rId14">
        <w:r>
          <w:rPr>
            <w:color w:val="0000EE"/>
            <w:u w:val="single"/>
          </w:rPr>
          <w:t>https://www.ggg.at/2026/03/25/lieb-wen-du-willst-st-pauli-reagiert-auf-coming-out-von-trainer/</w:t>
        </w:r>
      </w:hyperlink>
      <w:r>
        <w:t xml:space="preserve"> - Christian Dobrick, U19 coach at FC St. Pauli, publicly came out as gay, marking a significant moment in German professional football. He criticized the structural issues in men's football regarding homosexuality. FC St. Pauli responded with clear support, stating, "Love who you want," emphasizing the club's commitment to inclusivity.</w:t>
      </w:r>
      <w:r/>
    </w:p>
    <w:p>
      <w:pPr>
        <w:pStyle w:val="ListNumber"/>
        <w:spacing w:line="240" w:lineRule="auto"/>
        <w:ind w:left="720"/>
      </w:pPr>
      <w:r/>
      <w:hyperlink r:id="rId12">
        <w:r>
          <w:rPr>
            <w:color w:val="0000EE"/>
            <w:u w:val="single"/>
          </w:rPr>
          <w:t>https://www.zeit.de/sport/2026/03/st-pauli-christian-dobrick-outing-homosexualitaet-fussball</w:t>
        </w:r>
      </w:hyperlink>
      <w:r>
        <w:t xml:space="preserve"> - Christian Dobrick, U19 coach at FC St. Pauli, publicly came out as gay, despite concerns about his career. He criticized the treatment of homosexuals in professional football, stating they are still considered "aliens." His decision was influenced by a meeting with Jürgen Klopp, who encouraged him to be authentic and stand for something.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achener-zeitung.de/sport/fussball/bundesliga/schwuler-fussballcoach-versteckspiele-absolut-zermuerbend/159655041.html" TargetMode="External"/><Relationship Id="rId10" Type="http://schemas.openxmlformats.org/officeDocument/2006/relationships/hyperlink" Target="https://www.outsports.com/2026/3/24/24131029/christian-dobrick-soccer-coach-st-pauli-germany-bundesliga-gay-lgbtq-coming-out/" TargetMode="External"/><Relationship Id="rId11" Type="http://schemas.openxmlformats.org/officeDocument/2006/relationships/hyperlink" Target="https://www.thepinknews.com/2026/03/25/football-gay-coach-comes-out-st-pauli-christian-dobrick/" TargetMode="External"/><Relationship Id="rId12" Type="http://schemas.openxmlformats.org/officeDocument/2006/relationships/hyperlink" Target="https://www.zeit.de/sport/2026/03/st-pauli-christian-dobrick-outing-homosexualitaet-fussball" TargetMode="External"/><Relationship Id="rId13" Type="http://schemas.openxmlformats.org/officeDocument/2006/relationships/hyperlink" Target="https://www.sport1.de/news/fussball/bundesliga/2026/03/pauli-trainer-outet-sich-schwule-gelten-als-ausserirdische" TargetMode="External"/><Relationship Id="rId14" Type="http://schemas.openxmlformats.org/officeDocument/2006/relationships/hyperlink" Target="https://www.ggg.at/2026/03/25/lieb-wen-du-willst-st-pauli-reagiert-auf-coming-out-von-trainer/" TargetMode="External"/><Relationship Id="rId15" Type="http://schemas.openxmlformats.org/officeDocument/2006/relationships/hyperlink" Target="https://www.sport1.de/news/fussball/2026/03/hoeness-zu-homosexualitaet-im-fussball-ueberhaupt-kein-probl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