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 Conference Talks to Catch at Reykjavík Pride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and festival-goers alike are turning indoors this August , Reykjavík Pride’s Rainbow Conference returns as a quieter, richer counterpoint to the march, bringing activists, artists, researchers and survivors together to listen, learn and imagine safer queer futures. It’s a programme built for reflection, hope and hard conversations.</w:t>
      </w:r>
      <w:r/>
    </w:p>
    <w:p>
      <w:r/>
      <w:r>
        <w:t>Essential Takeaways</w:t>
      </w:r>
      <w:r/>
      <w:r/>
    </w:p>
    <w:p>
      <w:pPr>
        <w:pStyle w:val="ListBullet"/>
        <w:spacing w:line="240" w:lineRule="auto"/>
        <w:ind w:left="720"/>
      </w:pPr>
      <w:r/>
      <w:r>
        <w:rPr>
          <w:b/>
        </w:rPr>
        <w:t>Conference returns:</w:t>
      </w:r>
      <w:r>
        <w:t xml:space="preserve"> The Rainbow Conference is back as part of Reykjavík Pride 2026, pairing indoor talks with the festival’s public celebrations.</w:t>
      </w:r>
      <w:r/>
    </w:p>
    <w:p>
      <w:pPr>
        <w:pStyle w:val="ListBullet"/>
        <w:spacing w:line="240" w:lineRule="auto"/>
        <w:ind w:left="720"/>
      </w:pPr>
      <w:r/>
      <w:r>
        <w:rPr>
          <w:b/>
        </w:rPr>
        <w:t>Diverse programme:</w:t>
      </w:r>
      <w:r>
        <w:t xml:space="preserve"> Sessions cover queer history, trans experiences, chemsex, migration, disability, opera and trauma , a mix of research and lived experience.</w:t>
      </w:r>
      <w:r/>
    </w:p>
    <w:p>
      <w:pPr>
        <w:pStyle w:val="ListBullet"/>
        <w:spacing w:line="240" w:lineRule="auto"/>
        <w:ind w:left="720"/>
      </w:pPr>
      <w:r/>
      <w:r>
        <w:rPr>
          <w:b/>
        </w:rPr>
        <w:t>Notable sessions:</w:t>
      </w:r>
      <w:r>
        <w:t xml:space="preserve"> Survivors from the 2022 Oslo Pride attack speak alongside author Kristine Meek; Luca Oake explores forgiveness and resilience.</w:t>
      </w:r>
      <w:r/>
    </w:p>
    <w:p>
      <w:pPr>
        <w:pStyle w:val="ListBullet"/>
        <w:spacing w:line="240" w:lineRule="auto"/>
        <w:ind w:left="720"/>
      </w:pPr>
      <w:r/>
      <w:r>
        <w:rPr>
          <w:b/>
        </w:rPr>
        <w:t>Accessible for visitors:</w:t>
      </w:r>
      <w:r>
        <w:t xml:space="preserve"> Six sessions are offered in English, making it easy for international attendees to join meaningful discussions.</w:t>
      </w:r>
      <w:r/>
    </w:p>
    <w:p>
      <w:pPr>
        <w:pStyle w:val="ListBullet"/>
        <w:spacing w:line="240" w:lineRule="auto"/>
        <w:ind w:left="720"/>
      </w:pPr>
      <w:r/>
      <w:r>
        <w:rPr>
          <w:b/>
        </w:rPr>
        <w:t>Practical vibe:</w:t>
      </w:r>
      <w:r>
        <w:t xml:space="preserve"> Expect intimate conversations, a calm atmosphere, and chances to meet speakers afterwards , come for one session or stay all day.</w:t>
      </w:r>
      <w:r/>
      <w:r/>
    </w:p>
    <w:p>
      <w:pPr>
        <w:pStyle w:val="Heading2"/>
      </w:pPr>
      <w:r>
        <w:t>Why the Rainbow Conference matters this year</w:t>
      </w:r>
      <w:r/>
    </w:p>
    <w:p>
      <w:r/>
      <w:r>
        <w:t>Reykjavík Pride is famed for its colourful parade and street parties, but the Rainbow Conference proves that Pride’s quieter moments can be the most powerful. The conference creates a softer, more reflective space where people actually sit and listen, and you can feel that in the programme’s careful curation.</w:t>
      </w:r>
      <w:r/>
    </w:p>
    <w:p>
      <w:r/>
      <w:r>
        <w:t>Organiser Pétur Óli Anderson told GayIceland the aim is to pair celebration with dialogue, because visibility alone isn’t enough. With anti-LGBTQ+ rhetoric rising in parts of the world, the conference feels less like an academic side-show and more like a community safeguard , a place to sharpen understanding and solidarity.</w:t>
      </w:r>
      <w:r/>
    </w:p>
    <w:p>
      <w:r/>
      <w:r>
        <w:t>If you only go to one indoor Pride event this year, this is the one that’s designed to leave you thinking differently.</w:t>
      </w:r>
      <w:r/>
    </w:p>
    <w:p>
      <w:pPr>
        <w:pStyle w:val="Heading2"/>
      </w:pPr>
      <w:r>
        <w:t>What to expect: tough topics balanced with culture</w:t>
      </w:r>
      <w:r/>
    </w:p>
    <w:p>
      <w:r/>
      <w:r>
        <w:t>This year’s line-up is deliberately varied: you'll find sessions on chemsex and migration alongside an opera concert and talks on queer history. That contrast matters , trauma and joy often share the same table in queer life, and the conference leans into both.</w:t>
      </w:r>
      <w:r/>
    </w:p>
    <w:p>
      <w:r/>
      <w:r>
        <w:t>Highlights include a moving conversation with survivors of the 2022 Oslo Pride attack alongside Norwegian author Kristine Meek, and a talk from Luca Oake (YFFY) on forgiveness as resilience. There’s also an opera lecture-concert by Íris Björk Gunnarsdóttir, which promises a cultural lift amid weightier discussions.</w:t>
      </w:r>
      <w:r/>
    </w:p>
    <w:p>
      <w:r/>
      <w:r>
        <w:t>Practically, the mix means you can choose an emotional deep-dive or a creative interlude depending on your energy that day.</w:t>
      </w:r>
      <w:r/>
    </w:p>
    <w:p>
      <w:pPr>
        <w:pStyle w:val="Heading2"/>
      </w:pPr>
      <w:r>
        <w:t>Who should come , and how to approach the programme</w:t>
      </w:r>
      <w:r/>
    </w:p>
    <w:p>
      <w:r/>
      <w:r>
        <w:t>You don’t need to be an expert or even part of the LGBTQIA+ community to benefit; organisers explicitly invite allies, students, activists and curious travellers. Pétur suggests coming for just one session if you’re unsure , that single conversation can change perspective or spark a new connection.</w:t>
      </w:r>
      <w:r/>
    </w:p>
    <w:p>
      <w:r/>
      <w:r>
        <w:t>For international visitors, note that six sessions are in English, so plan ahead by checking the full programme online. Arrive a little early to secure a seat, and leave time for post-talk chat , the informal conversations in corridors often turn into the most meaningful exchanges.</w:t>
      </w:r>
      <w:r/>
    </w:p>
    <w:p>
      <w:pPr>
        <w:pStyle w:val="Heading2"/>
      </w:pPr>
      <w:r>
        <w:t>Practical tips for attending Reykjavík Pride and the conference</w:t>
      </w:r>
      <w:r/>
    </w:p>
    <w:p>
      <w:r/>
      <w:r>
        <w:t>If you’re pairing talks with the outdoor Pride events, map your day: morning panels, afternoon parade, evening celebrations often work best. Reykjavík is compact, so shifting from a packed lecture to a sunlit square feels effortless.</w:t>
      </w:r>
      <w:r/>
    </w:p>
    <w:p>
      <w:r/>
      <w:r>
        <w:t>Book sessions that interest you in advance and pick one emotional and one lighter event to avoid becoming overwhelmed. If a session deals with trauma, bring a friend or note where quiet spaces are on the venue map , self-care is part of civic engagement.</w:t>
      </w:r>
      <w:r/>
    </w:p>
    <w:p>
      <w:r/>
      <w:r>
        <w:t>And yes, bring layers: Icelandic weather is famously changeable, even during Pride.</w:t>
      </w:r>
      <w:r/>
    </w:p>
    <w:p>
      <w:pPr>
        <w:pStyle w:val="Heading2"/>
      </w:pPr>
      <w:r>
        <w:t>What the conference signals about Pride’s future</w:t>
      </w:r>
      <w:r/>
    </w:p>
    <w:p>
      <w:r/>
      <w:r>
        <w:t>The Rainbow Conference shows Pride evolving: celebration remains essential, but so does sustained dialogue. According to organisers and community voices, education, remembrance and intergenerational exchange are central to protecting hard-won rights.</w:t>
      </w:r>
      <w:r/>
    </w:p>
    <w:p>
      <w:r/>
      <w:r>
        <w:t>Expect the conference to continue influencing local and international activists, offering tools, stories and networks that extend beyond Reykjavík. It’s a reminder that Pride is as much about building the next conversation as it is about rejoicing in the present.</w:t>
      </w:r>
      <w:r/>
    </w:p>
    <w:p>
      <w:r/>
      <w:r>
        <w:t>It’s a small change that can make every conversation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[3]</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https://gayiceland.is/2026/beyond-the-parade-the-rainbow-conference-returns-to-reykjavik-pride/</w:t>
        </w:r>
      </w:hyperlink>
      <w:r>
        <w:t xml:space="preserve"> - Please view link - unable to able to access data</w:t>
      </w:r>
      <w:r/>
    </w:p>
    <w:p>
      <w:pPr>
        <w:pStyle w:val="ListNumber"/>
        <w:spacing w:line="240" w:lineRule="auto"/>
        <w:ind w:left="720"/>
      </w:pPr>
      <w:r/>
      <w:hyperlink r:id="rId10">
        <w:r>
          <w:rPr>
            <w:color w:val="0000EE"/>
            <w:u w:val="single"/>
          </w:rPr>
          <w:t>https://reykjavik.is/en/news/2026/joy-and-celebration-pride-walk-and-rainbow-run</w:t>
        </w:r>
      </w:hyperlink>
      <w:r>
        <w:t xml:space="preserve"> - In May 2026, Reykjavík celebrated diversity with a Pride walk and rainbow run, involving children from local schools and after-school programs. The events aimed to promote inclusivity and joy, highlighting the community's commitment to embracing diversity. Participants marched through the Laugarnes neighborhood, culminating in performances and festivities that underscored the importance of being true to oneself and the strength found in diversity.</w:t>
      </w:r>
      <w:r/>
    </w:p>
    <w:p>
      <w:pPr>
        <w:pStyle w:val="ListNumber"/>
        <w:spacing w:line="240" w:lineRule="auto"/>
        <w:ind w:left="720"/>
      </w:pPr>
      <w:r/>
      <w:hyperlink r:id="rId15">
        <w:r>
          <w:rPr>
            <w:color w:val="0000EE"/>
            <w:u w:val="single"/>
          </w:rPr>
          <w:t>https://happeningnext.com/event/lokah%C3%B3f-hinsegin-daga-2026-the-official-reykjav%C3%ADk-pride-2026-closing-party-eid3a0dugdnl4</w:t>
        </w:r>
      </w:hyperlink>
      <w:r>
        <w:t xml:space="preserve"> - Scheduled for August 8, 2026, the official Reykjavík Pride 2026 closing party at IÐNÓ promises an evening of celebration. Performances by Sigga Beinteins and Grétar, followed by DJ Sunna Ben, aim to energize attendees. The event emphasizes inclusivity and community spirit, inviting everyone to join in the festivities. Advance tickets are available, with a note that previous events have reached capacity, so early attendance is recommended.</w:t>
      </w:r>
      <w:r/>
    </w:p>
    <w:p>
      <w:pPr>
        <w:pStyle w:val="ListNumber"/>
        <w:spacing w:line="240" w:lineRule="auto"/>
        <w:ind w:left="720"/>
      </w:pPr>
      <w:r/>
      <w:hyperlink r:id="rId13">
        <w:r>
          <w:rPr>
            <w:color w:val="0000EE"/>
            <w:u w:val="single"/>
          </w:rPr>
          <w:t>https://www.slc-pride.org/</w:t>
        </w:r>
      </w:hyperlink>
      <w:r>
        <w:t xml:space="preserve"> - Salt Lake City Pride, held on June 27-28, 2026, focuses on intersectionality, bringing together diverse communities to celebrate LGBTQIA+ rights. The event features various activities, including parades, performances, and community engagement initiatives. It serves as a platform for advocating acceptance, respect, and equal rights for all individuals, regardless of their background or identity.</w:t>
      </w:r>
      <w:r/>
    </w:p>
    <w:p>
      <w:pPr>
        <w:pStyle w:val="ListNumber"/>
        <w:spacing w:line="240" w:lineRule="auto"/>
        <w:ind w:left="720"/>
      </w:pPr>
      <w:r/>
      <w:hyperlink r:id="rId11">
        <w:r>
          <w:rPr>
            <w:color w:val="0000EE"/>
            <w:u w:val="single"/>
          </w:rPr>
          <w:t>https://www.gaytravel4u.com/event/reykjavik-pride/</w:t>
        </w:r>
      </w:hyperlink>
      <w:r>
        <w:t xml:space="preserve"> - Reykjavik Pride 2026, taking place from August 4 to 9, is a week-long festival that transforms the city into a vibrant celebration of LGBTQIA+ rights and culture. The event includes the Reykjavik Pride Ball, opening ceremony, pride parade, and various cultural activities. It attracts over 100,000 visitors, reflecting Iceland's commitment to inclusivity and equality.</w:t>
      </w:r>
      <w:r/>
    </w:p>
    <w:p>
      <w:pPr>
        <w:pStyle w:val="ListNumber"/>
        <w:spacing w:line="240" w:lineRule="auto"/>
        <w:ind w:left="720"/>
      </w:pPr>
      <w:r/>
      <w:hyperlink r:id="rId12">
        <w:r>
          <w:rPr>
            <w:color w:val="0000EE"/>
            <w:u w:val="single"/>
          </w:rPr>
          <w:t>https://www.pinkuk.com/events/europe/iceland/reykjavik/reykjavik/reykjavik-pride-2026</w:t>
        </w:r>
      </w:hyperlink>
      <w:r>
        <w:t xml:space="preserve"> - Reykjavik Pride 2026, scheduled from August 4 to 9, is Iceland's largest annual event, drawing over 100,000 participants. The festival features a parade through the city center, concerts, and cultural events, celebrating the nation's commitment to LGBTQIA+ rights and inclusivity. The parade route includes Tækniskólinn, Skólavörðustígur, Lækjargata, Fríkirkjuvegur, and Sóleyjargata, concluding at Hljómskálagarður.</w:t>
      </w:r>
      <w:r/>
    </w:p>
    <w:p>
      <w:pPr>
        <w:pStyle w:val="ListNumber"/>
        <w:spacing w:line="240" w:lineRule="auto"/>
        <w:ind w:left="720"/>
      </w:pPr>
      <w:r/>
      <w:hyperlink r:id="rId14">
        <w:r>
          <w:rPr>
            <w:color w:val="0000EE"/>
            <w:u w:val="single"/>
          </w:rPr>
          <w:t>https://www.gay-prides.com/europe/reykjavik-pride.html</w:t>
        </w:r>
      </w:hyperlink>
      <w:r>
        <w:t xml:space="preserve"> - Reykjavik Pride 2026, taking place on August 8, is a vibrant celebration of LGBTQIA+ rights in Iceland's capital. The event includes a parade through the city center, followed by free outdoor concerts, parties, and community events. It is recognized as one of the world's most spirited small-town Prides, emphasizing inclusivity and community spirit.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iceland.is/2026/beyond-the-parade-the-rainbow-conference-returns-to-reykjavik-pride/" TargetMode="External"/><Relationship Id="rId10" Type="http://schemas.openxmlformats.org/officeDocument/2006/relationships/hyperlink" Target="https://reykjavik.is/en/news/2026/joy-and-celebration-pride-walk-and-rainbow-run" TargetMode="External"/><Relationship Id="rId11" Type="http://schemas.openxmlformats.org/officeDocument/2006/relationships/hyperlink" Target="https://www.gaytravel4u.com/event/reykjavik-pride/" TargetMode="External"/><Relationship Id="rId12" Type="http://schemas.openxmlformats.org/officeDocument/2006/relationships/hyperlink" Target="https://www.pinkuk.com/events/europe/iceland/reykjavik/reykjavik/reykjavik-pride-2026" TargetMode="External"/><Relationship Id="rId13" Type="http://schemas.openxmlformats.org/officeDocument/2006/relationships/hyperlink" Target="https://www.slc-pride.org/" TargetMode="External"/><Relationship Id="rId14" Type="http://schemas.openxmlformats.org/officeDocument/2006/relationships/hyperlink" Target="https://www.gay-prides.com/europe/reykjavik-pride.html" TargetMode="External"/><Relationship Id="rId15" Type="http://schemas.openxmlformats.org/officeDocument/2006/relationships/hyperlink" Target="https://happeningnext.com/event/lokah%C3%B3f-hinsegin-daga-2026-the-official-reykjav%C3%ADk-pride-2026-closing-party-eid3a0dugdnl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