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TV and Sapphic Picks to Watch This August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clearing the schedule: August brings a bumper crop of queer and sapphic TV and films across streaming and cinemas, from Ted Lasso’s unexpectedly sapphic turn to blood-soaked slashers and tender motherhood dramas, here’s what to watch, why it matters, and how to pick the perfect sofa-binge.</w:t>
      </w:r>
      <w:r/>
    </w:p>
    <w:p>
      <w:r/>
      <w:r>
        <w:t>Essential Takeaways</w:t>
      </w:r>
      <w:r/>
      <w:r/>
    </w:p>
    <w:p>
      <w:pPr>
        <w:pStyle w:val="ListBullet"/>
        <w:spacing w:line="240" w:lineRule="auto"/>
        <w:ind w:left="720"/>
      </w:pPr>
      <w:r/>
      <w:r>
        <w:rPr>
          <w:b/>
        </w:rPr>
        <w:t>Big return:</w:t>
      </w:r>
      <w:r>
        <w:t xml:space="preserve"> Ted Lasso season 4 lands on Apple TV from 5 August, pivoting to a women’s football storyline that foregrounds female characters and pay-disparity themes. </w:t>
      </w:r>
      <w:r/>
    </w:p>
    <w:p>
      <w:pPr>
        <w:pStyle w:val="ListBullet"/>
        <w:spacing w:line="240" w:lineRule="auto"/>
        <w:ind w:left="720"/>
      </w:pPr>
      <w:r/>
      <w:r>
        <w:rPr>
          <w:b/>
        </w:rPr>
        <w:t>Cinematic range:</w:t>
      </w:r>
      <w:r>
        <w:t xml:space="preserve"> UK cinemas get a mix of sapphic horror, intimate drama and queer comedy from 7 August onward, Teenage Sex and Death at Camp Miasma and Love Me Tender lead the pack. </w:t>
      </w:r>
      <w:r/>
    </w:p>
    <w:p>
      <w:pPr>
        <w:pStyle w:val="ListBullet"/>
        <w:spacing w:line="240" w:lineRule="auto"/>
        <w:ind w:left="720"/>
      </w:pPr>
      <w:r/>
      <w:r>
        <w:rPr>
          <w:b/>
        </w:rPr>
        <w:t>Comfort binge:</w:t>
      </w:r>
      <w:r>
        <w:t xml:space="preserve"> Sterling Point drops on Prime Video on 5 August for slow-burn, lakeside sapphic coming-of-age vibes. </w:t>
      </w:r>
      <w:r/>
    </w:p>
    <w:p>
      <w:pPr>
        <w:pStyle w:val="ListBullet"/>
        <w:spacing w:line="240" w:lineRule="auto"/>
        <w:ind w:left="720"/>
      </w:pPr>
      <w:r/>
      <w:r>
        <w:rPr>
          <w:b/>
        </w:rPr>
        <w:t>Horror for fans:</w:t>
      </w:r>
      <w:r>
        <w:t xml:space="preserve"> Revival (Netflix, US only from 24 August) offers a smart, noir-tinged undead mystery where moral complexity trumps jump scares. </w:t>
      </w:r>
      <w:r/>
    </w:p>
    <w:p>
      <w:pPr>
        <w:pStyle w:val="ListBullet"/>
        <w:spacing w:line="240" w:lineRule="auto"/>
        <w:ind w:left="720"/>
      </w:pPr>
      <w:r/>
      <w:r>
        <w:rPr>
          <w:b/>
        </w:rPr>
        <w:t>Light viewing:</w:t>
      </w:r>
      <w:r>
        <w:t xml:space="preserve"> Adults season 2 (Disney+, UK from 28 August) and other comedies give easy, low-stakes queer representation for sofa nights.</w:t>
      </w:r>
      <w:r/>
      <w:r/>
    </w:p>
    <w:p>
      <w:pPr>
        <w:pStyle w:val="Heading2"/>
      </w:pPr>
      <w:r>
        <w:t>Why Ted Lasso’s fourth season is appointment telly for queer viewers</w:t>
      </w:r>
      <w:r/>
    </w:p>
    <w:p>
      <w:r/>
      <w:r>
        <w:t>Ted Lasso’s comeback is one of those rare TV events you can actually feel gathering steam; Apple announced the final season lands 5 August, and the promo made a clear play for the women’s game. Expect the show’s usual warmth, but with the central set-piece now a second-division women’s football team. That shift matters, women’s sport is suddenly being treated as more than backdrop, and the season reportedly tackles pay disparity, media sexism and legitimacy battles head-on. According to Apple’s press, the season reunites core cast members and adds new faces, so expect fresh dynamics and a whole lot of biscuits-and-feelings. If you loved the show's heart, this gives you more of it in a setting that’s culturally resonant and, frankly, liberating to watch. Book a midweek episode night; new episodes appear every Wednesday through to October.</w:t>
      </w:r>
      <w:r/>
    </w:p>
    <w:p>
      <w:pPr>
        <w:pStyle w:val="Heading2"/>
      </w:pPr>
      <w:r>
        <w:t>Sapphic slow-burns: Sterling Point and where to cosy up</w:t>
      </w:r>
      <w:r/>
    </w:p>
    <w:p>
      <w:r/>
      <w:r>
        <w:t>If you want something soft, warm and earnest, Sterling Point on Prime Video (5 August) is exactly the lakeside comfort you didn’t know you needed. A teen inherits a remote island and finds love, secrets and selfhood in equal measure, think small-town drama with a real sapphic emotional throughline. Created by known teen-drama hands and directed by Megan Park, it offers properly paced yearning rather than token lines. Perfect for a weekend binge: pour a drink, dim the lights and let the slow-burn do the work. If you’re choosing for mood, pick Sterling Point when you want sweetness with substance.</w:t>
      </w:r>
      <w:r/>
    </w:p>
    <w:p>
      <w:pPr>
        <w:pStyle w:val="Heading2"/>
      </w:pPr>
      <w:r>
        <w:t>When sapphic romance meets gore: Teenage Sex and Death at Camp Miasma</w:t>
      </w:r>
      <w:r/>
    </w:p>
    <w:p>
      <w:r/>
      <w:r>
        <w:t>Jane Schoenbrun’s new slasher (UK cinemas from 7 August) is the sort of movie that makes people argue in group chats, graphic, horny and weirdly tender. The premise brings a washed-up horror franchise back to life and pairs a young director with a reclusive final girl; the chemistry between the leads is the internet’s new obsession. This isn’t your gentle queer romance, expect blood, delirium and playful terror. If you love queer cinema that shocks and flusters in equal measure, queue this one for a late-night trip to the multiplex. And yes, bring tissues and a friend with a solid constitution.</w:t>
      </w:r>
      <w:r/>
    </w:p>
    <w:p>
      <w:pPr>
        <w:pStyle w:val="Heading2"/>
      </w:pPr>
      <w:r>
        <w:t>Love Me Tender: gritty motherhood and queer identity on the big screen</w:t>
      </w:r>
      <w:r/>
    </w:p>
    <w:p>
      <w:r/>
      <w:r>
        <w:t>Love Me Tender (UK cinemas from 7 August) is the counterpoint to the camp and the cosy: a furious, intimate drama about a queer woman fighting to be seen as a fit mother. Vicky Krieps leads, and the film’s tone is raw and quietly devastating. For viewers who want representation that wrestles with legal and social realities, this one won’t sugarcoat the struggle. Book a matinee if you want to sit with the emotions rather than sprint out of the screening laughing; it’s a film that stays with you.</w:t>
      </w:r>
      <w:r/>
    </w:p>
    <w:p>
      <w:pPr>
        <w:pStyle w:val="Heading2"/>
      </w:pPr>
      <w:r>
        <w:t>Revival, Adults and other picks: horror, comedy and lighter queer fare</w:t>
      </w:r>
      <w:r/>
    </w:p>
    <w:p>
      <w:r/>
      <w:r>
        <w:t>Not everything this month is high stakes. Revival (Netflix US, 24 August) is a clever horror-noir about a town where the dead return with memories and agency, turning the usual zombie trope into a moral puzzle. It’s character-led and eerie, watch if you like your supernatural with detective energy. Adults season 2 (Disney+, UK from 28 August) brings back messy twenties life and quieter sapphic threads, good for low-stress nights when you want laughs more than plot. And keep an eye out for The Wrong Girls, Kristen Stewart’s stoner comedy project directed by Dylan Meyer, slated for US release mid-August, with a UK date to follow.</w:t>
      </w:r>
      <w:r/>
    </w:p>
    <w:p>
      <w:r/>
      <w:r>
        <w:t>Practical tips: how to pick what to watch this month - If you want emotional payoff, pick Love Me Tender or Sterling Point. They linger. - If you want to be thrilled and unsettled, book Teenage Sex and Death at Camp Miasma or Revival. Bring snacks and a friend. - For appointment TV and community viewing, schedule Ted Lasso nights, new episodes drop weekly, which is perfect for discussion. - Check territorial releases: Revival’s Netflix drop is currently US-only, and some films land in the UK later. If you travel or use multiple services, make a quick note of region locks before planning.</w:t>
      </w:r>
      <w:r/>
    </w:p>
    <w:p>
      <w:r/>
      <w:r>
        <w:t>What this month says about queer TV right now There’s a pleasing variety in tone and texture this August: tender coming-of-age, brutal drama about parenthood, queer horror that refuses to play small, and mainstream comedy leaning into sapphic storylines. It’s a reminder that representation now means range, not just a single type of queer story but the full buffet. So whether you want to laugh, cry, cringe or clutch the armrest, this month has something to put on a loop. Your sofa will thank you.</w:t>
      </w:r>
      <w:r/>
    </w:p>
    <w:p>
      <w:r/>
      <w:r>
        <w:t>See you on the sofa.</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2">
        <w:r>
          <w:rPr>
            <w:color w:val="0000EE"/>
            <w:u w:val="single"/>
          </w:rPr>
          <w:t>[7]</w:t>
        </w:r>
      </w:hyperlink>
      <w:r>
        <w:t xml:space="preserve">- Paragraph 6: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https://nonchalantmagazine.com/your-queer-tv-guide-for-august-2026/</w:t>
        </w:r>
      </w:hyperlink>
      <w:r>
        <w:t xml:space="preserve"> - Please view link - unable to able to access data</w:t>
      </w:r>
      <w:r/>
    </w:p>
    <w:p>
      <w:pPr>
        <w:pStyle w:val="ListNumber"/>
        <w:spacing w:line="240" w:lineRule="auto"/>
        <w:ind w:left="720"/>
      </w:pPr>
      <w:r/>
      <w:hyperlink r:id="rId10">
        <w:r>
          <w:rPr>
            <w:color w:val="0000EE"/>
            <w:u w:val="single"/>
          </w:rPr>
          <w:t>https://www.apple.com/tv-pr/news/2026/04/apple-tvs-emmy-award-winning-global-smash-hit-series-ted-lasso-returns-for-season-four-on-wednesday-august-5/</w:t>
        </w:r>
      </w:hyperlink>
      <w:r>
        <w:t xml:space="preserve"> - Apple TV has announced that the fourth season of its acclaimed series 'Ted Lasso' will premiere on Wednesday, August 5, 2026. The new season features Jason Sudeikis returning as Ted Lasso, who now faces the challenge of coaching a second-division women's football team. The cast includes returning stars such as Hannah Waddingham, Juno Temple, and Brett Goldstein, alongside new additions like Tanya Reynolds and Faye Marsay. The season will consist of ten episodes, with new episodes released weekly on Wednesdays through October 7, 2026.</w:t>
      </w:r>
      <w:r/>
    </w:p>
    <w:p>
      <w:pPr>
        <w:pStyle w:val="ListNumber"/>
        <w:spacing w:line="240" w:lineRule="auto"/>
        <w:ind w:left="720"/>
      </w:pPr>
      <w:r/>
      <w:hyperlink r:id="rId11">
        <w:r>
          <w:rPr>
            <w:color w:val="0000EE"/>
            <w:u w:val="single"/>
          </w:rPr>
          <w:t>https://www.apple.com/uk/tv-pr/news/2026/04/apple-tvs-emmy-award-winning-global-smash-hit-series-ted-lasso-returns-for-season-four-on-wednesday-august-5/</w:t>
        </w:r>
      </w:hyperlink>
      <w:r>
        <w:t xml:space="preserve"> - Apple TV has announced that the fourth season of its acclaimed series 'Ted Lasso' will premiere on Wednesday, August 5, 2026. The new season features Jason Sudeikis returning as Ted Lasso, who now faces the challenge of coaching a second-division women's football team. The cast includes returning stars such as Hannah Waddingham, Juno Temple, and Brett Goldstein, alongside new additions like Tanya Reynolds and Faye Marsay. The season will consist of ten episodes, with new episodes released weekly on Wednesdays through October 7, 2026.</w:t>
      </w:r>
      <w:r/>
    </w:p>
    <w:p>
      <w:pPr>
        <w:pStyle w:val="ListNumber"/>
        <w:spacing w:line="240" w:lineRule="auto"/>
        <w:ind w:left="720"/>
      </w:pPr>
      <w:r/>
      <w:hyperlink r:id="rId14">
        <w:r>
          <w:rPr>
            <w:color w:val="0000EE"/>
            <w:u w:val="single"/>
          </w:rPr>
          <w:t>https://www.apple.com/tv-pr/originals/ted-lasso/</w:t>
        </w:r>
      </w:hyperlink>
      <w:r>
        <w:t xml:space="preserve"> - The official page for 'Ted Lasso' on Apple TV provides detailed information about the series, including cast and crew details, trailers, and press releases. The fourth season, premiering on August 5, 2026, marks Ted Lasso's return to Richmond, where he takes on the challenge of coaching a second-division women's football team. The page also features trailers and videos related to the series.</w:t>
      </w:r>
      <w:r/>
    </w:p>
    <w:p>
      <w:pPr>
        <w:pStyle w:val="ListNumber"/>
        <w:spacing w:line="240" w:lineRule="auto"/>
        <w:ind w:left="720"/>
      </w:pPr>
      <w:r/>
      <w:hyperlink r:id="rId13">
        <w:r>
          <w:rPr>
            <w:color w:val="0000EE"/>
            <w:u w:val="single"/>
          </w:rPr>
          <w:t>https://www.thedailybeast.com/obsessed/ted-lasso-apple-tvs-cloying-comedy-should-have-stayed-retired/</w:t>
        </w:r>
      </w:hyperlink>
      <w:r>
        <w:t xml:space="preserve"> - A critical review titled 'Ted Lasso Should Have Stayed Retired' scrutinises the fourth season of the popular Apple TV series. The review argues that the revival leans too heavily on recycled jokes, corny optimism, and formulaic sitcom plotting. Despite the return of Ted Lasso to coach AFC Richmond’s first women’s team, the review suggests that the show's hopeful messages now feel one-note and stale, failing to bring genuine humour or new insights.</w:t>
      </w:r>
      <w:r/>
    </w:p>
    <w:p>
      <w:pPr>
        <w:pStyle w:val="ListNumber"/>
        <w:spacing w:line="240" w:lineRule="auto"/>
        <w:ind w:left="720"/>
      </w:pPr>
      <w:r/>
      <w:hyperlink r:id="rId15">
        <w:r>
          <w:rPr>
            <w:color w:val="0000EE"/>
            <w:u w:val="single"/>
          </w:rPr>
          <w:t>https://www.whowhatwear.com/fashion/celebrity/juno-temple-ted-lasso-interview-2026</w:t>
        </w:r>
      </w:hyperlink>
      <w:r>
        <w:t xml:space="preserve"> - In an interview with Who What Wear, Juno Temple reflects on her return to the role of Keeley Jones in the upcoming fourth season of 'Ted Lasso', debuting August 5 on Apple TV. Temple discusses her initial nerves stepping back into Keeley's persona after a long hiatus, which quickly faded during a creative costume fitting. She praises Keeley's colourful wardrobe and unabashed optimism, admitting the character has inspired her personally.</w:t>
      </w:r>
      <w:r/>
    </w:p>
    <w:p>
      <w:pPr>
        <w:pStyle w:val="ListNumber"/>
        <w:spacing w:line="240" w:lineRule="auto"/>
        <w:ind w:left="720"/>
      </w:pPr>
      <w:r/>
      <w:hyperlink r:id="rId12">
        <w:r>
          <w:rPr>
            <w:color w:val="0000EE"/>
            <w:u w:val="single"/>
          </w:rPr>
          <w:t>https://www.tomsguide.com/entertainment/apple-tv/everything-new-on-apple-tv-in-august-2026-ted-lasso-season-4-and-much-more</w:t>
        </w:r>
      </w:hyperlink>
      <w:r>
        <w:t xml:space="preserve"> - In August 2026, Apple TV is premiering several exciting series and returning favourites to captivate audiences throughout the month. Headlining the lineup is the much-anticipated Season 4 of 'Ted Lasso', debuting on August 5. Ted returns to Richmond to coach a second-division women’s football team, facing new challenges with a fresh roster. On August 12, 'Women in Blue' (Las Azules) Season 2 picks up with María's promotion and a new case linking recent murders to the 1968 student massacre in Mexico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nchalantmagazine.com/your-queer-tv-guide-for-august-2026/" TargetMode="External"/><Relationship Id="rId10" Type="http://schemas.openxmlformats.org/officeDocument/2006/relationships/hyperlink" Target="https://www.apple.com/tv-pr/news/2026/04/apple-tvs-emmy-award-winning-global-smash-hit-series-ted-lasso-returns-for-season-four-on-wednesday-august-5/" TargetMode="External"/><Relationship Id="rId11" Type="http://schemas.openxmlformats.org/officeDocument/2006/relationships/hyperlink" Target="https://www.apple.com/uk/tv-pr/news/2026/04/apple-tvs-emmy-award-winning-global-smash-hit-series-ted-lasso-returns-for-season-four-on-wednesday-august-5/" TargetMode="External"/><Relationship Id="rId12" Type="http://schemas.openxmlformats.org/officeDocument/2006/relationships/hyperlink" Target="https://www.tomsguide.com/entertainment/apple-tv/everything-new-on-apple-tv-in-august-2026-ted-lasso-season-4-and-much-more" TargetMode="External"/><Relationship Id="rId13" Type="http://schemas.openxmlformats.org/officeDocument/2006/relationships/hyperlink" Target="https://www.thedailybeast.com/obsessed/ted-lasso-apple-tvs-cloying-comedy-should-have-stayed-retired/" TargetMode="External"/><Relationship Id="rId14" Type="http://schemas.openxmlformats.org/officeDocument/2006/relationships/hyperlink" Target="https://www.apple.com/tv-pr/originals/ted-lasso/" TargetMode="External"/><Relationship Id="rId15" Type="http://schemas.openxmlformats.org/officeDocument/2006/relationships/hyperlink" Target="https://www.whowhatwear.com/fashion/celebrity/juno-temple-ted-lasso-interview-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