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Screen Film Fest 2026 Picks and Why They Matter for Emerging Filmmakers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lovers of bold cinema are already lining up , Queer Screen Film Fest returns to Sydney from 2–8 September with 28 films, industry events, and the debut of Queer Screen Studio, offering masterclasses, panels and networking that matter for emerging LGBTIQ+ filmmakers.</w:t>
      </w:r>
      <w:r/>
    </w:p>
    <w:p>
      <w:r/>
      <w:r>
        <w:t>Essential Takeaways</w:t>
      </w:r>
      <w:r/>
      <w:r/>
    </w:p>
    <w:p>
      <w:pPr>
        <w:pStyle w:val="ListBullet"/>
        <w:spacing w:line="240" w:lineRule="auto"/>
        <w:ind w:left="720"/>
      </w:pPr>
      <w:r/>
      <w:r>
        <w:rPr>
          <w:b/>
        </w:rPr>
        <w:t>Dates and format:</w:t>
      </w:r>
      <w:r>
        <w:t xml:space="preserve"> Festival runs in Sydney 2–8 September, followed by an on‑demand season 9–16 September. </w:t>
      </w:r>
      <w:r/>
    </w:p>
    <w:p>
      <w:pPr>
        <w:pStyle w:val="ListBullet"/>
        <w:spacing w:line="240" w:lineRule="auto"/>
        <w:ind w:left="720"/>
      </w:pPr>
      <w:r/>
      <w:r>
        <w:rPr>
          <w:b/>
        </w:rPr>
        <w:t>Programme size:</w:t>
      </w:r>
      <w:r>
        <w:t xml:space="preserve"> 28 films total , 12 features and 16 shorts, plus anniversary screenings and documentaries. </w:t>
      </w:r>
      <w:r/>
    </w:p>
    <w:p>
      <w:pPr>
        <w:pStyle w:val="ListBullet"/>
        <w:spacing w:line="240" w:lineRule="auto"/>
        <w:ind w:left="720"/>
      </w:pPr>
      <w:r/>
      <w:r>
        <w:rPr>
          <w:b/>
        </w:rPr>
        <w:t>Opening and closing:</w:t>
      </w:r>
      <w:r>
        <w:t xml:space="preserve"> Opens with the animated feature Jim Queen and closes with Sweet Milk Lake, written and led by Harvey Zielinski. </w:t>
      </w:r>
      <w:r/>
    </w:p>
    <w:p>
      <w:pPr>
        <w:pStyle w:val="ListBullet"/>
        <w:spacing w:line="240" w:lineRule="auto"/>
        <w:ind w:left="720"/>
      </w:pPr>
      <w:r/>
      <w:r>
        <w:rPr>
          <w:b/>
        </w:rPr>
        <w:t>New industry initiative:</w:t>
      </w:r>
      <w:r>
        <w:t xml:space="preserve"> Queer Screen Studio launches with masterclasses, panels and networking for emerging filmmakers. </w:t>
      </w:r>
      <w:r/>
    </w:p>
    <w:p>
      <w:pPr>
        <w:pStyle w:val="ListBullet"/>
        <w:spacing w:line="240" w:lineRule="auto"/>
        <w:ind w:left="720"/>
      </w:pPr>
      <w:r/>
      <w:r>
        <w:rPr>
          <w:b/>
        </w:rPr>
        <w:t>Competitions continue:</w:t>
      </w:r>
      <w:r>
        <w:t xml:space="preserve"> Pitch Off returns with finalists vying for a production grant; the Emerging Narrative Feature Competition features six international titles.</w:t>
      </w:r>
      <w:r/>
      <w:r/>
    </w:p>
    <w:p>
      <w:pPr>
        <w:pStyle w:val="Heading2"/>
      </w:pPr>
      <w:r>
        <w:t>What to expect on opening night , animated energy and a packed calendar</w:t>
      </w:r>
      <w:r/>
    </w:p>
    <w:p>
      <w:r/>
      <w:r>
        <w:t>Opening the festival is Jim Queen, an animated feature by Marco Nguyen and Nicolas Athané, which gives the programme a lively, visual kick that’ll feel fresh after a long winter. Festivalgoers can expect a buzzy crowd, lively Q&amp;A moments and the small sensory thrill of seeing animation in a cinema rather than on a laptop. According to Queer Screen’s programme notes, the choice signals the festival’s appetite for formally adventurous work and genre variety. If you want to make the most of opening night, book early , tickets are already on sale and seats do fill fast.</w:t>
      </w:r>
      <w:r/>
    </w:p>
    <w:p>
      <w:pPr>
        <w:pStyle w:val="Heading2"/>
      </w:pPr>
      <w:r>
        <w:t>Newcomer support gets real with Queer Screen Studio</w:t>
      </w:r>
      <w:r/>
    </w:p>
    <w:p>
      <w:r/>
      <w:r>
        <w:t>The big structural change this year is Queer Screen Studio, a hands‑on initiative aimed at supporting emerging LGBTIQ+ filmmakers with masterclasses, panel discussions and networking. Industry panels are designed to demystify funding and distribution, while workshops focus on practical skills , from pitching to post‑production. For anyone starting out, this is the kind of real-world boost that can turn an idea into a funded project, and the addition of networking time means relationships can actually stick. It's worth checking the festival schedule and pitching calendar if you want in.</w:t>
      </w:r>
      <w:r/>
    </w:p>
    <w:p>
      <w:pPr>
        <w:pStyle w:val="Heading2"/>
      </w:pPr>
      <w:r>
        <w:t>Competitions and cash prizes , why the Pitch Off still matters</w:t>
      </w:r>
      <w:r/>
    </w:p>
    <w:p>
      <w:r/>
      <w:r>
        <w:t>The Queer Screen Pitch Off Competition returns, offering a production grant to the winning idea and real momentum for filmmakers ready to scale up. The Pitch Off has become a festival highlight because it's not just about money; it's about industry attention. Finalists present to a panel and an audience, and connections made here often lead to co‑productions or festival runs. If you’re planning to attend as a creator, polish a tight logline, practise your two‑minute hook and bring a director’s reference or moodboard.</w:t>
      </w:r>
      <w:r/>
    </w:p>
    <w:p>
      <w:pPr>
        <w:pStyle w:val="Heading2"/>
      </w:pPr>
      <w:r>
        <w:t>A programme that balances shorts, features and local work</w:t>
      </w:r>
      <w:r/>
    </w:p>
    <w:p>
      <w:r/>
      <w:r>
        <w:t>This year’s 28‑film slate splits into 12 features and 16 shorts, with a Panorama section highlighting acclaimed international productions alongside Australian independent cinema and documentaries. That mixture gives audiences texture , a tender short before a weighty feature, or a documentary that reframes the next night’s fiction screening. Festival curators say this balance helps emerging domestic filmmakers sit beside global peers, which is useful for comparison, inspiration and collaboration. If you prefer to plan, look for shorts blocks and anniversary screenings to get a concentrated sense of trends.</w:t>
      </w:r>
      <w:r/>
    </w:p>
    <w:p>
      <w:pPr>
        <w:pStyle w:val="Heading2"/>
      </w:pPr>
      <w:r>
        <w:t>Closing night and crowd favourites , stories that stick</w:t>
      </w:r>
      <w:r/>
    </w:p>
    <w:p>
      <w:r/>
      <w:r>
        <w:t>Sweet Milk Lake, written, directed by and starring Harvey Zielinski, is the Closing Night film, which often becomes the weekend’s talking point. Closing choices tend to be both crowd‑friendly and artistically thoughtful, so expect a film that’s emotionally immediate and maybe a little spare. Closing night events are also social , a great chance for informal networking or a last‑minute catch‑up with other attendees. Tickets for gala screenings should be snapped up early.</w:t>
      </w:r>
      <w:r/>
    </w:p>
    <w:p>
      <w:pPr>
        <w:pStyle w:val="Heading2"/>
      </w:pPr>
      <w:r>
        <w:t>Practical tips for festivalgoers and filmmakers</w:t>
      </w:r>
      <w:r/>
    </w:p>
    <w:p>
      <w:r/>
      <w:r>
        <w:t>Buy tickets ahead, especially for opening and closing nights, and check the on‑demand window from 9–16 September if you can’t make Sydney in person. For filmmakers, target the Queer Screen Studio sessions that match your stage , pre‑production workshops for projects in development, pitch training for those eyeing the Pitch Off. And if you love shorts, arrive early: shorts programmes often screen before features and can be small surprises in themselves.</w:t>
      </w:r>
      <w:r/>
    </w:p>
    <w:p>
      <w:r/>
      <w:r>
        <w:t>It's a small change that can make every screening and networking moment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[7]</w:t>
        </w:r>
      </w:hyperlink>
      <w:r>
        <w:t xml:space="preserve">- Paragraph 3: </w:t>
      </w:r>
      <w:hyperlink r:id="rId12">
        <w:r>
          <w:rPr>
            <w:color w:val="0000EE"/>
            <w:u w:val="single"/>
          </w:rPr>
          <w:t>[6]</w:t>
        </w:r>
      </w:hyperlink>
      <w:r>
        <w:t xml:space="preserve">, </w:t>
      </w:r>
      <w:hyperlink r:id="rId10">
        <w:r>
          <w:rPr>
            <w:color w:val="0000EE"/>
            <w:u w:val="single"/>
          </w:rPr>
          <w:t>[7]</w:t>
        </w:r>
      </w:hyperlink>
      <w:r>
        <w:t xml:space="preserve">- Paragraph 4: </w:t>
      </w:r>
      <w:hyperlink r:id="rId10">
        <w:r>
          <w:rPr>
            <w:color w:val="0000EE"/>
            <w:u w:val="single"/>
          </w:rPr>
          <w:t>[2]</w:t>
        </w:r>
      </w:hyperlink>
      <w:r>
        <w:t xml:space="preserve">, </w:t>
      </w:r>
      <w:hyperlink r:id="rId10">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https://asianmoviepulse.com/2026/08/queer-screen-film-fest-unveils-2026-programme/</w:t>
        </w:r>
      </w:hyperlink>
      <w:r>
        <w:t xml:space="preserve"> - Please view link - unable to able to access data</w:t>
      </w:r>
      <w:r/>
    </w:p>
    <w:p>
      <w:pPr>
        <w:pStyle w:val="ListNumber"/>
        <w:spacing w:line="240" w:lineRule="auto"/>
        <w:ind w:left="720"/>
      </w:pPr>
      <w:r/>
      <w:hyperlink r:id="rId10">
        <w:r>
          <w:rPr>
            <w:color w:val="0000EE"/>
            <w:u w:val="single"/>
          </w:rPr>
          <w:t>https://queerscreen.org.au/queer-screen-film-fest/</w:t>
        </w:r>
      </w:hyperlink>
      <w:r>
        <w:t xml:space="preserve"> - The Queer Screen Film Fest is scheduled to take place from 2 to 8 September 2026 at Event Cinemas George Street in Sydney. The festival will feature 28 films, including 12 features and 16 shorts, along with industry events, competitions, and the debut of Queer Screen Studio, which will offer masterclasses, panel discussions, and networking opportunities for emerging filmmakers. Tickets are now on sale, with the complete programme and booking information available through the festival’s official website.</w:t>
      </w:r>
      <w:r/>
    </w:p>
    <w:p>
      <w:pPr>
        <w:pStyle w:val="ListNumber"/>
        <w:spacing w:line="240" w:lineRule="auto"/>
        <w:ind w:left="720"/>
      </w:pPr>
      <w:r/>
      <w:hyperlink r:id="rId11">
        <w:r>
          <w:rPr>
            <w:color w:val="0000EE"/>
            <w:u w:val="single"/>
          </w:rPr>
          <w:t>https://queerscreen.org.au/jimpa-mgff26-openingnight/</w:t>
        </w:r>
      </w:hyperlink>
      <w:r>
        <w:t xml:space="preserve"> - Queer Screen has announced that 'Jimpa' will open the 33rd Mardi Gras Film Festival, running from 12–26 February 2026 at Event Cinemas George Street and Dendy Newtown. The film, directed by Sophie Hyde and starring Olivia Colman, Aud Mason-Hyde, and John Lithgow, premiered earlier this year at the 2025 Sundance Film Festival and will make its Sydney debut as the festival's Opening Night selection.</w:t>
      </w:r>
      <w:r/>
    </w:p>
    <w:p>
      <w:pPr>
        <w:pStyle w:val="ListNumber"/>
        <w:spacing w:line="240" w:lineRule="auto"/>
        <w:ind w:left="720"/>
      </w:pPr>
      <w:r/>
      <w:hyperlink r:id="rId13">
        <w:r>
          <w:rPr>
            <w:color w:val="0000EE"/>
            <w:u w:val="single"/>
          </w:rPr>
          <w:t>https://queerscreen.org.au/mardi-gras-film-festival/</w:t>
        </w:r>
      </w:hyperlink>
      <w:r>
        <w:t xml:space="preserve"> - The 33rd Mardi Gras Film Festival, presented by Queer Screen, will run from 12 to 26 February 2026 in Sydney. The festival will showcase 139 films from 38 countries, including six world premieres, five international premieres, and 64 Australian premieres. Program highlights include the Opening Night film 'Jimpa' directed by Sophie Hyde, starring Olivia Colman, John Lithgow, and Aud Mason-Hyde, and the Closing Night film 'She’s the He' starring Misha Osherovich, Malia Pyles, and Nico Carney.</w:t>
      </w:r>
      <w:r/>
    </w:p>
    <w:p>
      <w:pPr>
        <w:pStyle w:val="ListNumber"/>
        <w:spacing w:line="240" w:lineRule="auto"/>
        <w:ind w:left="720"/>
      </w:pPr>
      <w:r/>
      <w:hyperlink r:id="rId14">
        <w:r>
          <w:rPr>
            <w:color w:val="0000EE"/>
            <w:u w:val="single"/>
          </w:rPr>
          <w:t>https://queerscreen.org.au/33rd-mardi-gras-film-festival-2026/</w:t>
        </w:r>
      </w:hyperlink>
      <w:r>
        <w:t xml:space="preserve"> - Queer Screen has announced the full program for the 33rd Mardi Gras Film Festival, running from 12–26 February 2026 across Sydney venues including Event Cinemas George Street and Dendy Newtown. The 2026 program presents 139 outstanding films from 38 countries, including six world premieres, five international premieres, and 64 Australian premieres, showcasing bold new works, celebrated international titles, and standout queer storytelling across features, documentaries, and shorts.</w:t>
      </w:r>
      <w:r/>
    </w:p>
    <w:p>
      <w:pPr>
        <w:pStyle w:val="ListNumber"/>
        <w:spacing w:line="240" w:lineRule="auto"/>
        <w:ind w:left="720"/>
      </w:pPr>
      <w:r/>
      <w:hyperlink r:id="rId12">
        <w:r>
          <w:rPr>
            <w:color w:val="0000EE"/>
            <w:u w:val="single"/>
          </w:rPr>
          <w:t>https://queerscreen.org.au/queer-screen-pitch-off/</w:t>
        </w:r>
      </w:hyperlink>
      <w:r>
        <w:t xml:space="preserve"> - Queer Screen is hosting the Queer Screen Pitch Off Competition, where finalists will compete for a production grant. The competition aims to support the next generation of LGBTIQ+ filmmakers through industry panels and practical workshops. The Pitch Off Day is scheduled for 5 September 2026, with registration deadlines on 10 August for non-members and 17 August for Queer Screen members.</w:t>
      </w:r>
      <w:r/>
    </w:p>
    <w:p>
      <w:pPr>
        <w:pStyle w:val="ListNumber"/>
        <w:spacing w:line="240" w:lineRule="auto"/>
        <w:ind w:left="720"/>
      </w:pPr>
      <w:r/>
      <w:hyperlink r:id="rId10">
        <w:r>
          <w:rPr>
            <w:color w:val="0000EE"/>
            <w:u w:val="single"/>
          </w:rPr>
          <w:t>https://queerscreen.org.au/queer-screen-film-fest/</w:t>
        </w:r>
      </w:hyperlink>
      <w:r>
        <w:t xml:space="preserve"> - The Queer Screen Film Fest is scheduled to take place from 2 to 8 September 2026 at Event Cinemas George Street in Sydney. The festival will feature 28 films, including 12 features and 16 shorts, along with industry events, competitions, and the debut of Queer Screen Studio, which will offer masterclasses, panel discussions, and networking opportunities for emerging filmmakers. Tickets are now on sale, with the complete programme and booking information available through the festival’s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nmoviepulse.com/2026/08/queer-screen-film-fest-unveils-2026-programme/" TargetMode="External"/><Relationship Id="rId10" Type="http://schemas.openxmlformats.org/officeDocument/2006/relationships/hyperlink" Target="https://queerscreen.org.au/queer-screen-film-fest/" TargetMode="External"/><Relationship Id="rId11" Type="http://schemas.openxmlformats.org/officeDocument/2006/relationships/hyperlink" Target="https://queerscreen.org.au/jimpa-mgff26-openingnight/" TargetMode="External"/><Relationship Id="rId12" Type="http://schemas.openxmlformats.org/officeDocument/2006/relationships/hyperlink" Target="https://queerscreen.org.au/queer-screen-pitch-off/" TargetMode="External"/><Relationship Id="rId13" Type="http://schemas.openxmlformats.org/officeDocument/2006/relationships/hyperlink" Target="https://queerscreen.org.au/mardi-gras-film-festival/" TargetMode="External"/><Relationship Id="rId14" Type="http://schemas.openxmlformats.org/officeDocument/2006/relationships/hyperlink" Target="https://queerscreen.org.au/33rd-mardi-gras-film-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