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Queens to Follow This Late Summer — Women Crush Wednesday Picks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end of summer with a fresh crop of queer queens lighting up timelines, streets and the culture; readers will find who’s trending, why their visibility matters, and practical ways to follow and support their favourite creators and stars.</w:t>
      </w:r>
      <w:r/>
    </w:p>
    <w:p>
      <w:r/>
      <w:r>
        <w:t>Essential Takeaways</w:t>
      </w:r>
      <w:r/>
      <w:r/>
    </w:p>
    <w:p>
      <w:pPr>
        <w:pStyle w:val="ListBullet"/>
        <w:spacing w:line="240" w:lineRule="auto"/>
        <w:ind w:left="720"/>
      </w:pPr>
      <w:r/>
      <w:r>
        <w:rPr>
          <w:b/>
        </w:rPr>
        <w:t>Big names, bigger visibility:</w:t>
      </w:r>
      <w:r>
        <w:t xml:space="preserve"> Celebrities like Megan Thee Stallion and Yung Miami are bringing bisexual representation to mainstream moments with bold style and candid interviews.</w:t>
      </w:r>
      <w:r/>
    </w:p>
    <w:p>
      <w:pPr>
        <w:pStyle w:val="ListBullet"/>
        <w:spacing w:line="240" w:lineRule="auto"/>
        <w:ind w:left="720"/>
      </w:pPr>
      <w:r/>
      <w:r>
        <w:rPr>
          <w:b/>
        </w:rPr>
        <w:t>Content creators lead the conversation:</w:t>
      </w:r>
      <w:r>
        <w:t xml:space="preserve"> Influencers such as Tia Hogue and Atlanta-based creators are steering queer dating and local culture talk in fun, relatable ways.</w:t>
      </w:r>
      <w:r/>
    </w:p>
    <w:p>
      <w:pPr>
        <w:pStyle w:val="ListBullet"/>
        <w:spacing w:line="240" w:lineRule="auto"/>
        <w:ind w:left="720"/>
      </w:pPr>
      <w:r/>
      <w:r>
        <w:rPr>
          <w:b/>
        </w:rPr>
        <w:t>Sport and style collide:</w:t>
      </w:r>
      <w:r>
        <w:t xml:space="preserve"> WNBA players and other athletes are doubling as fashion and lifestyle tastemakers, posting All-Star energy off the court.</w:t>
      </w:r>
      <w:r/>
    </w:p>
    <w:p>
      <w:pPr>
        <w:pStyle w:val="ListBullet"/>
        <w:spacing w:line="240" w:lineRule="auto"/>
        <w:ind w:left="720"/>
      </w:pPr>
      <w:r/>
      <w:r>
        <w:rPr>
          <w:b/>
        </w:rPr>
        <w:t>Vibes and substance together:</w:t>
      </w:r>
      <w:r>
        <w:t xml:space="preserve"> Posts are equal parts aesthetic , sleek street looks, sultry shoots , and meaningful: queer joy, dating nuances, and community pride.</w:t>
      </w:r>
      <w:r/>
    </w:p>
    <w:p>
      <w:pPr>
        <w:pStyle w:val="ListBullet"/>
        <w:spacing w:line="240" w:lineRule="auto"/>
        <w:ind w:left="720"/>
      </w:pPr>
      <w:r/>
      <w:r>
        <w:rPr>
          <w:b/>
        </w:rPr>
        <w:t>How to engage safely:</w:t>
      </w:r>
      <w:r>
        <w:t xml:space="preserve"> Follow, amplify, buy merch when possible, and engage with respectful comments , your likes can turn into cultural capital.</w:t>
      </w:r>
      <w:r/>
      <w:r/>
    </w:p>
    <w:p>
      <w:pPr>
        <w:pStyle w:val="Heading2"/>
      </w:pPr>
      <w:r>
        <w:t>Why late-summer feeds are all about queer visibility</w:t>
      </w:r>
      <w:r/>
    </w:p>
    <w:p>
      <w:r/>
      <w:r>
        <w:t>Summer’s not over yet, and timelines are still full of sunlit shoots, stadium glamour, and nightlife recaps that feel like a last hurrah. Social feeds show us more than glossy photos; they’re where queer women shape narratives about desire, identity and style. According to several profiles and interviews in cultural outlets, high-profile artists and influencers have used recent appearances and chats to be candid about sexuality, and that honesty trickles down to creators and fans. If you want to keep the conversation going, save posts, share stories and comment with support , small actions matter.</w:t>
      </w:r>
      <w:r/>
    </w:p>
    <w:p>
      <w:pPr>
        <w:pStyle w:val="Heading2"/>
      </w:pPr>
      <w:r>
        <w:t>Stars like Megan Thee Stallion and Yung Miami are bringing bisexuality into mainstream talk</w:t>
      </w:r>
      <w:r/>
    </w:p>
    <w:p>
      <w:r/>
      <w:r>
        <w:t>Pop and hip-hop stars have always set cultural trends, but now their personal revelations do more than make headlines; they open rooms for conversation. Coverage across entertainment outlets highlights how acts of flirtation, dating talk and coming-out moments from big names normalise bisexuality for mass audiences. That shift feels freeing: you get confident sex appeal on the surface and meaningful representation underneath. If you’re curious, follow their verified accounts and read interviews in Teen Vogue and other profiles to catch nuance rather than gossip.</w:t>
      </w:r>
      <w:r/>
    </w:p>
    <w:p>
      <w:pPr>
        <w:pStyle w:val="Heading2"/>
      </w:pPr>
      <w:r>
        <w:t>Creators are where the dating and cultural microtrends live</w:t>
      </w:r>
      <w:r/>
    </w:p>
    <w:p>
      <w:r/>
      <w:r>
        <w:t>Influencers such as Tia Hogue are translating the messy, funny parts of queer dating into viral clips and community guides. These creators often post practical content , first-date tips, queer-friendly hangouts, and low-cost things to do in cities like Atlanta beyond the usual lounge circuit. The beauty here is the mix of humour and utility; you learn something while you laugh. For anyone exploring apps or IRL scenes, take their tips as starting points, not gospel, and remember to prioritise safety: meet in public, tell a friend your plans and trust your instincts.</w:t>
      </w:r>
      <w:r/>
    </w:p>
    <w:p>
      <w:pPr>
        <w:pStyle w:val="Heading2"/>
      </w:pPr>
      <w:r>
        <w:t>Athletes and sportswomen are changing the look of queer cool</w:t>
      </w:r>
      <w:r/>
    </w:p>
    <w:p>
      <w:r/>
      <w:r>
        <w:t>When WNBA players and other athletes post All-Star Weekend content, it’s not only about game highlights; it’s runway energy and real-life mentoring. Sports coverage has tracked how players use their platforms for fashion, activism and relationship openness, which helps younger fans find role models who are both fierce and grounded. If you want to support queer athletes, buy official merch, attend games when you can, or amplify their social posts , it’s a way to fund visibility that translates into league-level acceptance.</w:t>
      </w:r>
      <w:r/>
    </w:p>
    <w:p>
      <w:pPr>
        <w:pStyle w:val="Heading2"/>
      </w:pPr>
      <w:r>
        <w:t>How to follow, support and enjoy without crossing lines</w:t>
      </w:r>
      <w:r/>
    </w:p>
    <w:p>
      <w:r/>
      <w:r>
        <w:t>There’s a gentle etiquette to enjoying public queer culture: be present, not predatory. Follow creators, like thoughtfully, and leave positive comments rather than invasive questions about someone’s private life. If you’re amplifying content, credit the original post and avoid spreading unverified personal details. When possible, support with purchases , merch, Patreon tiers or ticketed events , so creators can keep making work. And if you’re recommending people to friends, highlight craft and impact, not just looks.</w:t>
      </w:r>
      <w:r/>
    </w:p>
    <w:p>
      <w:r/>
      <w:r>
        <w:t>It's a small change that can make every follow mean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0">
        <w:r>
          <w:rPr>
            <w:color w:val="0000EE"/>
            <w:u w:val="single"/>
          </w:rPr>
          <w:t>[6]</w:t>
        </w:r>
      </w:hyperlink>
      <w:r>
        <w:t xml:space="preserve">- Paragraph 3: </w:t>
      </w:r>
      <w:hyperlink r:id="rId10">
        <w:r>
          <w:rPr>
            <w:color w:val="0000EE"/>
            <w:u w:val="single"/>
          </w:rPr>
          <w:t>[2]</w:t>
        </w:r>
      </w:hyperlink>
      <w:r>
        <w:t xml:space="preserve">, </w:t>
      </w:r>
      <w:hyperlink r:id="rId10">
        <w:r>
          <w:rPr>
            <w:color w:val="0000EE"/>
            <w:u w:val="single"/>
          </w:rPr>
          <w:t>[7]</w:t>
        </w:r>
      </w:hyperlink>
      <w:r>
        <w:t xml:space="preserve">- Paragraph 4: </w:t>
      </w:r>
      <w:hyperlink r:id="rId13">
        <w:r>
          <w:rPr>
            <w:color w:val="0000EE"/>
            <w:u w:val="single"/>
          </w:rPr>
          <w:t>[4]</w:t>
        </w:r>
      </w:hyperlink>
      <w:r>
        <w:t xml:space="preserve">, </w:t>
      </w:r>
      <w:hyperlink r:id="rId11">
        <w:r>
          <w:rPr>
            <w:color w:val="0000EE"/>
            <w:u w:val="single"/>
          </w:rPr>
          <w:t>[5]</w:t>
        </w:r>
      </w:hyperlink>
      <w:r>
        <w:t xml:space="preserve">- Paragraph 5: </w:t>
      </w:r>
      <w:hyperlink r:id="rId12">
        <w:r>
          <w:rPr>
            <w:color w:val="0000EE"/>
            <w:u w:val="single"/>
          </w:rPr>
          <w:t>[3]</w:t>
        </w:r>
      </w:hyperlink>
      <w:r>
        <w:t xml:space="preserve">,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https://madamenoire.com/1684157/wcw-women-crush-wednesday-sexy-queer-queens-vol-34/</w:t>
        </w:r>
      </w:hyperlink>
      <w:r>
        <w:t xml:space="preserve"> - Please view link - unable to able to access data</w:t>
      </w:r>
      <w:r/>
    </w:p>
    <w:p>
      <w:pPr>
        <w:pStyle w:val="ListNumber"/>
        <w:spacing w:line="240" w:lineRule="auto"/>
        <w:ind w:left="720"/>
      </w:pPr>
      <w:r/>
      <w:hyperlink r:id="rId10">
        <w:r>
          <w:rPr>
            <w:color w:val="0000EE"/>
            <w:u w:val="single"/>
          </w:rPr>
          <w:t>https://www.teenvogue.com/story/yung-miami-bisexual-megan-thee-stallion-crush</w:t>
        </w:r>
      </w:hyperlink>
      <w:r>
        <w:t xml:space="preserve"> - In May 2023, rapper Yung Miami of City Girls confirmed her bisexuality during an appearance on Jason Lee's talk show. She expressed a strong attraction to Megan Thee Stallion, stating, "I’ma smash, all day and tomorrow." Miami clarified that while she enjoys the company of women, she does not seek a long-term relationship with them. This revelation followed previous flirtations between the two artists, including a 2021 exchange on Twitter where Megan expressed interest in dating Miami.</w:t>
      </w:r>
      <w:r/>
    </w:p>
    <w:p>
      <w:pPr>
        <w:pStyle w:val="ListNumber"/>
        <w:spacing w:line="240" w:lineRule="auto"/>
        <w:ind w:left="720"/>
      </w:pPr>
      <w:r/>
      <w:hyperlink r:id="rId12">
        <w:r>
          <w:rPr>
            <w:color w:val="0000EE"/>
            <w:u w:val="single"/>
          </w:rPr>
          <w:t>https://www.out.com/celebs/yung-miami-bisexual</w:t>
        </w:r>
      </w:hyperlink>
      <w:r>
        <w:t xml:space="preserve"> - In May 2023, rapper Yung Miami publicly confirmed her bisexuality during an interview on Revolt’s The Jason Lee Show. When asked about fellow rapper Megan Thee Stallion, Miami expressed a strong attraction, stating, "I’ma smash, all day and tomorrow." She further clarified her bisexuality, stating, "I really do like girls." This candid admission followed previous flirtations between the two artists, highlighting their ongoing playful interactions.</w:t>
      </w:r>
      <w:r/>
    </w:p>
    <w:p>
      <w:pPr>
        <w:pStyle w:val="ListNumber"/>
        <w:spacing w:line="240" w:lineRule="auto"/>
        <w:ind w:left="720"/>
      </w:pPr>
      <w:r/>
      <w:hyperlink r:id="rId13">
        <w:r>
          <w:rPr>
            <w:color w:val="0000EE"/>
            <w:u w:val="single"/>
          </w:rPr>
          <w:t>https://www.tmz.com/2023/05/03/yung-miami-bisexual-megan-thee-stallion-city-girls-jason-lee-show-diddy/</w:t>
        </w:r>
      </w:hyperlink>
      <w:r>
        <w:t xml:space="preserve"> - In May 2023, rapper Yung Miami of City Girls revealed her bisexuality during an appearance on "The Jason Lee Show." She expressed a strong attraction to Megan Thee Stallion, stating, "I’ma smash all day and tomorrow." Miami clarified that while she enjoys the company of women, she does not seek a long-term relationship with them. This revelation followed previous flirtations between the two artists, including a 2021 exchange on Twitter where Megan expressed interest in dating Miami.</w:t>
      </w:r>
      <w:r/>
    </w:p>
    <w:p>
      <w:pPr>
        <w:pStyle w:val="ListNumber"/>
        <w:spacing w:line="240" w:lineRule="auto"/>
        <w:ind w:left="720"/>
      </w:pPr>
      <w:r/>
      <w:hyperlink r:id="rId11">
        <w:r>
          <w:rPr>
            <w:color w:val="0000EE"/>
            <w:u w:val="single"/>
          </w:rPr>
          <w:t>https://www.thepinknews.com/2023/05/05/yung-miami-bisexual-megan-thee-stallion-coming-out/</w:t>
        </w:r>
      </w:hyperlink>
      <w:r>
        <w:t xml:space="preserve"> - In May 2023, rapper Yung Miami publicly came out as bisexual during an interview on Revolt’s The Jason Lee Show. She expressed a strong attraction to Megan Thee Stallion, stating, "I’ma smash all day and tomorrow." Miami clarified that while she enjoys the company of women, she does not seek a long-term relationship with them. This candid admission followed previous flirtations between the two artists, highlighting their ongoing playful interactions.</w:t>
      </w:r>
      <w:r/>
    </w:p>
    <w:p>
      <w:pPr>
        <w:pStyle w:val="ListNumber"/>
        <w:spacing w:line="240" w:lineRule="auto"/>
        <w:ind w:left="720"/>
      </w:pPr>
      <w:r/>
      <w:hyperlink r:id="rId10">
        <w:r>
          <w:rPr>
            <w:color w:val="0000EE"/>
            <w:u w:val="single"/>
          </w:rPr>
          <w:t>https://www.teenvogue.com/story/yung-miami-bisexual-megan-thee-stallion-crush</w:t>
        </w:r>
      </w:hyperlink>
      <w:r>
        <w:t xml:space="preserve"> - In May 2023, rapper Yung Miami of City Girls confirmed her bisexuality during an appearance on Jason Lee's talk show. She expressed a strong attraction to Megan Thee Stallion, stating, "I’ma smash, all day and tomorrow." Miami clarified that while she enjoys the company of women, she does not seek a long-term relationship with them. This revelation followed previous flirtations between the two artists, including a 2021 exchange on Twitter where Megan expressed interest in dating Miami.</w:t>
      </w:r>
      <w:r/>
    </w:p>
    <w:p>
      <w:pPr>
        <w:pStyle w:val="ListNumber"/>
        <w:spacing w:line="240" w:lineRule="auto"/>
        <w:ind w:left="720"/>
      </w:pPr>
      <w:r/>
      <w:hyperlink r:id="rId10">
        <w:r>
          <w:rPr>
            <w:color w:val="0000EE"/>
            <w:u w:val="single"/>
          </w:rPr>
          <w:t>https://www.teenvogue.com/story/yung-miami-bisexual-megan-thee-stallion-crush</w:t>
        </w:r>
      </w:hyperlink>
      <w:r>
        <w:t xml:space="preserve"> - In May 2023, rapper Yung Miami of City Girls confirmed her bisexuality during an appearance on Jason Lee's talk show. She expressed a strong attraction to Megan Thee Stallion, stating, "I’ma smash, all day and tomorrow." Miami clarified that while she enjoys the company of women, she does not seek a long-term relationship with them. This revelation followed previous flirtations between the two artists, including a 2021 exchange on Twitter where Megan expressed interest in dating Miami.</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adamenoire.com/1684157/wcw-women-crush-wednesday-sexy-queer-queens-vol-34/" TargetMode="External"/><Relationship Id="rId10" Type="http://schemas.openxmlformats.org/officeDocument/2006/relationships/hyperlink" Target="https://www.teenvogue.com/story/yung-miami-bisexual-megan-thee-stallion-crush" TargetMode="External"/><Relationship Id="rId11" Type="http://schemas.openxmlformats.org/officeDocument/2006/relationships/hyperlink" Target="https://www.thepinknews.com/2023/05/05/yung-miami-bisexual-megan-thee-stallion-coming-out/" TargetMode="External"/><Relationship Id="rId12" Type="http://schemas.openxmlformats.org/officeDocument/2006/relationships/hyperlink" Target="https://www.out.com/celebs/yung-miami-bisexual" TargetMode="External"/><Relationship Id="rId13" Type="http://schemas.openxmlformats.org/officeDocument/2006/relationships/hyperlink" Target="https://www.tmz.com/2023/05/03/yung-miami-bisexual-megan-thee-stallion-city-girls-jason-lee-show-didd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