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Hiking and Mountaineering Trips: Find Your Next Summit Safely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the hills: queer hikers and climbers are discovering community, challenge and meaning on trails worldwide, from the Himalayas to the Pacific Crest. This guide shows who’s leading the way, which treks are trending, and, crucially, how to prepare so your next summit is as safe as it feels liberating.</w:t>
      </w:r>
      <w:r/>
    </w:p>
    <w:p>
      <w:r/>
      <w:r>
        <w:t>Essential Takeaways</w:t>
      </w:r>
      <w:r/>
      <w:r/>
    </w:p>
    <w:p>
      <w:pPr>
        <w:pStyle w:val="ListBullet"/>
        <w:spacing w:line="240" w:lineRule="auto"/>
        <w:ind w:left="720"/>
      </w:pPr>
      <w:r/>
      <w:r>
        <w:rPr>
          <w:b/>
        </w:rPr>
        <w:t>Community-led trips:</w:t>
      </w:r>
      <w:r>
        <w:t xml:space="preserve"> LGBTQ+ organisations now run guided treks and training, creating welcoming groups for every level.</w:t>
      </w:r>
      <w:r/>
    </w:p>
    <w:p>
      <w:pPr>
        <w:pStyle w:val="ListBullet"/>
        <w:spacing w:line="240" w:lineRule="auto"/>
        <w:ind w:left="720"/>
      </w:pPr>
      <w:r/>
      <w:r>
        <w:rPr>
          <w:b/>
        </w:rPr>
        <w:t>Bucket-list routes:</w:t>
      </w:r>
      <w:r>
        <w:t xml:space="preserve"> Popular options include Everest Base Camp, Tour du Mont Blanc, Patagonia’s W Trek, the Inca Trail and Kilimanjaro, each with distinct demands.</w:t>
      </w:r>
      <w:r/>
    </w:p>
    <w:p>
      <w:pPr>
        <w:pStyle w:val="ListBullet"/>
        <w:spacing w:line="240" w:lineRule="auto"/>
        <w:ind w:left="720"/>
      </w:pPr>
      <w:r/>
      <w:r>
        <w:rPr>
          <w:b/>
        </w:rPr>
        <w:t>Safety first:</w:t>
      </w:r>
      <w:r>
        <w:t xml:space="preserve"> Carry emergency comms, follow avalanche and weather forecasts, and leave a route plan; know the Ten Essentials.</w:t>
      </w:r>
      <w:r/>
    </w:p>
    <w:p>
      <w:pPr>
        <w:pStyle w:val="ListBullet"/>
        <w:spacing w:line="240" w:lineRule="auto"/>
        <w:ind w:left="720"/>
      </w:pPr>
      <w:r/>
      <w:r>
        <w:rPr>
          <w:b/>
        </w:rPr>
        <w:t>Inclusive clubs:</w:t>
      </w:r>
      <w:r>
        <w:t xml:space="preserve"> Groups from grassroots queer mountaineers to national organisations make the outdoors more accessible and diverse.</w:t>
      </w:r>
      <w:r/>
    </w:p>
    <w:p>
      <w:pPr>
        <w:pStyle w:val="ListBullet"/>
        <w:spacing w:line="240" w:lineRule="auto"/>
        <w:ind w:left="720"/>
      </w:pPr>
      <w:r/>
      <w:r>
        <w:rPr>
          <w:b/>
        </w:rPr>
        <w:t>Practical prep:</w:t>
      </w:r>
      <w:r>
        <w:t xml:space="preserve"> Choose longer acclimatisation itineraries on high peaks and match route difficulty to experience for best outcomes.</w:t>
      </w:r>
      <w:r/>
      <w:r/>
    </w:p>
    <w:p>
      <w:pPr>
        <w:pStyle w:val="Heading2"/>
      </w:pPr>
      <w:r>
        <w:t>Why queer-specific treks are booming , and why that matters</w:t>
      </w:r>
      <w:r/>
    </w:p>
    <w:p>
      <w:r/>
      <w:r>
        <w:t>There’s a clear emotional pull to reaching high places: solitude, perspective and the pure, physical satisfaction of moving through wild country. But equally important is the social shift making those experiences accessible and affirming. Organisations now offer all-gay departures, queer-friendly guides and training courses so people can bring their full selves to the trail without the usual barriers.</w:t>
      </w:r>
      <w:r/>
    </w:p>
    <w:p>
      <w:r/>
      <w:r>
        <w:t>Many hikers report a quieter confidence on trips where community is explicit; you’re not just ticking a summit off a list, you’re joining people who’ve thought about safety, logistics and inclusion. For anyone new to organised adventure travel, that combination of practical planning and peer support is reassuring.</w:t>
      </w:r>
      <w:r/>
    </w:p>
    <w:p>
      <w:pPr>
        <w:pStyle w:val="Heading2"/>
      </w:pPr>
      <w:r>
        <w:t>Top bucket-list hikes and what each really demands</w:t>
      </w:r>
      <w:r/>
    </w:p>
    <w:p>
      <w:r/>
      <w:r>
        <w:t>Not all great treks are created equal. Everest Base Camp delivers Himalayan panoramas and Sherpa culture but is an altitude test; the Inca Trail gives Machu Picchu’s dramatic dawns but needs permits booked months ahead. The Tour du Mont Blanc is brilliant if you want cross-border scenery with refuges to rest in, while Patagonia’s W Trek is weather roulette, bring layers and patience.</w:t>
      </w:r>
      <w:r/>
    </w:p>
    <w:p>
      <w:r/>
      <w:r>
        <w:t>If you dream of Kilimanjaro, pick a seven- or eight-day route for proper acclimatisation; shorter itineraries raise the odds of turning back or getting ill. And the Pacific Crest Trail is less a holiday and more a life experience, section hikes are a good way in if you’re not ready for five months on trail.</w:t>
      </w:r>
      <w:r/>
    </w:p>
    <w:p>
      <w:pPr>
        <w:pStyle w:val="Heading2"/>
      </w:pPr>
      <w:r>
        <w:t>Clubs and groups making the outdoors welcome</w:t>
      </w:r>
      <w:r/>
    </w:p>
    <w:p>
      <w:r/>
      <w:r>
        <w:t>Grassroots and national organisations now fill the calendar with hikes, skills sessions and longer expeditions. Volunteer-led groups focus on accessibility, gear sharing and lowering financial barriers so mountaineering isn’t just for a privileged few.</w:t>
      </w:r>
      <w:r/>
    </w:p>
    <w:p>
      <w:r/>
      <w:r>
        <w:t>Joining a club does more than offer company. It’s where you learn to match pace, practice route planning and understand group decision-making, skills that mountain rescue teams repeatedly flag as lifesavers. If you want to train for alpine routes, look for groups that provide navigation, avalanche awareness and basic alpine leadership.</w:t>
      </w:r>
      <w:r/>
    </w:p>
    <w:p>
      <w:pPr>
        <w:pStyle w:val="Heading2"/>
      </w:pPr>
      <w:r>
        <w:t>Safety essentials: what to pack and how to think like a mountain person</w:t>
      </w:r>
      <w:r/>
    </w:p>
    <w:p>
      <w:r/>
      <w:r>
        <w:t>The mountains are beautiful and merciless in equal measure. Treat planning as part of the trip: check avalanche forecasts, fire and heat warnings, and local weather. Always leave a detailed route plan with someone reliable and never assume mobile coverage.</w:t>
      </w:r>
      <w:r/>
    </w:p>
    <w:p>
      <w:r/>
      <w:r>
        <w:t>Carry a simple kit built around the Ten Essentials, navigation, headlamp, waterproofs, extra clothing, food, water, sun protection, first aid, fire starter and emergency shelter, and consider a satellite messenger or PLB for remote areas. Match your ambitions to experience: altitude sickness, dehydration and bad decision-making do more harm than poor fitness.</w:t>
      </w:r>
      <w:r/>
    </w:p>
    <w:p>
      <w:pPr>
        <w:pStyle w:val="Heading2"/>
      </w:pPr>
      <w:r>
        <w:t>Practical tips for finding the right queer-friendly trip</w:t>
      </w:r>
      <w:r/>
    </w:p>
    <w:p>
      <w:r/>
      <w:r>
        <w:t>Start local to build skills and confidence: day hikes, weekend wild camps and skills clinics teach gear, pacing and group etiquette. When choosing guided departures, ask about guide vetting, group size, and the company’s policy on inclusivity and safety. For high-altitude ambitions, prioritise itineraries with longer acclimatisation windows and professional medical contingency plans.</w:t>
      </w:r>
      <w:r/>
    </w:p>
    <w:p>
      <w:r/>
      <w:r>
        <w:t>Follow queer outdoor leaders and local clubs on social media to find meetups, training days and youth programmes. Those feeds aren’t just aspirational, they’re the best way to spot trips, discounts and peer advice tailored to queer adventurers.</w:t>
      </w:r>
      <w:r/>
    </w:p>
    <w:p>
      <w:r/>
      <w:r>
        <w:t>It's a small change that can make every climb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[5]</w:t>
        </w:r>
      </w:hyperlink>
      <w:r>
        <w:t xml:space="preserve">- Paragraph 6: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https://www.vacationer.travel/a-quick-and-queer-guide-to-hiking-and-mountaineering/</w:t>
        </w:r>
      </w:hyperlink>
      <w:r>
        <w:t xml:space="preserve"> - Please view link - unable to able to access data</w:t>
      </w:r>
      <w:r/>
    </w:p>
    <w:p>
      <w:pPr>
        <w:pStyle w:val="ListNumber"/>
        <w:spacing w:line="240" w:lineRule="auto"/>
        <w:ind w:left="720"/>
      </w:pPr>
      <w:r/>
      <w:hyperlink r:id="rId10">
        <w:r>
          <w:rPr>
            <w:color w:val="0000EE"/>
            <w:u w:val="single"/>
          </w:rPr>
          <w:t>https://www.queermountaineers.com/</w:t>
        </w:r>
      </w:hyperlink>
      <w:r>
        <w:t xml:space="preserve"> - Queer Mountaineers is a volunteer-led community organisation based in the Pacific Northwest, offering a variety of outdoor activities such as hiking, mountaineering clinics, indoor and outdoor climbing, skiing, social events, and leadership pathways. Their mission is to provide a safe and inclusive space for outdoor enthusiasts of all backgrounds, genders, and sexualities, fostering community and promoting diversity in the outdoors. They host monthly Queer Climb Nights in partnership with local climbing gyms and offer trips and events throughout the region.</w:t>
      </w:r>
      <w:r/>
    </w:p>
    <w:p>
      <w:pPr>
        <w:pStyle w:val="ListNumber"/>
        <w:spacing w:line="240" w:lineRule="auto"/>
        <w:ind w:left="720"/>
      </w:pPr>
      <w:r/>
      <w:hyperlink r:id="rId14">
        <w:r>
          <w:rPr>
            <w:color w:val="0000EE"/>
            <w:u w:val="single"/>
          </w:rPr>
          <w:t>https://www.trailmixer.org/</w:t>
        </w:r>
      </w:hyperlink>
      <w:r>
        <w:t xml:space="preserve"> - Trailmixer is a non-profit organisation dedicated to creating inclusive, educational outdoor experiences for underserved LGBTQ+ youth. They organise community hikes around Los Angeles and annual fundraiser hikes supporting their OUTdoor Access Fund. Their mission focuses on empowering LGBTQ+ youth by providing access to nature and outdoor activities, fostering community, and promoting mental well-being. They offer a range of events and trips, including climbs, backpacking, and hikes, aiming to make the outdoors accessible and welcoming for all.</w:t>
      </w:r>
      <w:r/>
    </w:p>
    <w:p>
      <w:pPr>
        <w:pStyle w:val="ListNumber"/>
        <w:spacing w:line="240" w:lineRule="auto"/>
        <w:ind w:left="720"/>
      </w:pPr>
      <w:r/>
      <w:hyperlink r:id="rId11">
        <w:r>
          <w:rPr>
            <w:color w:val="0000EE"/>
            <w:u w:val="single"/>
          </w:rPr>
          <w:t>https://adventuringlgbtq.com/</w:t>
        </w:r>
      </w:hyperlink>
      <w:r>
        <w:t xml:space="preserve"> - Adventuring LGBTQ+ is an outdoor club for the LGBTQ+ community in the Washington, DC Metro area, focusing on enjoying the outdoors and being physically active. They specialise in half-day and day-long hikes in DC, Virginia, Maryland, West Virginia, and Pennsylvania, accepting all fitness levels. In addition to hiking, they organise camping, backpacking, and canoeing trips when volunteers are available to lead them. The club welcomes beginners and coordinates carpools from Metro stations to facilitate participation.</w:t>
      </w:r>
      <w:r/>
    </w:p>
    <w:p>
      <w:pPr>
        <w:pStyle w:val="ListNumber"/>
        <w:spacing w:line="240" w:lineRule="auto"/>
        <w:ind w:left="720"/>
      </w:pPr>
      <w:r/>
      <w:hyperlink r:id="rId15">
        <w:r>
          <w:rPr>
            <w:color w:val="0000EE"/>
            <w:u w:val="single"/>
          </w:rPr>
          <w:t>https://www.trailheadgays.com/</w:t>
        </w:r>
      </w:hyperlink>
      <w:r>
        <w:t xml:space="preserve"> - TrailheadGays is a Bay Area non-profit dedicated to building community among gay men through outdoor adventures and activities. They organise hikes, trips, and adventures throughout the Bay Area, aiming to foster a healthy community for gay men while welcoming all members of the LGBTQ+ community and allies. Their mission includes exploring nature, building community, and promoting wellness through regular outdoor activities and social connections.</w:t>
      </w:r>
      <w:r/>
    </w:p>
    <w:p>
      <w:pPr>
        <w:pStyle w:val="ListNumber"/>
        <w:spacing w:line="240" w:lineRule="auto"/>
        <w:ind w:left="720"/>
      </w:pPr>
      <w:r/>
      <w:hyperlink r:id="rId12">
        <w:r>
          <w:rPr>
            <w:color w:val="0000EE"/>
            <w:u w:val="single"/>
          </w:rPr>
          <w:t>https://outventures.org/</w:t>
        </w:r>
      </w:hyperlink>
      <w:r>
        <w:t xml:space="preserve"> - OutVentures is an outdoor organisation for the LGBTQ+ community based in Seattle, serving the Puget Sound region and the larger Pacific Northwest. They engage in various outdoor activities like hiking, camping, biking, kayaking, and more. As a member-led organisation, they focus on bringing together individuals identifying as LGBTQ+ to explore the outdoors, offering a range of events and trips, including monthly potlucks, classes, and social events. They welcome anyone interested in leading or participating in adventures.</w:t>
      </w:r>
      <w:r/>
    </w:p>
    <w:p>
      <w:pPr>
        <w:pStyle w:val="ListNumber"/>
        <w:spacing w:line="240" w:lineRule="auto"/>
        <w:ind w:left="720"/>
      </w:pPr>
      <w:r/>
      <w:hyperlink r:id="rId13">
        <w:r>
          <w:rPr>
            <w:color w:val="0000EE"/>
            <w:u w:val="single"/>
          </w:rPr>
          <w:t>https://pinksummits.org/</w:t>
        </w:r>
      </w:hyperlink>
      <w:r>
        <w:t xml:space="preserve"> - Pink Summits is a non-profit campaign promoting queer visibility through outdoor sports, including mountaineering and other outdoor activities. Their mission encompasses community building, empowerment, outreach, support, visibility, storytelling, arts and media, research and advocacy, and queer-led expeditions. They aim to connect queer outdoor sportspeople to learn from and inspire each other, coordinate efforts to improve LGBTQ+ visibility, and create safe spaces in outdoor sports.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a-quick-and-queer-guide-to-hiking-and-mountaineering/" TargetMode="External"/><Relationship Id="rId10" Type="http://schemas.openxmlformats.org/officeDocument/2006/relationships/hyperlink" Target="https://www.queermountaineers.com/" TargetMode="External"/><Relationship Id="rId11" Type="http://schemas.openxmlformats.org/officeDocument/2006/relationships/hyperlink" Target="https://adventuringlgbtq.com/" TargetMode="External"/><Relationship Id="rId12" Type="http://schemas.openxmlformats.org/officeDocument/2006/relationships/hyperlink" Target="https://outventures.org/" TargetMode="External"/><Relationship Id="rId13" Type="http://schemas.openxmlformats.org/officeDocument/2006/relationships/hyperlink" Target="https://pinksummits.org/" TargetMode="External"/><Relationship Id="rId14" Type="http://schemas.openxmlformats.org/officeDocument/2006/relationships/hyperlink" Target="https://www.trailmixer.org/" TargetMode="External"/><Relationship Id="rId15" Type="http://schemas.openxmlformats.org/officeDocument/2006/relationships/hyperlink" Target="https://www.trailheadgay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