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Comedy Short to See in Dallas This Pride: Naked Pool Party’s Local Splash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flocking to see Naked Pool Party, a 31-minute queer comedy short made in Fort Worth that’s selling out Dallas screenings and turning Pride chatter into genuine community laughter; it matters because it’s funny, recognisable and stitched from neighbourhood life rather than studio polish.</w:t>
      </w:r>
      <w:r/>
    </w:p>
    <w:p>
      <w:r/>
      <w:r>
        <w:t>Essential Takeaways</w:t>
      </w:r>
      <w:r/>
      <w:r/>
    </w:p>
    <w:p>
      <w:pPr>
        <w:pStyle w:val="ListBullet"/>
        <w:spacing w:line="240" w:lineRule="auto"/>
        <w:ind w:left="720"/>
      </w:pPr>
      <w:r/>
      <w:r>
        <w:rPr>
          <w:b/>
        </w:rPr>
        <w:t>Local hit:</w:t>
      </w:r>
      <w:r>
        <w:t xml:space="preserve"> A 31-minute short from Dario Studios is selling out screenings around Dallas and getting encore shows at the Dallas Eagle.</w:t>
      </w:r>
      <w:r/>
    </w:p>
    <w:p>
      <w:pPr>
        <w:pStyle w:val="ListBullet"/>
        <w:spacing w:line="240" w:lineRule="auto"/>
        <w:ind w:left="720"/>
      </w:pPr>
      <w:r/>
      <w:r>
        <w:rPr>
          <w:b/>
        </w:rPr>
        <w:t>Recognisable comedy:</w:t>
      </w:r>
      <w:r>
        <w:t xml:space="preserve"> The film mines everyday queer life, awkward hookups, breakup rehearsals and poolside drama, so it feels familiar and affectionate.</w:t>
      </w:r>
      <w:r/>
    </w:p>
    <w:p>
      <w:pPr>
        <w:pStyle w:val="ListBullet"/>
        <w:spacing w:line="240" w:lineRule="auto"/>
        <w:ind w:left="720"/>
      </w:pPr>
      <w:r/>
      <w:r>
        <w:rPr>
          <w:b/>
        </w:rPr>
        <w:t>Hands-on production:</w:t>
      </w:r>
      <w:r>
        <w:t xml:space="preserve"> Shot in three days at a friend’s Arlington pool, with a last-minute actor save that became a standout performance.</w:t>
      </w:r>
      <w:r/>
    </w:p>
    <w:p>
      <w:pPr>
        <w:pStyle w:val="ListBullet"/>
        <w:spacing w:line="240" w:lineRule="auto"/>
        <w:ind w:left="720"/>
      </w:pPr>
      <w:r/>
      <w:r>
        <w:rPr>
          <w:b/>
        </w:rPr>
        <w:t>Emotional throughline:</w:t>
      </w:r>
      <w:r>
        <w:t xml:space="preserve"> Despite the nudity and jokes, the story leans into vulnerability and real heartbreak.</w:t>
      </w:r>
      <w:r/>
    </w:p>
    <w:p>
      <w:pPr>
        <w:pStyle w:val="ListBullet"/>
        <w:spacing w:line="240" w:lineRule="auto"/>
        <w:ind w:left="720"/>
      </w:pPr>
      <w:r/>
      <w:r>
        <w:rPr>
          <w:b/>
        </w:rPr>
        <w:t>Festival route:</w:t>
      </w:r>
      <w:r>
        <w:t xml:space="preserve"> No streaming release yet; your best chance to see it is at local screenings and festivals.</w:t>
      </w:r>
      <w:r/>
      <w:r/>
    </w:p>
    <w:p>
      <w:pPr>
        <w:pStyle w:val="Heading2"/>
      </w:pPr>
      <w:r>
        <w:t>Why this small queer short is causing big local buzz</w:t>
      </w:r>
      <w:r/>
    </w:p>
    <w:p>
      <w:r/>
      <w:r>
        <w:t>The hook is obvious: a movie called Naked Pool Party actually got people to put clothes on and turn up. The 31-minute comedy sold out its Studio Movie Grill premiere so fast organisers upgraded the venue, and screenings filled again at the Dallas Eagle. That feels like proof the film touched a communal nerve, offering laughs that land because they’re rooted in recognition rather than gimmick.</w:t>
      </w:r>
      <w:r/>
    </w:p>
    <w:p>
      <w:r/>
      <w:r>
        <w:t>Local makers matter here. According to coverage in local outlets, Dario Studios, run by husbands Carlos Suarez and Jorge Jimenez, built the short from patchwork observations of Dallas Pride and backyard afternoons. That grassroots origin shows on screen: it’s sunny, a little chaotic, and full of the small, specific details that make people shout “that’s so us” during a scene.</w:t>
      </w:r>
      <w:r/>
    </w:p>
    <w:p>
      <w:pPr>
        <w:pStyle w:val="Heading2"/>
      </w:pPr>
      <w:r>
        <w:t>Characters you’ve met at a real pool party</w:t>
      </w:r>
      <w:r/>
    </w:p>
    <w:p>
      <w:r/>
      <w:r>
        <w:t>The cast centres on three friends: the instigator, the anxious towel-clinger and the newly dumped man insisting he’s fine. Those archetypes are comedy gold because we’ve all been one of them. Playing the “villain” ex, Andrew Begay leaned into theatrical instincts and found the role unexpectedly cathartic, which only deepens the laughs with a little sting of truth.</w:t>
      </w:r>
      <w:r/>
    </w:p>
    <w:p>
      <w:r/>
      <w:r>
        <w:t>This isn’t pantomime. The filmmakers worked to give even the most cartoonish figures a sliver of humanity, so the audience can boo the ex and still recognise their own messy behaviour. That combination of affection and honesty is what makes the humour land beyond cheap gags.</w:t>
      </w:r>
      <w:r/>
    </w:p>
    <w:p>
      <w:pPr>
        <w:pStyle w:val="Heading2"/>
      </w:pPr>
      <w:r>
        <w:t>The DIY production that turned a crisis into charm</w:t>
      </w:r>
      <w:r/>
    </w:p>
    <w:p>
      <w:r/>
      <w:r>
        <w:t>Indie sets are made of improvisation, and this one is no different. When the actor for the bartender role backed out minutes before shooting, background extra Frank Lacherre stepped up and turned panic into a comic highlight. That “we’ll make it work” spirit is quintessentially community-driven filmmaking, and it shows in a performance that feels effortless on camera.</w:t>
      </w:r>
      <w:r/>
    </w:p>
    <w:p>
      <w:r/>
      <w:r>
        <w:t>Suarez’s directorial perfectionism is another ingredient. Reporters note retakes, precise angles and wide grins from the crew as scenes were run again and again, sometimes meaning someone got dunked multiple times for the perfect splash. The result looks polished without losing the warm, sweaty messiness of a genuine backyard hangout.</w:t>
      </w:r>
      <w:r/>
    </w:p>
    <w:p>
      <w:pPr>
        <w:pStyle w:val="Heading2"/>
      </w:pPr>
      <w:r>
        <w:t>Why the nudity is more storytelling than shock value</w:t>
      </w:r>
      <w:r/>
    </w:p>
    <w:p>
      <w:r/>
      <w:r>
        <w:t>It’s tempting to think a film titled Naked Pool Party is shorthand for titillation, but the nudity functions as a storytelling device. The bodily exposure in the short forces characters to confront body image, vulnerability and intimacy at once, and flashbacks and skyline shots, like those on the Margaret Hunt Hill Bridge, give the piece an unexpectedly tender centre.</w:t>
      </w:r>
      <w:r/>
    </w:p>
    <w:p>
      <w:r/>
      <w:r>
        <w:t>Cast and crew describe turning head-turning moments into scenes of real feeling, and audiences respond because the film balances “spicy” and “heartbreaking” without turning either into a salable label. That restraint makes the film feel like a love letter to queer friendship, not a provocation.</w:t>
      </w:r>
      <w:r/>
    </w:p>
    <w:p>
      <w:pPr>
        <w:pStyle w:val="Heading2"/>
      </w:pPr>
      <w:r>
        <w:t>Where and how to catch it (and why you should)</w:t>
      </w:r>
      <w:r/>
    </w:p>
    <w:p>
      <w:r/>
      <w:r>
        <w:t>For now, festivals and local screenings are the name of the game; there’s no announced streaming release. That means your best shot is catching the encore at the Dallas Eagle or any festival stops Dario Studios announces. Seeing it in a room full of people who get the jokes elevates the experience, laughter and knowing looks travel better in person.</w:t>
      </w:r>
      <w:r/>
    </w:p>
    <w:p>
      <w:r/>
      <w:r>
        <w:t>If you go, expect a short, sharp comedy that leaves you thinking about friendships and bodies as much as you smile at the one-liners. Bring a towel, or don’t, either way, you’ll leave feeling like you were part of a very specific, very affectionate corner of Dallas queer life.</w:t>
      </w:r>
      <w:r/>
    </w:p>
    <w:p>
      <w:r/>
      <w:r>
        <w:t>It's a small, funny film that proves community stories can pack a big punch.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1">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https://instinctmagazine.com/naked-pool-party/</w:t>
        </w:r>
      </w:hyperlink>
      <w:r>
        <w:t xml:space="preserve"> - Please view link - unable to able to access data</w:t>
      </w:r>
      <w:r/>
    </w:p>
    <w:p>
      <w:pPr>
        <w:pStyle w:val="ListNumber"/>
        <w:spacing w:line="240" w:lineRule="auto"/>
        <w:ind w:left="720"/>
      </w:pPr>
      <w:r/>
      <w:hyperlink r:id="rId10">
        <w:r>
          <w:rPr>
            <w:color w:val="0000EE"/>
            <w:u w:val="single"/>
          </w:rPr>
          <w:t>https://www.imdb.com/title/tt39161405/</w:t>
        </w:r>
      </w:hyperlink>
      <w:r>
        <w:t xml:space="preserve"> - 'Naked Pool Party' is a 31-minute comedy short directed by Carlos Suarez, following three gay friends—Frankie, Chris, and Oscar—as they step out of their comfort zones to attend their first naked pool party. The film stars Trevor VanArsdale, Jorge Oldez, and Anthony Ortega. (</w:t>
      </w:r>
      <w:hyperlink r:id="rId15">
        <w:r>
          <w:rPr>
            <w:color w:val="0000EE"/>
            <w:u w:val="single"/>
          </w:rPr>
          <w:t>imdb.com</w:t>
        </w:r>
      </w:hyperlink>
      <w:r>
        <w:t>)</w:t>
      </w:r>
      <w:r/>
    </w:p>
    <w:p>
      <w:pPr>
        <w:pStyle w:val="ListNumber"/>
        <w:spacing w:line="240" w:lineRule="auto"/>
        <w:ind w:left="720"/>
      </w:pPr>
      <w:r/>
      <w:hyperlink r:id="rId16">
        <w:r>
          <w:rPr>
            <w:color w:val="0000EE"/>
            <w:u w:val="single"/>
          </w:rPr>
          <w:t>https://pro.imdb.com/title/tt39161405/</w:t>
        </w:r>
      </w:hyperlink>
      <w:r>
        <w:t xml:space="preserve"> - The IMDbPro page for 'Naked Pool Party' provides detailed production and contact information, including the film's runtime of 31 minutes, its genre as a comedy short, and the involvement of director Carlos Suarez and writers Jorge Jimenez and Blake Pichon. (</w:t>
      </w:r>
      <w:hyperlink r:id="rId17">
        <w:r>
          <w:rPr>
            <w:color w:val="0000EE"/>
            <w:u w:val="single"/>
          </w:rPr>
          <w:t>pro.imdb.com</w:t>
        </w:r>
      </w:hyperlink>
      <w:r>
        <w:t>)</w:t>
      </w:r>
      <w:r/>
    </w:p>
    <w:p>
      <w:pPr>
        <w:pStyle w:val="ListNumber"/>
        <w:spacing w:line="240" w:lineRule="auto"/>
        <w:ind w:left="720"/>
      </w:pPr>
      <w:r/>
      <w:hyperlink r:id="rId13">
        <w:r>
          <w:rPr>
            <w:color w:val="0000EE"/>
            <w:u w:val="single"/>
          </w:rPr>
          <w:t>https://letterboxd.com/film/naked-pool-party/</w:t>
        </w:r>
      </w:hyperlink>
      <w:r>
        <w:t xml:space="preserve"> - On Letterboxd, 'Naked Pool Party' is listed as a 31-minute comedy directed by Carlos Suarez, featuring a cast that includes Trevor VanArsdale, Jorge Oldez, and Anthony Ortega. The film follows three gay friends as they attend their first naked pool party. (</w:t>
      </w:r>
      <w:hyperlink r:id="rId18">
        <w:r>
          <w:rPr>
            <w:color w:val="0000EE"/>
            <w:u w:val="single"/>
          </w:rPr>
          <w:t>letterboxd.com</w:t>
        </w:r>
      </w:hyperlink>
      <w:r>
        <w:t>)</w:t>
      </w:r>
      <w:r/>
    </w:p>
    <w:p>
      <w:pPr>
        <w:pStyle w:val="ListNumber"/>
        <w:spacing w:line="240" w:lineRule="auto"/>
        <w:ind w:left="720"/>
      </w:pPr>
      <w:r/>
      <w:hyperlink r:id="rId12">
        <w:r>
          <w:rPr>
            <w:color w:val="0000EE"/>
            <w:u w:val="single"/>
          </w:rPr>
          <w:t>https://dallasvoice.com/warning-nudity-ahead/</w:t>
        </w:r>
      </w:hyperlink>
      <w:r>
        <w:t xml:space="preserve"> - An article in Dallas Voice discusses the production of 'Naked Pool Party,' highlighting its world-premiere red-carpet event on June 24, 2026, at Studio Movie Grill in Dallas. The film follows three best friends—Frankie, Chris, and Oscar—as they step outside their comfort zones to attend a men-only pool party. (</w:t>
      </w:r>
      <w:hyperlink r:id="rId19">
        <w:r>
          <w:rPr>
            <w:color w:val="0000EE"/>
            <w:u w:val="single"/>
          </w:rPr>
          <w:t>dallasvoice.com</w:t>
        </w:r>
      </w:hyperlink>
      <w:r>
        <w:t>)</w:t>
      </w:r>
      <w:r/>
    </w:p>
    <w:p>
      <w:pPr>
        <w:pStyle w:val="ListNumber"/>
        <w:spacing w:line="240" w:lineRule="auto"/>
        <w:ind w:left="720"/>
      </w:pPr>
      <w:r/>
      <w:hyperlink r:id="rId11">
        <w:r>
          <w:rPr>
            <w:color w:val="0000EE"/>
            <w:u w:val="single"/>
          </w:rPr>
          <w:t>https://www.eventbrite.com/e/naked-pool-party-red-carpet-premiere-tickets-1989796141824</w:t>
        </w:r>
      </w:hyperlink>
      <w:r>
        <w:t xml:space="preserve"> - The Eventbrite page for the 'Naked Pool Party' red-carpet premiere on June 24, 2026, at Studio Movie Grill in Dallas, Texas, provides details about the event, including a 6:30 PM red carpet reception, 7:30 PM showtime, and 8:30 PM Q&amp;A session. The event was organised by Dario Studios. (</w:t>
      </w:r>
      <w:hyperlink r:id="rId20">
        <w:r>
          <w:rPr>
            <w:color w:val="0000EE"/>
            <w:u w:val="single"/>
          </w:rPr>
          <w:t>eventbrite.com</w:t>
        </w:r>
      </w:hyperlink>
      <w:r>
        <w:t>)</w:t>
      </w:r>
      <w:r/>
    </w:p>
    <w:p>
      <w:pPr>
        <w:pStyle w:val="ListNumber"/>
        <w:spacing w:line="240" w:lineRule="auto"/>
        <w:ind w:left="720"/>
      </w:pPr>
      <w:r/>
      <w:hyperlink r:id="rId14">
        <w:r>
          <w:rPr>
            <w:color w:val="0000EE"/>
            <w:u w:val="single"/>
          </w:rPr>
          <w:t>https://www.moviefone.com/movie/pool-party/AHANi6PPRtN4WZYxviBZj3/main/</w:t>
        </w:r>
      </w:hyperlink>
      <w:r>
        <w:t xml:space="preserve"> - 'Pool Party' is a 5-minute comedy short directed by Megan Chumbley, featuring a trans woman navigating microaggressions at a pool party. The film stars Angela Giarratana, Christina Burdette, and Jeremy Culhane. (</w:t>
      </w:r>
      <w:hyperlink r:id="rId21">
        <w:r>
          <w:rPr>
            <w:color w:val="0000EE"/>
            <w:u w:val="single"/>
          </w:rPr>
          <w:t>moviefone.com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naked-pool-party/" TargetMode="External"/><Relationship Id="rId10" Type="http://schemas.openxmlformats.org/officeDocument/2006/relationships/hyperlink" Target="https://www.imdb.com/title/tt39161405/" TargetMode="External"/><Relationship Id="rId11" Type="http://schemas.openxmlformats.org/officeDocument/2006/relationships/hyperlink" Target="https://www.eventbrite.com/e/naked-pool-party-red-carpet-premiere-tickets-1989796141824" TargetMode="External"/><Relationship Id="rId12" Type="http://schemas.openxmlformats.org/officeDocument/2006/relationships/hyperlink" Target="https://dallasvoice.com/warning-nudity-ahead/" TargetMode="External"/><Relationship Id="rId13" Type="http://schemas.openxmlformats.org/officeDocument/2006/relationships/hyperlink" Target="https://letterboxd.com/film/naked-pool-party/" TargetMode="External"/><Relationship Id="rId14" Type="http://schemas.openxmlformats.org/officeDocument/2006/relationships/hyperlink" Target="https://www.moviefone.com/movie/pool-party/AHANi6PPRtN4WZYxviBZj3/main/" TargetMode="External"/><Relationship Id="rId15" Type="http://schemas.openxmlformats.org/officeDocument/2006/relationships/hyperlink" Target="https://www.imdb.com/title/tt39161405/?utm_source=openai" TargetMode="External"/><Relationship Id="rId16" Type="http://schemas.openxmlformats.org/officeDocument/2006/relationships/hyperlink" Target="https://pro.imdb.com/title/tt39161405/" TargetMode="External"/><Relationship Id="rId17" Type="http://schemas.openxmlformats.org/officeDocument/2006/relationships/hyperlink" Target="https://pro.imdb.com/title/tt39161405/?utm_source=openai" TargetMode="External"/><Relationship Id="rId18" Type="http://schemas.openxmlformats.org/officeDocument/2006/relationships/hyperlink" Target="https://letterboxd.com/film/naked-pool-party/?utm_source=openai" TargetMode="External"/><Relationship Id="rId19" Type="http://schemas.openxmlformats.org/officeDocument/2006/relationships/hyperlink" Target="https://dallasvoice.com/warning-nudity-ahead/?utm_source=openai" TargetMode="External"/><Relationship Id="rId20" Type="http://schemas.openxmlformats.org/officeDocument/2006/relationships/hyperlink" Target="https://www.eventbrite.com/e/naked-pool-party-red-carpet-premiere-tickets-1989796141824?utm_source=openai" TargetMode="External"/><Relationship Id="rId21" Type="http://schemas.openxmlformats.org/officeDocument/2006/relationships/hyperlink" Target="https://www.moviefone.com/movie/pool-party/AHANi6PPRtN4WZYxviBZj3/mai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