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Stage Moments and Queer Culture Highlights This Week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flocking to festivals and theatres as a burst of queer culture lands this week , from Madonna and Kylie’s Amsterdam reunion to steamy reworks of Carmen and Bowen Yang’s Broadway bow. Here’s what to watch, why it matters, and the bits you’ll want to catch while they’re hot.</w:t>
      </w:r>
      <w:r/>
    </w:p>
    <w:p>
      <w:r/>
      <w:r>
        <w:t>Essential Takeaways</w:t>
      </w:r>
      <w:r/>
      <w:r/>
    </w:p>
    <w:p>
      <w:pPr>
        <w:pStyle w:val="ListBullet"/>
        <w:spacing w:line="240" w:lineRule="auto"/>
        <w:ind w:left="720"/>
      </w:pPr>
      <w:r/>
      <w:r>
        <w:rPr>
          <w:b/>
        </w:rPr>
        <w:t>Pop power moment:</w:t>
      </w:r>
      <w:r>
        <w:t xml:space="preserve"> Madonna and Kylie Minogue reunited at Amsterdam World Pride for a new “Afterhours Mix,” dropping this Thursday , expect glossy vocals and late-night energy. </w:t>
      </w:r>
      <w:r/>
    </w:p>
    <w:p>
      <w:pPr>
        <w:pStyle w:val="ListBullet"/>
        <w:spacing w:line="240" w:lineRule="auto"/>
        <w:ind w:left="720"/>
      </w:pPr>
      <w:r/>
      <w:r>
        <w:rPr>
          <w:b/>
        </w:rPr>
        <w:t>Stage heat:</w:t>
      </w:r>
      <w:r>
        <w:t xml:space="preserve"> London’s new production of The Car Man reimagines Carmen as a sweaty, grease-splattered queer romance set in a 1950s American auto shop , the teaser’s shower scene is getting people booking flights. </w:t>
      </w:r>
      <w:r/>
    </w:p>
    <w:p>
      <w:pPr>
        <w:pStyle w:val="ListBullet"/>
        <w:spacing w:line="240" w:lineRule="auto"/>
        <w:ind w:left="720"/>
      </w:pPr>
      <w:r/>
      <w:r>
        <w:rPr>
          <w:b/>
        </w:rPr>
        <w:t>Broadway debut:</w:t>
      </w:r>
      <w:r>
        <w:t xml:space="preserve"> Bowen Yang makes his Broadway debut in Oh, Mary! from 15 September, stepping into a sharp, “viper”-like take on Mary Todd-Lincoln. </w:t>
      </w:r>
      <w:r/>
    </w:p>
    <w:p>
      <w:pPr>
        <w:pStyle w:val="ListBullet"/>
        <w:spacing w:line="240" w:lineRule="auto"/>
        <w:ind w:left="720"/>
      </w:pPr>
      <w:r/>
      <w:r>
        <w:rPr>
          <w:b/>
        </w:rPr>
        <w:t>Film and TV watchlist:</w:t>
      </w:r>
      <w:r>
        <w:t xml:space="preserve"> From François Arnaud teasing more Heated Rivalry to Ryan Murphy’s Monster revisiting Lizzie Borden, there’s a strong queer-threaded slate moving through festivals and streaming.</w:t>
      </w:r>
      <w:r/>
      <w:r/>
    </w:p>
    <w:p>
      <w:pPr>
        <w:pStyle w:val="Heading2"/>
      </w:pPr>
      <w:r>
        <w:t>Madonna and Kylie’s late-night reunion proves pop still thrills</w:t>
      </w:r>
      <w:r/>
    </w:p>
    <w:p>
      <w:r/>
      <w:r>
        <w:t>The image of two pop titans sharing a lift at World Pride feels exactly like the moment it is , perfectly curated, a little theatrical and utterly transportive. According to Queerty’s coverage, the pair performed an “Afterhours Mix” of Love Sensation, and fans should expect an official release on Thursday. It’s the kind of surprise collaboration that turns festival chatter into streaming numbers overnight. For festival-goers who missed it, the track will be the fastest route back to that elevator-cabgleam and confetti-soaked adrenaline. If you like glossy, nostalgic pop with a queer club bent, put this one on your weekend playlist.</w:t>
      </w:r>
      <w:r/>
    </w:p>
    <w:p>
      <w:pPr>
        <w:pStyle w:val="Heading2"/>
      </w:pPr>
      <w:r>
        <w:t>The Car Man brings sweat, grease and queer desire to the stage</w:t>
      </w:r>
      <w:r/>
    </w:p>
    <w:p>
      <w:r/>
      <w:r>
        <w:t>London’s new take on The Car Man shifts Carmen’s south-of-the-border heat into a 1950s American auto shop, and the production leans into tactile details , sweat, oil, leather , that make it feel simultaneously retro and urgent. The teaser’s shower scene has gone viral for a reason: it’s visceral and unafraid. This reimagining speaks to a trend of queer reclaiming of canonical works, giving old stories new skin and sharper edges. If you’re picking seats, expect a physically charged performance and choreography that trades ballroom polish for muscle and grit. It’s theatre that asks to be experienced up close.</w:t>
      </w:r>
      <w:r/>
    </w:p>
    <w:p>
      <w:pPr>
        <w:pStyle w:val="Heading2"/>
      </w:pPr>
      <w:r>
        <w:t>Bowen Yang’s Broadway move: comedy, intensity and a fresh Mary</w:t>
      </w:r>
      <w:r/>
    </w:p>
    <w:p>
      <w:r/>
      <w:r>
        <w:t>Bowen Yang stepping onto Broadway in Oh, Mary! is a tidy bit of cultural theatre-electricity. Vulture reports director Sam Pinkleton teases a “viper”-like, intense interpretation of Mary Todd-Lincoln, and Yang’s SNL-trained timing suggests he’ll bring both bite and vulnerability. This matters because casting queer comedians in high-profile theatrical roles helps shift mainstream theatre language; it signals that Broadway wants sharper, stranger voices. Expect a performance that’s equal parts broad comedy and pointed character work, and a night out that will feel both playful and emotionally charged.</w:t>
      </w:r>
      <w:r/>
    </w:p>
    <w:p>
      <w:pPr>
        <w:pStyle w:val="Heading2"/>
      </w:pPr>
      <w:r>
        <w:t>Screen stories: François Arnaud teases new turns and Monster revisits violent queer histories</w:t>
      </w:r>
      <w:r/>
    </w:p>
    <w:p>
      <w:r/>
      <w:r>
        <w:t>François Arnaud, in his WWD cover interview, hinted at more of the Heated Rivalry characters without spelling out details , it’s a tease that keeps fans buzzing. Meanwhile, Ryan Murphy’s latest Monster season retells the Lizzie Borden saga, with first-look photos pointing to a messy queer legacy and high melodrama. These developments underline an appetite for stories that look directly at queer complexity , from dark comedy to true-crime reinvention. If you follow TV and film, put Arnaud’s projects and Murphy’s Lizzie Borden retelling on your radar for the autumn schedule.</w:t>
      </w:r>
      <w:r/>
    </w:p>
    <w:p>
      <w:pPr>
        <w:pStyle w:val="Heading2"/>
      </w:pPr>
      <w:r>
        <w:t>Festival and indie wins: new releases, trans support programmes and archive reckonings</w:t>
      </w:r>
      <w:r/>
    </w:p>
    <w:p>
      <w:r/>
      <w:r>
        <w:t>Queer cinema continues to find space: Strand Releasing picked up Six Months In A Pink And Blue Building for U.S. release, while The Queerdos will debut at Palm Springs‘ Cinema Diverse. The Sundance Institute’s Trans Possibilities Intensive moves into year five, supporting emerging trans filmmakers. These moves show an industry slowly building infrastructure around queer stories and creators. For viewers, festivals remain the best place to discover fresh, risk-taking work. For creators, programmes like Sundance’s intensive are a reminder that networks of support are expanding, albeit incrementally.</w:t>
      </w:r>
      <w:r/>
    </w:p>
    <w:p>
      <w:r/>
      <w:r>
        <w:t>Closing line There’s a lot to love this week , glossy pop moments, sweaty, urgent theatre and screens that keep digging into queer histories; pick what moves you and dive 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Paragraph 3: </w:t>
      </w:r>
      <w:hyperlink r:id="rId13">
        <w:r>
          <w:rPr>
            <w:color w:val="0000EE"/>
            <w:u w:val="single"/>
          </w:rPr>
          <w:t>[7]</w:t>
        </w:r>
      </w:hyperlink>
      <w:r>
        <w:t xml:space="preserve">- Paragraph 4: </w:t>
      </w:r>
      <w:hyperlink r:id="rId14">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[1]</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https://www.queerty.com/a-steamy-new-stage-show-slayyyter-slayyys-lolla-all-the-best-lgbtq-releases-this-week-20260805/</w:t>
        </w:r>
      </w:hyperlink>
      <w:r>
        <w:t xml:space="preserve"> - Please view link - unable to able to access data</w:t>
      </w:r>
      <w:r/>
    </w:p>
    <w:p>
      <w:pPr>
        <w:pStyle w:val="ListNumber"/>
        <w:spacing w:line="240" w:lineRule="auto"/>
        <w:ind w:left="720"/>
      </w:pPr>
      <w:r/>
      <w:hyperlink r:id="rId14">
        <w:r>
          <w:rPr>
            <w:color w:val="0000EE"/>
            <w:u w:val="single"/>
          </w:rPr>
          <w:t>https://www.wwd.com/people/celebrity/francois-arnaud-talks-godstar-heated-rivalry-1234567890/</w:t>
        </w:r>
      </w:hyperlink>
      <w:r>
        <w:t xml:space="preserve"> - In a recent interview with WWD, actor François Arnaud discusses his upcoming projects, including the dark comedy 'Godstar' and the continuation of 'Heated Rivalry'. He hints at more involvement of his character, Scott, and Robbie G.K.'s Kip, though specifics remain undisclosed.</w:t>
      </w:r>
      <w:r/>
    </w:p>
    <w:p>
      <w:pPr>
        <w:pStyle w:val="ListNumber"/>
        <w:spacing w:line="240" w:lineRule="auto"/>
        <w:ind w:left="720"/>
      </w:pPr>
      <w:r/>
      <w:hyperlink r:id="rId10">
        <w:r>
          <w:rPr>
            <w:color w:val="0000EE"/>
            <w:u w:val="single"/>
          </w:rPr>
          <w:t>https://www.queerty.com/madonna-kylie-minogue-world-pride-amsterdam-2026-20260802/</w:t>
        </w:r>
      </w:hyperlink>
      <w:r>
        <w:t xml:space="preserve"> - During the World Pride celebrations in Amsterdam, Madonna surprised attendees by performing alongside Kylie Minogue at the AFAS Live venue. The duo delivered a 30-minute set featuring tracks from Madonna's latest album, 'Confessions on a Dancefloor II', including hits like 'Sorry' and 'Hung Up'.</w:t>
      </w:r>
      <w:r/>
    </w:p>
    <w:p>
      <w:pPr>
        <w:pStyle w:val="ListNumber"/>
        <w:spacing w:line="240" w:lineRule="auto"/>
        <w:ind w:left="720"/>
      </w:pPr>
      <w:r/>
      <w:hyperlink r:id="rId11">
        <w:r>
          <w:rPr>
            <w:color w:val="0000EE"/>
            <w:u w:val="single"/>
          </w:rPr>
          <w:t>https://www.queerty.com/madonna-kylie-minogue-world-pride-amsterdam-2026-20260803/</w:t>
        </w:r>
      </w:hyperlink>
      <w:r>
        <w:t xml:space="preserve"> - At the 2026 World Pride in Amsterdam, Madonna and Kylie Minogue reunited on stage for a special performance. This marked their second live collaboration, where they performed 'Love Sensation' from Madonna's 'Confessions II' album, with Kylie joining Madonna for 'Sorry' and 'Hung Up'.</w:t>
      </w:r>
      <w:r/>
    </w:p>
    <w:p>
      <w:pPr>
        <w:pStyle w:val="ListNumber"/>
        <w:spacing w:line="240" w:lineRule="auto"/>
        <w:ind w:left="720"/>
      </w:pPr>
      <w:r/>
      <w:hyperlink r:id="rId15">
        <w:r>
          <w:rPr>
            <w:color w:val="0000EE"/>
            <w:u w:val="single"/>
          </w:rPr>
          <w:t>https://www.queerty.com/madonna-kylie-minogue-world-pride-amsterdam-2026-20260804/</w:t>
        </w:r>
      </w:hyperlink>
      <w:r>
        <w:t xml:space="preserve"> - After years of speculation, Madonna and Kylie Minogue's on-stage performance at Amsterdam's World Pride 2026 led to the announcement of their first official musical collaboration. The remix of 'Love Sensation', titled 'Love Sensation Afterhours', is set for release on Thursday.</w:t>
      </w:r>
      <w:r/>
    </w:p>
    <w:p>
      <w:pPr>
        <w:pStyle w:val="ListNumber"/>
        <w:spacing w:line="240" w:lineRule="auto"/>
        <w:ind w:left="720"/>
      </w:pPr>
      <w:r/>
      <w:hyperlink r:id="rId12">
        <w:r>
          <w:rPr>
            <w:color w:val="0000EE"/>
            <w:u w:val="single"/>
          </w:rPr>
          <w:t>https://www.new-adventures.net/the-carman/</w:t>
        </w:r>
      </w:hyperlink>
      <w:r>
        <w:t xml:space="preserve"> - New Adventures presents a reimagined production of 'The Car Man', transforming the classic opera 'Carmen' into a queer romance set in a 1950s American auto shop. The London production offers a fresh perspective on the timeless tale.</w:t>
      </w:r>
      <w:r/>
    </w:p>
    <w:p>
      <w:pPr>
        <w:pStyle w:val="ListNumber"/>
        <w:spacing w:line="240" w:lineRule="auto"/>
        <w:ind w:left="720"/>
      </w:pPr>
      <w:r/>
      <w:hyperlink r:id="rId13">
        <w:r>
          <w:rPr>
            <w:color w:val="0000EE"/>
            <w:u w:val="single"/>
          </w:rPr>
          <w:t>https://www.vulture.com/2026/08/bowen-yang-broadway-debut-oh-mary.html</w:t>
        </w:r>
      </w:hyperlink>
      <w:r>
        <w:t xml:space="preserve"> - Bowen Yang, known for his work on 'Saturday Night Live', is set to make his Broadway debut in Cole Escola's comedy 'Oh, Mary!' starting September 15. Yang will portray Mary Todd Lincoln, with director Sam Pinkleton describing the role as 'viper'-like and 'particularly intense'.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a-steamy-new-stage-show-slayyyter-slayyys-lolla-all-the-best-lgbtq-releases-this-week-20260805/" TargetMode="External"/><Relationship Id="rId10" Type="http://schemas.openxmlformats.org/officeDocument/2006/relationships/hyperlink" Target="https://www.queerty.com/madonna-kylie-minogue-world-pride-amsterdam-2026-20260802/" TargetMode="External"/><Relationship Id="rId11" Type="http://schemas.openxmlformats.org/officeDocument/2006/relationships/hyperlink" Target="https://www.queerty.com/madonna-kylie-minogue-world-pride-amsterdam-2026-20260803/" TargetMode="External"/><Relationship Id="rId12" Type="http://schemas.openxmlformats.org/officeDocument/2006/relationships/hyperlink" Target="https://www.new-adventures.net/the-carman/" TargetMode="External"/><Relationship Id="rId13" Type="http://schemas.openxmlformats.org/officeDocument/2006/relationships/hyperlink" Target="https://www.vulture.com/2026/08/bowen-yang-broadway-debut-oh-mary.html" TargetMode="External"/><Relationship Id="rId14" Type="http://schemas.openxmlformats.org/officeDocument/2006/relationships/hyperlink" Target="https://www.wwd.com/people/celebrity/francois-arnaud-talks-godstar-heated-rivalry-1234567890/" TargetMode="External"/><Relationship Id="rId15" Type="http://schemas.openxmlformats.org/officeDocument/2006/relationships/hyperlink" Target="https://www.queerty.com/madonna-kylie-minogue-world-pride-amsterdam-2026-202608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