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Teen Drama Sterling Point Shows Queerness as Normal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already talking about Sterling Point, a fresh Prime Video teen drama that treats LGBTQ+ characters as part of the landscape. Created by Megan Park, it lands in the UK with a moody island mystery, messy family secrets and a chosen queer family that feels lived-in and immediate.</w:t>
      </w:r>
      <w:r/>
    </w:p>
    <w:p>
      <w:r/>
      <w:r>
        <w:t>Essential Takeaways</w:t>
      </w:r>
      <w:r/>
      <w:r/>
    </w:p>
    <w:p>
      <w:pPr>
        <w:pStyle w:val="ListBullet"/>
        <w:spacing w:line="240" w:lineRule="auto"/>
        <w:ind w:left="720"/>
      </w:pPr>
      <w:r/>
      <w:r>
        <w:rPr>
          <w:b/>
        </w:rPr>
        <w:t>Where to watch:</w:t>
      </w:r>
      <w:r>
        <w:t xml:space="preserve"> Sterling Point debuts on Prime Video, a moody teen mystery set on a Canadian island. </w:t>
      </w:r>
      <w:r/>
    </w:p>
    <w:p>
      <w:pPr>
        <w:pStyle w:val="ListBullet"/>
        <w:spacing w:line="240" w:lineRule="auto"/>
        <w:ind w:left="720"/>
      </w:pPr>
      <w:r/>
      <w:r>
        <w:rPr>
          <w:b/>
        </w:rPr>
        <w:t>Creator intent:</w:t>
      </w:r>
      <w:r>
        <w:t xml:space="preserve"> Megan Park describes queer inclusion as natural and story-driven, not a headline gimmick. </w:t>
      </w:r>
      <w:r/>
    </w:p>
    <w:p>
      <w:pPr>
        <w:pStyle w:val="ListBullet"/>
        <w:spacing w:line="240" w:lineRule="auto"/>
        <w:ind w:left="720"/>
      </w:pPr>
      <w:r/>
      <w:r>
        <w:rPr>
          <w:b/>
        </w:rPr>
        <w:t>Key characters:</w:t>
      </w:r>
      <w:r>
        <w:t xml:space="preserve"> Annie searches for answers and finds Ramona, a free-spirited queer sister, plus Oona and Sully in the wider chosen-family cast. </w:t>
      </w:r>
      <w:r/>
    </w:p>
    <w:p>
      <w:pPr>
        <w:pStyle w:val="ListBullet"/>
        <w:spacing w:line="240" w:lineRule="auto"/>
        <w:ind w:left="720"/>
      </w:pPr>
      <w:r/>
      <w:r>
        <w:rPr>
          <w:b/>
        </w:rPr>
        <w:t>Tone and texture:</w:t>
      </w:r>
      <w:r>
        <w:t xml:space="preserve"> The series blends quiet emotional beats with teenage drama , think slow-burn wounds, seaside fog and impulsive moments. </w:t>
      </w:r>
      <w:r/>
    </w:p>
    <w:p>
      <w:pPr>
        <w:pStyle w:val="ListBullet"/>
        <w:spacing w:line="240" w:lineRule="auto"/>
        <w:ind w:left="720"/>
      </w:pPr>
      <w:r/>
      <w:r>
        <w:rPr>
          <w:b/>
        </w:rPr>
        <w:t>Why it matters:</w:t>
      </w:r>
      <w:r>
        <w:t xml:space="preserve"> Representation is woven into character arcs, showing sexuality as everyday life rather than a plot device.</w:t>
      </w:r>
      <w:r/>
      <w:r/>
    </w:p>
    <w:p>
      <w:pPr>
        <w:pStyle w:val="Heading2"/>
      </w:pPr>
      <w:r>
        <w:t>A teenage mystery that feels a little like summer rain</w:t>
      </w:r>
      <w:r/>
    </w:p>
    <w:p>
      <w:r/>
      <w:r>
        <w:t>Sterling Point opens on a Canadian island that’s both picturesque and slightly bruised, and the tone is tactile , damp boardwalks, creaking houses and characters who carry their histories with them. According to coverage, creator Megan Park wanted the queer elements to feel obvious and natural rather than tacked on, which makes the show land as lived-in rather than performative. For viewers who like their teen drama with atmosphere, it’s less neon headline and more quietly observant.</w:t>
      </w:r>
      <w:r/>
    </w:p>
    <w:p>
      <w:pPr>
        <w:pStyle w:val="Heading2"/>
      </w:pPr>
      <w:r>
        <w:t>Megan Park’s approach: character first, label second</w:t>
      </w:r>
      <w:r/>
    </w:p>
    <w:p>
      <w:r/>
      <w:r>
        <w:t>Park, who cut her teeth in early 2000s teen TV, says she was reacting against blunt tropes and wanted nuance. She cast queer relationships and identities as part of the characters’ everyday realities, which frees the storytelling to explore wounds, family responsibility and identity without turning queerness into “the story”. That choice shapes how Ramona and Oona are written , not as prototypes but as people with messy interior lives.</w:t>
      </w:r>
      <w:r/>
    </w:p>
    <w:p>
      <w:pPr>
        <w:pStyle w:val="Heading2"/>
      </w:pPr>
      <w:r>
        <w:t>Ramona, Oona and the awkwardness of healing</w:t>
      </w:r>
      <w:r/>
    </w:p>
    <w:p>
      <w:r/>
      <w:r>
        <w:t>One of the show’s braver moves is letting Ramona be reactive rather than relentlessly active. Park fought for that slowness because it fits Ramona’s trauma and age; she isn’t always driving the plot, she’s often trying to breathe through it. Oona’s role as a reluctant carer for her sibling gives her a different, quieter strength , she’s confident in some ways but carrying abandonment in others. Those contrasts keep the ensemble from feeling flat.</w:t>
      </w:r>
      <w:r/>
    </w:p>
    <w:p>
      <w:pPr>
        <w:pStyle w:val="Heading2"/>
      </w:pPr>
      <w:r>
        <w:t>Where the queer moments sit in the story</w:t>
      </w:r>
      <w:r/>
    </w:p>
    <w:p>
      <w:r/>
      <w:r>
        <w:t>Queer representation here isn’t a single storyline but a network: Ramona, her partner, Annie’s gay boyfriend and the broader chosen family all exist in different registers. That means lighter, tender moments live alongside heavier revelations about parentage and loss. Park’s aim, as reported, is simple , to make viewers feel seen or at least understood , and the result is a series that normalises queerness by folding it into ordinary teen life.</w:t>
      </w:r>
      <w:r/>
    </w:p>
    <w:p>
      <w:pPr>
        <w:pStyle w:val="Heading2"/>
      </w:pPr>
      <w:r>
        <w:t>Should you watch it, and what to expect</w:t>
      </w:r>
      <w:r/>
    </w:p>
    <w:p>
      <w:r/>
      <w:r>
        <w:t>If you like slow-burn mysteries with emotional payoffs, Sterling Point is worth a look. Expect character-driven plotting, a handful of cliffing reveals and an emphasis on relationships over spectacle. For parents or teens wondering whether to press play: it’s a thoughtful teen drama with authentic queer representation rather than tokenism, and it treats identity as part of the scenery.</w:t>
      </w:r>
      <w:r/>
    </w:p>
    <w:p>
      <w:r/>
      <w:r>
        <w:t>It's a small change that can make every storyline feel more honest and, frankly, a lot more interesting.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https://www.out.com/gay-tv-shows/sterling-point-queer</w:t>
        </w:r>
      </w:hyperlink>
      <w:r>
        <w:t xml:space="preserve"> - Please view link - unable to able to access data</w:t>
      </w:r>
      <w:r/>
    </w:p>
    <w:p>
      <w:pPr>
        <w:pStyle w:val="ListNumber"/>
        <w:spacing w:line="240" w:lineRule="auto"/>
        <w:ind w:left="720"/>
      </w:pPr>
      <w:r/>
      <w:hyperlink r:id="rId9">
        <w:r>
          <w:rPr>
            <w:color w:val="0000EE"/>
            <w:u w:val="single"/>
          </w:rPr>
          <w:t>https://www.out.com/gay-tv-shows/sterling-point-queer</w:t>
        </w:r>
      </w:hyperlink>
      <w:r>
        <w:t xml:space="preserve"> - An article discussing the queer representation in the upcoming Prime Video series 'Sterling Point', created by Megan Park. The show follows Annie (Ella Rubin) to a mysterious Canadian island inherited from her grandfather, where she discovers her queer sister, Ramona (Amélie Hoeferle), and a diverse queer chosen family. Park emphasizes the authenticity of LGBTQ+ inclusion in the series, aiming to reflect the reality of today's world. The article also highlights the involvement of Josh Schwartz and Stephanie Savage as executive producers and co-showrunners.</w:t>
      </w:r>
      <w:r/>
    </w:p>
    <w:p>
      <w:pPr>
        <w:pStyle w:val="ListNumber"/>
        <w:spacing w:line="240" w:lineRule="auto"/>
        <w:ind w:left="720"/>
      </w:pPr>
      <w:r/>
      <w:hyperlink r:id="rId12">
        <w:r>
          <w:rPr>
            <w:color w:val="0000EE"/>
            <w:u w:val="single"/>
          </w:rPr>
          <w:t>https://www.backstage.com/magazine/article/how-to-get-cast-on-prime-video-sterling-point-80239/</w:t>
        </w:r>
      </w:hyperlink>
      <w:r>
        <w:t xml:space="preserve"> - An article providing information on the casting process for Prime Video's 'Sterling Point', a new YA coming-of-age drama set to debut on August 5, 2026. Created by Megan Park, the series stars Ella Rubin as 17-year-old Annie Jacobson, whose life changes after inheriting a secluded island in Canada. The article details the casting process and offers advice for aspiring actors interested in the show.</w:t>
      </w:r>
      <w:r/>
    </w:p>
    <w:p>
      <w:pPr>
        <w:pStyle w:val="ListNumber"/>
        <w:spacing w:line="240" w:lineRule="auto"/>
        <w:ind w:left="720"/>
      </w:pPr>
      <w:r/>
      <w:hyperlink r:id="rId11">
        <w:r>
          <w:rPr>
            <w:color w:val="0000EE"/>
            <w:u w:val="single"/>
          </w:rPr>
          <w:t>https://en.wikipedia.org/wiki/Sterling_Point</w:t>
        </w:r>
      </w:hyperlink>
      <w:r>
        <w:t xml:space="preserve"> - A Wikipedia page detailing the upcoming American drama television series 'Sterling Point', created by Megan Park. The series is set to premiere on Amazon Prime Video on August 5, 2026. The page provides information on the premise, main cast, production details, and release date of the series.</w:t>
      </w:r>
      <w:r/>
    </w:p>
    <w:p>
      <w:pPr>
        <w:pStyle w:val="ListNumber"/>
        <w:spacing w:line="240" w:lineRule="auto"/>
        <w:ind w:left="720"/>
      </w:pPr>
      <w:r/>
      <w:hyperlink r:id="rId13">
        <w:r>
          <w:rPr>
            <w:color w:val="0000EE"/>
            <w:u w:val="single"/>
          </w:rPr>
          <w:t>https://www.rottentomatoes.com/tv/sterling_point</w:t>
        </w:r>
      </w:hyperlink>
      <w:r>
        <w:t xml:space="preserve"> - A Rotten Tomatoes page for 'Sterling Point', listing the series' premiere date, cast and crew, and a brief synopsis. The page includes information about the show's genre, language, and release date, as well as links to trailers and photos.</w:t>
      </w:r>
      <w:r/>
    </w:p>
    <w:p>
      <w:pPr>
        <w:pStyle w:val="ListNumber"/>
        <w:spacing w:line="240" w:lineRule="auto"/>
        <w:ind w:left="720"/>
      </w:pPr>
      <w:r/>
      <w:hyperlink r:id="rId10">
        <w:r>
          <w:rPr>
            <w:color w:val="0000EE"/>
            <w:u w:val="single"/>
          </w:rPr>
          <w:t>https://www.filmofilia.com/sterling-point-trailer-222490/</w:t>
        </w:r>
      </w:hyperlink>
      <w:r>
        <w:t xml:space="preserve"> - An article discussing the official trailer for 'Sterling Point', a new summer mystery romance series led by Ella Rubin and created by Megan Park. The series premieres on August 5, and the article highlights the familiar setup of an inherited island and family secrets, with Megan Park's coming-of-age instincts adding depth to the story.</w:t>
      </w:r>
      <w:r/>
    </w:p>
    <w:p>
      <w:pPr>
        <w:pStyle w:val="ListNumber"/>
        <w:spacing w:line="240" w:lineRule="auto"/>
        <w:ind w:left="720"/>
      </w:pPr>
      <w:r/>
      <w:hyperlink r:id="rId14">
        <w:r>
          <w:rPr>
            <w:color w:val="0000EE"/>
            <w:u w:val="single"/>
          </w:rPr>
          <w:t>https://www.justwatch.com/us/tv-show/sterling-point</w:t>
        </w:r>
      </w:hyperlink>
      <w:r>
        <w:t xml:space="preserve"> - A JustWatch page providing information on where to watch 'Sterling Point', including its release date and a brief synopsis. The page lists the series as available on Amazon Prime Video from August 5, 2026, and provides details about the cast and crew.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tv-shows/sterling-point-queer" TargetMode="External"/><Relationship Id="rId10" Type="http://schemas.openxmlformats.org/officeDocument/2006/relationships/hyperlink" Target="https://www.filmofilia.com/sterling-point-trailer-222490/" TargetMode="External"/><Relationship Id="rId11" Type="http://schemas.openxmlformats.org/officeDocument/2006/relationships/hyperlink" Target="https://en.wikipedia.org/wiki/Sterling_Point" TargetMode="External"/><Relationship Id="rId12" Type="http://schemas.openxmlformats.org/officeDocument/2006/relationships/hyperlink" Target="https://www.backstage.com/magazine/article/how-to-get-cast-on-prime-video-sterling-point-80239/" TargetMode="External"/><Relationship Id="rId13" Type="http://schemas.openxmlformats.org/officeDocument/2006/relationships/hyperlink" Target="https://www.rottentomatoes.com/tv/sterling_point" TargetMode="External"/><Relationship Id="rId14" Type="http://schemas.openxmlformats.org/officeDocument/2006/relationships/hyperlink" Target="https://www.justwatch.com/us/tv-show/sterling-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