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Morning-After Photo Series: BATE CRUSH’s Quiet, Intimate Storytelling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mood and lovers of small moments are flocking to BATE CRUSH’s new photo series for Gayety, which shifts focus from fantasy to the awkward, hopeful morning after; starring creators Phoenix and Marz, this tender, cinematic shoot makes the “what next?” feel wholly human and worth lingering over.</w:t>
      </w:r>
      <w:r/>
    </w:p>
    <w:p>
      <w:r/>
      <w:r>
        <w:t>Essential Takeaways</w:t>
      </w:r>
      <w:r/>
      <w:r/>
    </w:p>
    <w:p>
      <w:pPr>
        <w:pStyle w:val="ListBullet"/>
        <w:spacing w:line="240" w:lineRule="auto"/>
        <w:ind w:left="720"/>
      </w:pPr>
      <w:r/>
      <w:r>
        <w:rPr>
          <w:b/>
        </w:rPr>
        <w:t>Focus:</w:t>
      </w:r>
      <w:r>
        <w:t xml:space="preserve"> The series centres on the emotional aftermath of a one-night stand rather than the encounter itself, with a soft, intimate tone.</w:t>
      </w:r>
      <w:r/>
    </w:p>
    <w:p>
      <w:pPr>
        <w:pStyle w:val="ListBullet"/>
        <w:spacing w:line="240" w:lineRule="auto"/>
        <w:ind w:left="720"/>
      </w:pPr>
      <w:r/>
      <w:r>
        <w:rPr>
          <w:b/>
        </w:rPr>
        <w:t>Format:</w:t>
      </w:r>
      <w:r>
        <w:t xml:space="preserve"> A short film plus a sequence of Instax-style photographs create a narrative that feels accidental and personal.</w:t>
      </w:r>
      <w:r/>
    </w:p>
    <w:p>
      <w:pPr>
        <w:pStyle w:val="ListBullet"/>
        <w:spacing w:line="240" w:lineRule="auto"/>
        <w:ind w:left="720"/>
      </w:pPr>
      <w:r/>
      <w:r>
        <w:rPr>
          <w:b/>
        </w:rPr>
        <w:t>Chemistry:</w:t>
      </w:r>
      <w:r>
        <w:t xml:space="preserve"> Phoenix and Marz had never met before the shoot, yet their trust and openness produced warm, natural images.</w:t>
      </w:r>
      <w:r/>
    </w:p>
    <w:p>
      <w:pPr>
        <w:pStyle w:val="ListBullet"/>
        <w:spacing w:line="240" w:lineRule="auto"/>
        <w:ind w:left="720"/>
      </w:pPr>
      <w:r/>
      <w:r>
        <w:rPr>
          <w:b/>
        </w:rPr>
        <w:t>Setting:</w:t>
      </w:r>
      <w:r>
        <w:t xml:space="preserve"> Photographed in Phoenix’s bedroom for added authenticity , the space feels lived-in and quietly cinematic.</w:t>
      </w:r>
      <w:r/>
    </w:p>
    <w:p>
      <w:pPr>
        <w:pStyle w:val="ListBullet"/>
        <w:spacing w:line="240" w:lineRule="auto"/>
        <w:ind w:left="720"/>
      </w:pPr>
      <w:r/>
      <w:r>
        <w:rPr>
          <w:b/>
        </w:rPr>
        <w:t>Mood:</w:t>
      </w:r>
      <w:r>
        <w:t xml:space="preserve"> The work trades spectacle for subtlety; it’s tender, slightly awkward and emotionally resonant.</w:t>
      </w:r>
      <w:r/>
      <w:r/>
    </w:p>
    <w:p>
      <w:pPr>
        <w:pStyle w:val="Heading2"/>
      </w:pPr>
      <w:r>
        <w:t>Why the morning after makes for better storytelling</w:t>
      </w:r>
      <w:r/>
    </w:p>
    <w:p>
      <w:r/>
      <w:r>
        <w:t>The strongest line here is simple: the sex is often the easy part, but the next morning tells you who people might become together. BATE CRUSH told Gayety they started with that question and built everything around it, and you can feel it in the way each frame lingers on hesitant smiles and unreadable looks. According to Psychology Today and cultural commentators, that range of emotions after a hookup , from bliss to dread , is common, which makes this series instantly relatable.</w:t>
      </w:r>
      <w:r/>
    </w:p>
    <w:p>
      <w:r/>
      <w:r>
        <w:t>Behind the scenes, the decision to emphasise those in-between moments changes the tone. Instead of glossy desire, you get quiet uncertainty, and that vulnerability pulls you into the room more effectively than any posed scene could.</w:t>
      </w:r>
      <w:r/>
    </w:p>
    <w:p>
      <w:pPr>
        <w:pStyle w:val="Heading2"/>
      </w:pPr>
      <w:r>
        <w:t>Photography that reads like someone’s scrapbook</w:t>
      </w:r>
      <w:r/>
    </w:p>
    <w:p>
      <w:r/>
      <w:r>
        <w:t>BATE CRUSH uses a mix of short-film storytelling and Instax-like Polaroids so the images feel like genuine leftovers from a night that might be remembered differently by each person. The tactile quality of Polaroids , soft edges, muted colours , gives the series a nostalgic hum, like you're rifling through a bedside drawer. That technique works because it mimics memory rather than performance.</w:t>
      </w:r>
      <w:r/>
    </w:p>
    <w:p>
      <w:r/>
      <w:r>
        <w:t>Photographers from the boudoir world often say intimacy comes from environment and trust, and shooting in a real bedroom does just that. The result is a candid, lived-in feel that makes viewers lean in.</w:t>
      </w:r>
      <w:r/>
    </w:p>
    <w:p>
      <w:pPr>
        <w:pStyle w:val="Heading2"/>
      </w:pPr>
      <w:r>
        <w:t>Real chemistry without prior connection</w:t>
      </w:r>
      <w:r/>
    </w:p>
    <w:p>
      <w:r/>
      <w:r>
        <w:t>One surprise is how quickly Phoenix and Marz found a rhythm, despite never meeting before. BATE CRUSH had shot them separately in the past, then paired them purposefully because both bring confidence and openness. That’s a classic boudoir move: pair complementary energies and let trust do the rest.</w:t>
      </w:r>
      <w:r/>
    </w:p>
    <w:p>
      <w:r/>
      <w:r>
        <w:t>Phoenix notes the ease of working with Marz, and that comfort translates onscreen. For readers curious about creating similar work, the takeaway is clear , chemistry on camera is often about preparation, clear direction and giving performers space to be themselves.</w:t>
      </w:r>
      <w:r/>
    </w:p>
    <w:p>
      <w:pPr>
        <w:pStyle w:val="Heading2"/>
      </w:pPr>
      <w:r>
        <w:t>Beyond eroticism: why audiences respond</w:t>
      </w:r>
      <w:r/>
    </w:p>
    <w:p>
      <w:r/>
      <w:r>
        <w:t>The series nudges at a bigger conversation about creators and connection. Phoenix and Marz both reflect on wanting appreciation for who they are, not just what they provide. That rings true in a world where algorithms reward spectacle but people crave personality. Vice and other outlets have explored the emotional fallout of casual encounters, and BATE CRUSH’s project taps into that honest afterglow , the part where two strangers choose whether to remain strangers.</w:t>
      </w:r>
      <w:r/>
    </w:p>
    <w:p>
      <w:r/>
      <w:r>
        <w:t>If you follow creators online, you’ll recognise the payoff: when someone stops performing for a moment, it feels like being let in. These photos do that without shouting.</w:t>
      </w:r>
      <w:r/>
    </w:p>
    <w:p>
      <w:pPr>
        <w:pStyle w:val="Heading2"/>
      </w:pPr>
      <w:r>
        <w:t>How to view and what to expect next</w:t>
      </w:r>
      <w:r/>
    </w:p>
    <w:p>
      <w:r/>
      <w:r>
        <w:t>If you want the uncensored sequence and the full interview, Gayety asks readers to subscribe to its Substack. For casual browsers, following BATE CRUSH, Phoenix and Marz on socials will surface more work and behind-the-scenes glimpses. For creators and photographers, the project is a tidy lesson in narrative restraint , give viewers room to imagine, and they’ll fill the gaps with feeling.</w:t>
      </w:r>
      <w:r/>
    </w:p>
    <w:p>
      <w:r/>
      <w:r>
        <w:t>It’s a small switch from spectacle to subtlety, but it makes every look and laugh mean something.</w:t>
      </w:r>
      <w:r/>
    </w:p>
    <w:p>
      <w:r/>
      <w:r>
        <w:t>It's a tiny change that can make every morning-after feel worth remembering.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10">
        <w:r>
          <w:rPr>
            <w:color w:val="0000EE"/>
            <w:u w:val="single"/>
          </w:rPr>
          <w:t>[2]</w:t>
        </w:r>
      </w:hyperlink>
      <w:r>
        <w:t xml:space="preserve">, </w:t>
      </w:r>
      <w:hyperlink r:id="rId13">
        <w:r>
          <w:rPr>
            <w:color w:val="0000EE"/>
            <w:u w:val="single"/>
          </w:rPr>
          <w:t>[4]</w:t>
        </w:r>
      </w:hyperlink>
      <w:r>
        <w:t xml:space="preserve">- Paragraph 4: </w:t>
      </w:r>
      <w:hyperlink r:id="rId10">
        <w:r>
          <w:rPr>
            <w:color w:val="0000EE"/>
            <w:u w:val="single"/>
          </w:rPr>
          <w:t>[2]</w:t>
        </w:r>
      </w:hyperlink>
      <w:r>
        <w:t xml:space="preserve">, </w:t>
      </w:r>
      <w:hyperlink r:id="rId14">
        <w:r>
          <w:rPr>
            <w:color w:val="0000EE"/>
            <w:u w:val="single"/>
          </w:rPr>
          <w:t>[5]</w:t>
        </w:r>
      </w:hyperlink>
      <w:r>
        <w:t xml:space="preserve">- Paragraph 5: </w:t>
      </w:r>
      <w:hyperlink r:id="rId12">
        <w:r>
          <w:rPr>
            <w:color w:val="0000EE"/>
            <w:u w:val="single"/>
          </w:rPr>
          <w:t>[6]</w:t>
        </w:r>
      </w:hyperlink>
      <w:r>
        <w:t xml:space="preserve">, </w:t>
      </w:r>
      <w:hyperlink r:id="rId11">
        <w:r>
          <w:rPr>
            <w:color w:val="0000EE"/>
            <w:u w:val="single"/>
          </w:rPr>
          <w:t>[3]</w:t>
        </w:r>
      </w:hyperlink>
      <w:r>
        <w:t xml:space="preserve">- Paragraph 6: </w:t>
      </w:r>
      <w:hyperlink r:id="rId15">
        <w:r>
          <w:rPr>
            <w:color w:val="0000EE"/>
            <w:u w:val="single"/>
          </w:rPr>
          <w:t>[7]</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https://gayety.com/bate-crush-phoenix-marz-photography-series</w:t>
        </w:r>
      </w:hyperlink>
      <w:r>
        <w:t xml:space="preserve"> - Please view link - unable to able to access data</w:t>
      </w:r>
      <w:r/>
    </w:p>
    <w:p>
      <w:pPr>
        <w:pStyle w:val="ListNumber"/>
        <w:spacing w:line="240" w:lineRule="auto"/>
        <w:ind w:left="720"/>
      </w:pPr>
      <w:r/>
      <w:hyperlink r:id="rId10">
        <w:r>
          <w:rPr>
            <w:color w:val="0000EE"/>
            <w:u w:val="single"/>
          </w:rPr>
          <w:t>https://www.jandersonstudios.com/boudoir</w:t>
        </w:r>
      </w:hyperlink>
      <w:r>
        <w:t xml:space="preserve"> - J Anderson Studios offers boudoir and intimate portrait experiences in Phoenix, Arizona, catering to women, men, and couples seeking empowerment through photography. Their approach combines editorial and fine art influences to create natural and refined imagery. Each session is thoughtfully directed, ensuring clients feel comfortable and confident. The studio's philosophy emphasizes self-acceptance and body positivity, encouraging individuals to embrace their unique beauty without the need for change. Testimonials highlight the emotional impact of the sessions, with clients expressing increased self-love and appreciation for their bodies.</w:t>
      </w:r>
      <w:r/>
    </w:p>
    <w:p>
      <w:pPr>
        <w:pStyle w:val="ListNumber"/>
        <w:spacing w:line="240" w:lineRule="auto"/>
        <w:ind w:left="720"/>
      </w:pPr>
      <w:r/>
      <w:hyperlink r:id="rId11">
        <w:r>
          <w:rPr>
            <w:color w:val="0000EE"/>
            <w:u w:val="single"/>
          </w:rPr>
          <w:t>https://www.psychologytoday.com/us/blog/strictly-casual/201407/after-a-hookup-a-wide-range-of-emotional-reactions</w:t>
        </w:r>
      </w:hyperlink>
      <w:r>
        <w:t xml:space="preserve"> - An article from Psychology Today discusses the diverse emotional reactions individuals experience after casual sexual encounters. A study involving 1,580 university students identified four distinct emotional patterns: Happy Hopefuls, Content Realists, Used &amp; Confused, and Disappointed &amp; Disengaged. The study found that while many individuals have positive reactions, a significant minority experience negative emotions such as emptiness, confusion, and disappointment. The article emphasizes the complexity of post-hookup emotions and the importance of understanding these varied responses.</w:t>
      </w:r>
      <w:r/>
    </w:p>
    <w:p>
      <w:pPr>
        <w:pStyle w:val="ListNumber"/>
        <w:spacing w:line="240" w:lineRule="auto"/>
        <w:ind w:left="720"/>
      </w:pPr>
      <w:r/>
      <w:hyperlink r:id="rId13">
        <w:r>
          <w:rPr>
            <w:color w:val="0000EE"/>
            <w:u w:val="single"/>
          </w:rPr>
          <w:t>https://www.boudoirbyjanderson.com/</w:t>
        </w:r>
      </w:hyperlink>
      <w:r>
        <w:t xml:space="preserve"> - Boudoir by J Anderson provides luxury boudoir and intimate portraiture services in Phoenix, Arizona, for women, men, and couples aiming to feel powerful in their own skin. The studio offers a fully guided experience from start to finish, focusing on self-love and empowerment. Their approach blends editorial and fine art influences to create natural and refined imagery. The studio's philosophy emphasizes self-acceptance and body positivity, encouraging individuals to embrace their unique beauty without the need for change.</w:t>
      </w:r>
      <w:r/>
    </w:p>
    <w:p>
      <w:pPr>
        <w:pStyle w:val="ListNumber"/>
        <w:spacing w:line="240" w:lineRule="auto"/>
        <w:ind w:left="720"/>
      </w:pPr>
      <w:r/>
      <w:hyperlink r:id="rId14">
        <w:r>
          <w:rPr>
            <w:color w:val="0000EE"/>
            <w:u w:val="single"/>
          </w:rPr>
          <w:t>https://www.chriscrossphotos.com/</w:t>
        </w:r>
      </w:hyperlink>
      <w:r>
        <w:t xml:space="preserve"> - ChrisCross Photos, led by photographer Christine Crossen, offers soulful and authentic photography services in Phoenix, Arizona. Specializing in portraits, fantasy, inclusive, cinematic, branding, and intimate storytelling, the studio aims to make clients feel seen, celebrated, and safe in front of the camera. The work blends documentary and artistic expression, capturing real moments and bold emotions. The studio's philosophy emphasizes inclusivity and authenticity, ensuring that everyone feels comfortable and confident during their sessions.</w:t>
      </w:r>
      <w:r/>
    </w:p>
    <w:p>
      <w:pPr>
        <w:pStyle w:val="ListNumber"/>
        <w:spacing w:line="240" w:lineRule="auto"/>
        <w:ind w:left="720"/>
      </w:pPr>
      <w:r/>
      <w:hyperlink r:id="rId12">
        <w:r>
          <w:rPr>
            <w:color w:val="0000EE"/>
            <w:u w:val="single"/>
          </w:rPr>
          <w:t>https://www.vice.com/en/article/the-great-hookup-hangover-why-you-feel-weird-after-amazing-sex/</w:t>
        </w:r>
      </w:hyperlink>
      <w:r>
        <w:t xml:space="preserve"> - An article from Vice explores the phenomenon of post-coital dysphoria, a condition where individuals feel deep sadness or agitation after sex, even when the experience was satisfying. The article discusses the prevalence of this condition, noting that 46% of women have experienced such symptoms at least once in their lives. It delves into the psychological and emotional factors contributing to these feelings, emphasizing the complexity of human sexuality and the importance of understanding one's emotional responses to intimate encounters.</w:t>
      </w:r>
      <w:r/>
    </w:p>
    <w:p>
      <w:pPr>
        <w:pStyle w:val="ListNumber"/>
        <w:spacing w:line="240" w:lineRule="auto"/>
        <w:ind w:left="720"/>
      </w:pPr>
      <w:r/>
      <w:hyperlink r:id="rId15">
        <w:r>
          <w:rPr>
            <w:color w:val="0000EE"/>
            <w:u w:val="single"/>
          </w:rPr>
          <w:t>https://www.loganedmarkphotography.com/</w:t>
        </w:r>
      </w:hyperlink>
      <w:r>
        <w:t xml:space="preserve"> - Logan Edmark Photography is a Phoenix-based wedding photographer who believes in creating timeless, emotional, and real photos. The approach blends natural, candid storytelling with gentle, confident posing to ensure clients never feel awkward or unsure. The goal is to create images that will mean even more with time, capturing genuine moments while guiding clients when needed. The studio offers wedding and portrait collections, emphasizing a personalized experience that reflects the unique essence of each couple.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ty.com/bate-crush-phoenix-marz-photography-series" TargetMode="External"/><Relationship Id="rId10" Type="http://schemas.openxmlformats.org/officeDocument/2006/relationships/hyperlink" Target="https://www.jandersonstudios.com/boudoir" TargetMode="External"/><Relationship Id="rId11" Type="http://schemas.openxmlformats.org/officeDocument/2006/relationships/hyperlink" Target="https://www.psychologytoday.com/us/blog/strictly-casual/201407/after-a-hookup-a-wide-range-of-emotional-reactions" TargetMode="External"/><Relationship Id="rId12" Type="http://schemas.openxmlformats.org/officeDocument/2006/relationships/hyperlink" Target="https://www.vice.com/en/article/the-great-hookup-hangover-why-you-feel-weird-after-amazing-sex/" TargetMode="External"/><Relationship Id="rId13" Type="http://schemas.openxmlformats.org/officeDocument/2006/relationships/hyperlink" Target="https://www.boudoirbyjanderson.com/" TargetMode="External"/><Relationship Id="rId14" Type="http://schemas.openxmlformats.org/officeDocument/2006/relationships/hyperlink" Target="https://www.chriscrossphotos.com/" TargetMode="External"/><Relationship Id="rId15" Type="http://schemas.openxmlformats.org/officeDocument/2006/relationships/hyperlink" Target="https://www.loganedmarkphotography.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