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Meath Pride 2026 Events: What to Expect at Village Hotel Bettystown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buzzing with colour and community, Meath Pride 2026 arrives at the Village Hotel in Bettystown on 29 August, offering a full day of events for queer people and allies , from a relaxed Pride Coffee Day to an evening Pride Extravaganza with music, drag and a Pokémon merch pop-up.**</w:t>
      </w:r>
      <w:r/>
    </w:p>
    <w:p>
      <w:r/>
      <w:r>
        <w:t>Essential Takeaways</w:t>
      </w:r>
      <w:r/>
      <w:r/>
    </w:p>
    <w:p>
      <w:pPr>
        <w:pStyle w:val="ListBullet"/>
        <w:spacing w:line="240" w:lineRule="auto"/>
        <w:ind w:left="720"/>
      </w:pPr>
      <w:r/>
      <w:r>
        <w:rPr>
          <w:b/>
        </w:rPr>
        <w:t>When and where:</w:t>
      </w:r>
      <w:r>
        <w:t xml:space="preserve"> Meath Pride takes place on 29 August at the Village Hotel, Bettystown, with events running from midday into the night.</w:t>
      </w:r>
      <w:r/>
    </w:p>
    <w:p>
      <w:pPr>
        <w:pStyle w:val="ListBullet"/>
        <w:spacing w:line="240" w:lineRule="auto"/>
        <w:ind w:left="720"/>
      </w:pPr>
      <w:r/>
      <w:r>
        <w:rPr>
          <w:b/>
        </w:rPr>
        <w:t>Daytime vibe:</w:t>
      </w:r>
      <w:r>
        <w:t xml:space="preserve"> Pride Coffee Day (12pm–3pm) offers a chilled chance to socialise, visit information stands and meet local support groups; it feels warm and community-led.</w:t>
      </w:r>
      <w:r/>
    </w:p>
    <w:p>
      <w:pPr>
        <w:pStyle w:val="ListBullet"/>
        <w:spacing w:line="240" w:lineRule="auto"/>
        <w:ind w:left="720"/>
      </w:pPr>
      <w:r/>
      <w:r>
        <w:rPr>
          <w:b/>
        </w:rPr>
        <w:t>Evening highlights:</w:t>
      </w:r>
      <w:r>
        <w:t xml:space="preserve"> Pride Extravaganza for over-18s starts at 8pm, with drag performers and DJs , expect lively music, bright costumes and a dancefloor atmosphere.</w:t>
      </w:r>
      <w:r/>
    </w:p>
    <w:p>
      <w:pPr>
        <w:pStyle w:val="ListBullet"/>
        <w:spacing w:line="240" w:lineRule="auto"/>
        <w:ind w:left="720"/>
      </w:pPr>
      <w:r/>
      <w:r>
        <w:rPr>
          <w:b/>
        </w:rPr>
        <w:t>Unique attractions:</w:t>
      </w:r>
      <w:r>
        <w:t xml:space="preserve"> KrabbyCards, Ireland’s biggest Pokémon trading community, will run a merchandise area , a quirky, nostalgic draw for collectors.</w:t>
      </w:r>
      <w:r/>
    </w:p>
    <w:p>
      <w:pPr>
        <w:pStyle w:val="ListBullet"/>
        <w:spacing w:line="240" w:lineRule="auto"/>
        <w:ind w:left="720"/>
      </w:pPr>
      <w:r/>
      <w:r>
        <w:rPr>
          <w:b/>
        </w:rPr>
        <w:t>Fundraising and support:</w:t>
      </w:r>
      <w:r>
        <w:t xml:space="preserve"> A Gay Speed Dating fundraiser at PantiBar on 12 August helps fund the festival; the event is backed by local groups and government supports.</w:t>
      </w:r>
      <w:r/>
      <w:r/>
    </w:p>
    <w:p>
      <w:pPr>
        <w:pStyle w:val="Heading2"/>
      </w:pPr>
      <w:r>
        <w:t>A gentle start: Pride Coffee Day for catching up and connecting</w:t>
      </w:r>
      <w:r/>
    </w:p>
    <w:p>
      <w:r/>
      <w:r>
        <w:t>The festival eases you in with a relaxed Pride Coffee Day from midday to 3pm, a friendly hour to meet people and breathe in the sea breeze from nearby Bettystown. Organisers say it’s a safe space to chat, sip and pick up information about services in Drogheda and East Meath. Expect stalls from local organisations and a presence from the Drogheda and East Meath Credit Union , practical support alongside the social. If you’re coming with friends, use this time to plan your evening and scout the venue; it’s ideal for newcomers who want low-key inclusion.</w:t>
      </w:r>
      <w:r/>
    </w:p>
    <w:p>
      <w:pPr>
        <w:pStyle w:val="Heading2"/>
      </w:pPr>
      <w:r>
        <w:t>Learn, browse and support: information stands and local groups</w:t>
      </w:r>
      <w:r/>
    </w:p>
    <w:p>
      <w:r/>
      <w:r>
        <w:t>Scattered around the hotel will be informational stands showcasing LGBTQ+ services and community groups, so you can discover practical help or volunteering opportunities. Meath Pride aims to promote inclusion and visibility, and these stands are where that aim becomes tangible. Bring a notepad or save numbers to your phone , you’ll want to follow up on local meetups or health services. For anyone organising community work, this is a good moment to network and see what others are doing nearby.</w:t>
      </w:r>
      <w:r/>
    </w:p>
    <w:p>
      <w:pPr>
        <w:pStyle w:val="Heading2"/>
      </w:pPr>
      <w:r>
        <w:t>A quirkier pop-up: Pokémon cards meet Pride</w:t>
      </w:r>
      <w:r/>
    </w:p>
    <w:p>
      <w:r/>
      <w:r>
        <w:t>One of the more playful touches is a merchandise area run by KrabbyCards, Ireland’s largest Pokémon trading community, which should feel bright, nostalgic and slightly competitive. Whether you’re a seasoned collector or just curious, there’ll be packs and traders to browse , a fun, unexpected crossover between pop culture and Pride. It’s a reminder that Pride can hold space for all interests, and it’s a neat reason to bring younger friends or collectors along.</w:t>
      </w:r>
      <w:r/>
    </w:p>
    <w:p>
      <w:pPr>
        <w:pStyle w:val="Heading2"/>
      </w:pPr>
      <w:r>
        <w:t>Pride Extravaganza: drag, DJs and a buzzing nightscape</w:t>
      </w:r>
      <w:r/>
    </w:p>
    <w:p>
      <w:r/>
      <w:r>
        <w:t>The festival culminates with Pride Extravaganza, an over-18s party from 8pm featuring performers such as AIDXN G, Bon Bon, RYO, Sassy Heels and Princess Fiana. Expect theatrical drag, upbeat sets and an electric atmosphere as the venue fills and the dancefloor heats up. Tickets are on Eventbrite, so book early if you don’t want to miss the headline acts. If you like a dramatic costume reveal and big show numbers, this is the night to lean into sequins and bold makeup.</w:t>
      </w:r>
      <w:r/>
    </w:p>
    <w:p>
      <w:pPr>
        <w:pStyle w:val="Heading2"/>
      </w:pPr>
      <w:r>
        <w:t>Community fundraising and support: how the festival keeps going</w:t>
      </w:r>
      <w:r/>
    </w:p>
    <w:p>
      <w:r/>
      <w:r>
        <w:t>Ahead of the main event, organisers and partners are running a Gay Speed Dating fundraiser at PantiBar on 12 August, hosted by Ariana Grindr and Peter James, with proceeds supporting Meath Pride. The festival also benefits from backing by the Department of Children, Disability and Equality, NoLabel Events and the Meath LGBTQ+ Support Group. That mix of grass-roots events and institutional support helps keep the festival accessible and sustainable , buy a ticket, pop to the fundraiser, or volunteer if you can.</w:t>
      </w:r>
      <w:r/>
    </w:p>
    <w:p>
      <w:r/>
      <w:r>
        <w:t>It's a small change that can make every visit feel warmer, and every performance feel more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9">
        <w:r>
          <w:rPr>
            <w:color w:val="0000EE"/>
            <w:u w:val="single"/>
          </w:rPr>
          <w:t>[2]</w:t>
        </w:r>
      </w:hyperlink>
      <w:r>
        <w:t xml:space="preserve">, </w:t>
      </w:r>
      <w:hyperlink r:id="rId12">
        <w:r>
          <w:rPr>
            <w:color w:val="0000EE"/>
            <w:u w:val="single"/>
          </w:rPr>
          <w:t>[6]</w:t>
        </w:r>
      </w:hyperlink>
      <w:r>
        <w:t xml:space="preserve">- Paragraph 4: </w:t>
      </w:r>
      <w:hyperlink r:id="rId9">
        <w:r>
          <w:rPr>
            <w:color w:val="0000EE"/>
            <w:u w:val="single"/>
          </w:rPr>
          <w:t>[2]</w:t>
        </w:r>
      </w:hyperlink>
      <w:r>
        <w:t xml:space="preserve">, </w:t>
      </w:r>
      <w:hyperlink r:id="rId10">
        <w:r>
          <w:rPr>
            <w:color w:val="0000EE"/>
            <w:u w:val="single"/>
          </w:rPr>
          <w:t>[3]</w:t>
        </w:r>
      </w:hyperlink>
      <w:r>
        <w:t xml:space="preserve">- Paragraph 5: </w:t>
      </w:r>
      <w:hyperlink r:id="rId9">
        <w:r>
          <w:rPr>
            <w:color w:val="0000EE"/>
            <w:u w:val="single"/>
          </w:rPr>
          <w:t>[2]</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https://gcn.ie/meath-pride-2026-programme/</w:t>
        </w:r>
      </w:hyperlink>
      <w:r>
        <w:t xml:space="preserve"> - Please view link - unable to able to access data</w:t>
      </w:r>
      <w:r/>
    </w:p>
    <w:p>
      <w:pPr>
        <w:pStyle w:val="ListNumber"/>
        <w:spacing w:line="240" w:lineRule="auto"/>
        <w:ind w:left="720"/>
      </w:pPr>
      <w:r/>
      <w:hyperlink r:id="rId9">
        <w:r>
          <w:rPr>
            <w:color w:val="0000EE"/>
            <w:u w:val="single"/>
          </w:rPr>
          <w:t>https://gcn.ie/meath-pride-2026-programme/</w:t>
        </w:r>
      </w:hyperlink>
      <w:r>
        <w:t xml:space="preserve"> - Meath Pride 2026 is scheduled for August 29 at the Village Hotel in Bettystown, featuring a full day of activities. The festival aims to celebrate diversity, promote inclusion, and create a safe, welcoming environment for the LGBTQ+ community. The day's events include a Pride Coffee Day from 12pm to 3pm, offering a space for queer individuals and allies to socialise and relax. Educational and informational stands will be available, with Drogheda and East Meath Credit Union attending to support the event. In the evening, a merchandise area will be hosted by KrabbyCards, Ireland's largest Pokémon trading community, providing a selection of Pokémon cards for enthusiasts. The festival concludes with the over-18s Pride Extravaganza from 8pm, featuring performances by AIDXN G, Bon Bon, RYO, Sassy Heels, and Princess Fiana. Tickets are available via Eventbrite. Additionally, a Gay Speed Dating fundraiser event is organised at PantiBar on August 12, hosted by Ariana Grindr and Peter James, with all proceeds supporting the festival. The 2026 Meath Pride Festival is supported by the Department of Children, Disability and Equality, NoLabel Events, and the Meath LGBTQ+ Support Group.</w:t>
      </w:r>
      <w:r/>
    </w:p>
    <w:p>
      <w:pPr>
        <w:pStyle w:val="ListNumber"/>
        <w:spacing w:line="240" w:lineRule="auto"/>
        <w:ind w:left="720"/>
      </w:pPr>
      <w:r/>
      <w:hyperlink r:id="rId10">
        <w:r>
          <w:rPr>
            <w:color w:val="0000EE"/>
            <w:u w:val="single"/>
          </w:rPr>
          <w:t>https://www.meathchronicle.ie/2026/05/27/colour-community-and-celebration-as-pride-2026-schedule-unveiled/</w:t>
        </w:r>
      </w:hyperlink>
      <w:r>
        <w:t xml:space="preserve"> - The Meath Chronicle reports on the unveiling of the Navan Pride Festival 2026 schedule, highlighting a vibrant programme of events celebrating love, diversity, and the LGBTQ+ community in Meath. Scheduled from June 15 to 20, the festival includes music gigs, drag shows, film screenings, discussions, and the Pride Parade. Sponsors include Specsavers, Forte's (Valley Café), and Credit Union Plus, with additional support from the Department of Children, Disability and Equality. Willow, formerly Meath Women's Refuge, is the chosen charity partner, with two fundraisers planned to support their initiatives. Seán Flood, Navan Pride's new chair, emphasises the honour of representing the LGBTQIA+ community and the town of Navan. Event manager Manita Mewa expresses her commitment as an ally to support equality, dignity, and inclusion. Parade marshal Ann Marie Toole, an LGBT+ activist and psychotherapist, is honoured to lead the parade. Communications Director Patrick Lawlor highlights the festival's array of LGBT-themed nights and educational events, encouraging community participation and support.</w:t>
      </w:r>
      <w:r/>
    </w:p>
    <w:p>
      <w:pPr>
        <w:pStyle w:val="ListNumber"/>
        <w:spacing w:line="240" w:lineRule="auto"/>
        <w:ind w:left="720"/>
      </w:pPr>
      <w:r/>
      <w:hyperlink r:id="rId13">
        <w:r>
          <w:rPr>
            <w:color w:val="0000EE"/>
            <w:u w:val="single"/>
          </w:rPr>
          <w:t>https://www.meath.ie/council/news/call-for-nominations-represent-meath-county-council-at-the-2026-ipb-pride-of-place-awards</w:t>
        </w:r>
      </w:hyperlink>
      <w:r>
        <w:t xml:space="preserve"> - Meath County Council invites community groups across the county to apply to represent Meath at the 2026 IPB Pride of Place Awards, in association with Co-operation Ireland. Now in its 24th year, the Pride of Place Awards celebrate the outstanding work of community groups who make a real difference in their local areas. The competition recognises the spirit, pride, and dedication that strengthen communities and enhance quality of life across Ireland. Applications are open to Community and voluntary groups, residents’ associations, youth initiatives, and local organisations that demonstrate pride in their place, inclusivity, and strong community partnerships.</w:t>
      </w:r>
      <w:r/>
    </w:p>
    <w:p>
      <w:pPr>
        <w:pStyle w:val="ListNumber"/>
        <w:spacing w:line="240" w:lineRule="auto"/>
        <w:ind w:left="720"/>
      </w:pPr>
      <w:r/>
      <w:hyperlink r:id="rId11">
        <w:r>
          <w:rPr>
            <w:color w:val="0000EE"/>
            <w:u w:val="single"/>
          </w:rPr>
          <w:t>https://www.meathppn.ie/2026/05/06/navan-pride-2026-colour-community-celebration/</w:t>
        </w:r>
      </w:hyperlink>
      <w:r>
        <w:t xml:space="preserve"> - The Meath Public Participation Network announces the Navan Pride Festival 2026, set to take place from June 15 to 20. The festival aims to celebrate love, diversity, and the vibrant LGBTQ+ community of Meath, featuring events such as music gigs, drag shows, film screenings, discussions, and the Pride Parade. Sponsors include Specsavers, Forte’s (Valley Café), and the Credit Union, with additional support from the Department of Children, Disability and Equality. Willow, formerly Meath Women's Refuge, is the chosen charity partner, with two fundraisers planned to support their initiatives. The festival encourages participation from the LGBTQ+ community and allies, offering a platform to celebrate and support the community.</w:t>
      </w:r>
      <w:r/>
    </w:p>
    <w:p>
      <w:pPr>
        <w:pStyle w:val="ListNumber"/>
        <w:spacing w:line="240" w:lineRule="auto"/>
        <w:ind w:left="720"/>
      </w:pPr>
      <w:r/>
      <w:hyperlink r:id="rId12">
        <w:r>
          <w:rPr>
            <w:color w:val="0000EE"/>
            <w:u w:val="single"/>
          </w:rPr>
          <w:t>https://www.gay-prides.com/2026</w:t>
        </w:r>
      </w:hyperlink>
      <w:r>
        <w:t xml:space="preserve"> - Gay-Prides.com provides a comprehensive calendar of Pride events scheduled for 2026 worldwide. The calendar includes dates and locations for various Pride celebrations, such as New Delhi Pride on February 8, Auckland Pride on February 14, and Mumbai Pride on February 20. It also lists events in March, April, May, June, and beyond, covering cities across the globe. The website serves as a resource for individuals seeking information on Pride events, allowing them to plan and participate in celebrations that promote LGBTQ+ rights and visibility.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cn.ie/meath-pride-2026-programme/" TargetMode="External"/><Relationship Id="rId10" Type="http://schemas.openxmlformats.org/officeDocument/2006/relationships/hyperlink" Target="https://www.meathchronicle.ie/2026/05/27/colour-community-and-celebration-as-pride-2026-schedule-unveiled/" TargetMode="External"/><Relationship Id="rId11" Type="http://schemas.openxmlformats.org/officeDocument/2006/relationships/hyperlink" Target="https://www.meathppn.ie/2026/05/06/navan-pride-2026-colour-community-celebration/" TargetMode="External"/><Relationship Id="rId12" Type="http://schemas.openxmlformats.org/officeDocument/2006/relationships/hyperlink" Target="https://www.gay-prides.com/2026" TargetMode="External"/><Relationship Id="rId13" Type="http://schemas.openxmlformats.org/officeDocument/2006/relationships/hyperlink" Target="https://www.meath.ie/council/news/call-for-nominations-represent-meath-county-council-at-the-2026-ipb-pride-of-place-awar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