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Market Days 2026 Guide: Where to Party, Cruise and Catch Live Acts in Northalsted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night owls are heading back to Northalsted as Market Days returns Aug. 7–9, turning Chicago’s historic gayborhood into a buzzing summer carnival of music, food, art and afterhours cruising , here’s what to know, where to go, and how to make the most of the weekend.</w:t>
      </w:r>
      <w:r/>
    </w:p>
    <w:p>
      <w:r/>
      <w:r>
        <w:t>Essential Takeaways</w:t>
      </w:r>
      <w:r/>
      <w:r/>
    </w:p>
    <w:p>
      <w:pPr>
        <w:pStyle w:val="ListBullet"/>
        <w:spacing w:line="240" w:lineRule="auto"/>
        <w:ind w:left="720"/>
      </w:pPr>
      <w:r/>
      <w:r>
        <w:rPr>
          <w:b/>
        </w:rPr>
        <w:t>When and where:</w:t>
      </w:r>
      <w:r>
        <w:t xml:space="preserve"> Market Days runs Aug. 7–9 along North Halsted Street in Chicago’s Northalsted neighbourhood, drawing huge crowds.</w:t>
      </w:r>
      <w:r/>
    </w:p>
    <w:p>
      <w:pPr>
        <w:pStyle w:val="ListBullet"/>
        <w:spacing w:line="240" w:lineRule="auto"/>
        <w:ind w:left="720"/>
      </w:pPr>
      <w:r/>
      <w:r>
        <w:rPr>
          <w:b/>
        </w:rPr>
        <w:t>Music and performers:</w:t>
      </w:r>
      <w:r>
        <w:t xml:space="preserve"> Four stages with headliners and acts across genres, plus DJs and drag sets , expect big-name pop and club performers.</w:t>
      </w:r>
      <w:r/>
    </w:p>
    <w:p>
      <w:pPr>
        <w:pStyle w:val="ListBullet"/>
        <w:spacing w:line="240" w:lineRule="auto"/>
        <w:ind w:left="720"/>
      </w:pPr>
      <w:r/>
      <w:r>
        <w:rPr>
          <w:b/>
        </w:rPr>
        <w:t>Entry and passes:</w:t>
      </w:r>
      <w:r>
        <w:t xml:space="preserve"> General entry is a suggested $20 donation each day; VIP passes and packages are available for perks and faster access.</w:t>
      </w:r>
      <w:r/>
    </w:p>
    <w:p>
      <w:pPr>
        <w:pStyle w:val="ListBullet"/>
        <w:spacing w:line="240" w:lineRule="auto"/>
        <w:ind w:left="720"/>
      </w:pPr>
      <w:r/>
      <w:r>
        <w:rPr>
          <w:b/>
        </w:rPr>
        <w:t>Afterhours scene:</w:t>
      </w:r>
      <w:r>
        <w:t xml:space="preserve"> From Sidetrack’s Glow Party to CircuitMOM at the Aragon, several venues stage big dance and cruising events after the street fair.</w:t>
      </w:r>
      <w:r/>
    </w:p>
    <w:p>
      <w:pPr>
        <w:pStyle w:val="ListBullet"/>
        <w:spacing w:line="240" w:lineRule="auto"/>
        <w:ind w:left="720"/>
      </w:pPr>
      <w:r/>
      <w:r>
        <w:rPr>
          <w:b/>
        </w:rPr>
        <w:t>Practical note:</w:t>
      </w:r>
      <w:r>
        <w:t xml:space="preserve"> Pack comfy shoes, plan meet-up spots, and expect busy venues like Steamworks and new spots such as the Chicago Eagle.</w:t>
      </w:r>
      <w:r/>
      <w:r/>
    </w:p>
    <w:p>
      <w:pPr>
        <w:pStyle w:val="Heading2"/>
      </w:pPr>
      <w:r>
        <w:t>Market Days comes back loud, proud and packed , what to expect</w:t>
      </w:r>
      <w:r/>
    </w:p>
    <w:p>
      <w:r/>
      <w:r>
        <w:t>The first thing you’ll notice is the sound , four stages along a half-mile stretch mean music everywhere, from pop anthems to DJ-driven club sets, and the smell of street food underfoot. According to regional listings, organisers line up big names and drag stars to fill the bill, so the vibe is equal parts festival and block party. If you want a calmer route, arrive early on opening day or plan a midday break to dodge the densest crowds.</w:t>
      </w:r>
      <w:r/>
    </w:p>
    <w:p>
      <w:pPr>
        <w:pStyle w:val="Heading2"/>
      </w:pPr>
      <w:r>
        <w:t>The line-up and live music: who’s playing and why it matters</w:t>
      </w:r>
      <w:r/>
    </w:p>
    <w:p>
      <w:r/>
      <w:r>
        <w:t>This year’s roster includes chart-friendly performers and drag favourites, with multiple stages offering continuous programming from afternoon into evening. Festival organisers and local outlets note the mix keeps attendees moving between sets and stages, which is brilliant if you love discovery. Pro tip: check the schedule before you go and pick a must-see act or two , it saves precious festival hours and helps you navigate the crowds.</w:t>
      </w:r>
      <w:r/>
    </w:p>
    <w:p>
      <w:pPr>
        <w:pStyle w:val="Heading2"/>
      </w:pPr>
      <w:r>
        <w:t>Tickets, VIPs and how to save time (and nerves)</w:t>
      </w:r>
      <w:r/>
    </w:p>
    <w:p>
      <w:r/>
      <w:r>
        <w:t>General admission is a suggested $20 donation per day that helps cover talent and community programming, while VIP passes offer reserved viewing, shaded areas, and quicker access to amenities. If you’re bringing a group, a VIP package can be worth the splurge for a quieter basecamp. Otherwise, budget for food, water and incidentals and treat the donation as part of the weekend’s community support.</w:t>
      </w:r>
      <w:r/>
    </w:p>
    <w:p>
      <w:pPr>
        <w:pStyle w:val="Heading2"/>
      </w:pPr>
      <w:r>
        <w:t>Nightlife: where the city keeps the party going</w:t>
      </w:r>
      <w:r/>
    </w:p>
    <w:p>
      <w:r/>
      <w:r>
        <w:t>Market Days is as much an evening affair as a daytime festival. Sidetrack kicks the weekend off with a Glow Party, while CircuitMOM stages massive dance events at the Aragon Ballroom. Newer venues like the Chicago Eagle and longstanding haunts such as Cellblock and Jackhammer run themed parties and backroom action, so expect a lively bar crawl. If cruising is part of your weekend plan, scope venue listings ahead and be mindful of consent and safety , Chicago’s scene is convivial but crowded.</w:t>
      </w:r>
      <w:r/>
    </w:p>
    <w:p>
      <w:pPr>
        <w:pStyle w:val="Heading2"/>
      </w:pPr>
      <w:r>
        <w:t>Steamworks, Furball and niche parties , who’s for who</w:t>
      </w:r>
      <w:r/>
    </w:p>
    <w:p>
      <w:r/>
      <w:r>
        <w:t>Beyond mainstream dance events there are niche nights like Furball at Metro for bear and chub communities, and host-driven sets at Steamworks that draw visitors from out of town. Each event offers a different crowd and tempo: go to Furball if you want relaxed, communal energy; pick Steamworks for a more private, play-focused experience. Check event pages for age restrictions, door policies and guest-host details so you don’t get turned away.</w:t>
      </w:r>
      <w:r/>
    </w:p>
    <w:p>
      <w:pPr>
        <w:pStyle w:val="Heading2"/>
      </w:pPr>
      <w:r>
        <w:t>Logistics and local tips so the weekend runs smoother</w:t>
      </w:r>
      <w:r/>
    </w:p>
    <w:p>
      <w:r/>
      <w:r>
        <w:t>Public transport and walking are your friends , Halsted becomes a pedestrian artery and parking fills fast. Bring a portable charger, reusable water bottle, and a small first-aid kit for blisters or sunburn. Set meeting points with friends (a specific stage or vendor works well), and use apps sparingly to conserve battery. If you want to avoid the biggest queues, attend earlier sets or buy VIP access through official channels.</w:t>
      </w:r>
      <w:r/>
    </w:p>
    <w:p>
      <w:r/>
      <w:r>
        <w:t>It's a small change that can make every Market Days moment more relaxed and memorable.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4">
        <w:r>
          <w:rPr>
            <w:color w:val="0000EE"/>
            <w:u w:val="single"/>
          </w:rPr>
          <w:t>[4]</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1">
        <w:r>
          <w:rPr>
            <w:color w:val="0000EE"/>
            <w:u w:val="single"/>
          </w:rPr>
          <w:t>[6]</w:t>
        </w:r>
      </w:hyperlink>
      <w:r>
        <w:t xml:space="preserve">- Paragraph 5: </w:t>
      </w:r>
      <w:hyperlink r:id="rId9">
        <w:r>
          <w:rPr>
            <w:color w:val="0000EE"/>
            <w:u w:val="single"/>
          </w:rPr>
          <w:t>[1]</w:t>
        </w:r>
      </w:hyperlink>
      <w:r>
        <w:t xml:space="preserve">, </w:t>
      </w:r>
      <w:hyperlink r:id="rId15">
        <w:r>
          <w:rPr>
            <w:color w:val="0000EE"/>
            <w:u w:val="single"/>
          </w:rPr>
          <w:t>[5]</w:t>
        </w:r>
      </w:hyperlink>
      <w:r>
        <w:t xml:space="preserve">- Paragraph 6: </w:t>
      </w:r>
      <w:hyperlink r:id="rId11">
        <w:r>
          <w:rPr>
            <w:color w:val="0000EE"/>
            <w:u w:val="single"/>
          </w:rPr>
          <w:t>[6]</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https://www.gaycities.com/articles/106611/chicagos-market-days-returns-this-weekend-these-are-the-cruisiest-places-to-hang-out/</w:t>
        </w:r>
      </w:hyperlink>
      <w:r>
        <w:t xml:space="preserve"> - Please view link - unable to able to access data</w:t>
      </w:r>
      <w:r/>
    </w:p>
    <w:p>
      <w:pPr>
        <w:pStyle w:val="ListNumber"/>
        <w:spacing w:line="240" w:lineRule="auto"/>
        <w:ind w:left="720"/>
      </w:pPr>
      <w:r/>
      <w:hyperlink r:id="rId10">
        <w:r>
          <w:rPr>
            <w:color w:val="0000EE"/>
            <w:u w:val="single"/>
          </w:rPr>
          <w:t>https://chicagoevents.com/event/northalsted-market-days/</w:t>
        </w:r>
      </w:hyperlink>
      <w:r>
        <w:t xml:space="preserve"> - Northalsted Market Days® is an annual street festival celebrating community in Chicago’s landmark Northalsted/Lakeview neighborhood. The 1/2 mile long summer festival features all-day lineups of live music on 4 stages, 250+ vendors, food and drink, dance exhibitions, drag performance, and more. Market Days is one of Thrillist’s Can’t Miss Queer Events, ranked in the top 10 Chicago festivals by BizBash, and a 2023 Best of GayCities Winner for Travel Worthy Festival.</w:t>
      </w:r>
      <w:r/>
    </w:p>
    <w:p>
      <w:pPr>
        <w:pStyle w:val="ListNumber"/>
        <w:spacing w:line="240" w:lineRule="auto"/>
        <w:ind w:left="720"/>
      </w:pPr>
      <w:r/>
      <w:hyperlink r:id="rId12">
        <w:r>
          <w:rPr>
            <w:color w:val="0000EE"/>
            <w:u w:val="single"/>
          </w:rPr>
          <w:t>https://www.fox32chicago.com/news/northalsted-market-days-2026-headliners-chicago</w:t>
        </w:r>
      </w:hyperlink>
      <w:r>
        <w:t xml:space="preserve"> - Northalsted Market Days will return to Chicago this year with a lineup that includes Grammy-winning and nominated artists, drag performers, comedians and DJs performing across four stages in the city’s historic LGBTQ+ neighborhood. Headliners include Keri Hilson, Daya, Northbrook native JORDY, Dawn Richard, comedian Jessica Kirson and Myki Meeks, the current winner of 'RuPaul’s Drag Race.'</w:t>
      </w:r>
      <w:r/>
    </w:p>
    <w:p>
      <w:pPr>
        <w:pStyle w:val="ListNumber"/>
        <w:spacing w:line="240" w:lineRule="auto"/>
        <w:ind w:left="720"/>
      </w:pPr>
      <w:r/>
      <w:hyperlink r:id="rId14">
        <w:r>
          <w:rPr>
            <w:color w:val="0000EE"/>
            <w:u w:val="single"/>
          </w:rPr>
          <w:t>https://northalsted.com/main-events/market-days-vip-pass/</w:t>
        </w:r>
      </w:hyperlink>
      <w:r>
        <w:t xml:space="preserve"> - Northalsted Market Days® is an annual street festival celebrating community in Chicago’s landmark Northalsted/Lakeview neighborhood. The 1/2 mile long summer festival features all-day lineups of live music on 4 stages, 250+ vendors, food and drink, dance exhibitions, drag performance, and more. Market Days is one of Thrillist’s Can’t Miss Queer Events, ranked in the top 10 Chicago festivals by BizBash, and a 2023 Best of GayCities Winner for Travel Worthy Festival.</w:t>
      </w:r>
      <w:r/>
    </w:p>
    <w:p>
      <w:pPr>
        <w:pStyle w:val="ListNumber"/>
        <w:spacing w:line="240" w:lineRule="auto"/>
        <w:ind w:left="720"/>
      </w:pPr>
      <w:r/>
      <w:hyperlink r:id="rId15">
        <w:r>
          <w:rPr>
            <w:color w:val="0000EE"/>
            <w:u w:val="single"/>
          </w:rPr>
          <w:t>https://www.anvara.com/listings/northalsted-market-days</w:t>
        </w:r>
      </w:hyperlink>
      <w:r>
        <w:t xml:space="preserve"> - Northalsted Market Days is the largest LGBTQ+ street fest in the country, returning for its 43rd annual edition on August 7–9, 2026 along North Halsted Street in Chicago's historic Northalsted neighborhood — the epicenter of the city's vibrant LGBTQ+ community. Each year in early August, more than 100,000 members, family, and friends of the LGBTQ+ community converge on North Halsted to celebrate across six city blocks with 17 entrance gates. The festival features 5 stages of live music with over 45 bands and entertainers, many of them top-name national headliners, nearly 250 exhibitor booths from vendors across the country selected for the quality and uniqueness of their wares, 400+ vendor and sponsor booths in total, plus food, drink, shopping, and nonstop entertainment.</w:t>
      </w:r>
      <w:r/>
    </w:p>
    <w:p>
      <w:pPr>
        <w:pStyle w:val="ListNumber"/>
        <w:spacing w:line="240" w:lineRule="auto"/>
        <w:ind w:left="720"/>
      </w:pPr>
      <w:r/>
      <w:hyperlink r:id="rId11">
        <w:r>
          <w:rPr>
            <w:color w:val="0000EE"/>
            <w:u w:val="single"/>
          </w:rPr>
          <w:t>https://www.nighttours.com/chicago/gayguide/northalsted-market-days-2026-08-07.html</w:t>
        </w:r>
      </w:hyperlink>
      <w:r>
        <w:t xml:space="preserve"> - Northalsted Market Days is Chicago’s biggest LGBTQ+ street festival, held every August in the city’s Boystown neighborhood. Stretching along North Halsted Street, it combines live music, food, shopping, and a buzzing party atmosphere that lasts all weekend. Entertainment is at the core. Multiple stages host live bands, DJs, and drag performances, creating a soundtrack that shifts from pop to house to rock as you move through the festival. Street vendors and food stalls line the blocks, serving everything from festival snacks to Chicago classics. Bars and clubs spill into the street, adding to the open-air party vibe. The crowd is a mix of locals and international visitors, with tens of thousands attending each year. Expect shirtless guys dancing in the sun, drag queens posing for photos, and groups of friends filling every corner.</w:t>
      </w:r>
      <w:r/>
    </w:p>
    <w:p>
      <w:pPr>
        <w:pStyle w:val="ListNumber"/>
        <w:spacing w:line="240" w:lineRule="auto"/>
        <w:ind w:left="720"/>
      </w:pPr>
      <w:r/>
      <w:hyperlink r:id="rId13">
        <w:r>
          <w:rPr>
            <w:color w:val="0000EE"/>
            <w:u w:val="single"/>
          </w:rPr>
          <w:t>https://www.nbcchicago.com/news/local/chicago-pride-fest-kicks-off-with-music-drag-performances-dancing-and-more/3951436/</w:t>
        </w:r>
      </w:hyperlink>
      <w:r>
        <w:t xml:space="preserve"> - Chicago Pride Fest in the city's Northalsted neighborhood kicked off on Saturday with a series of musical performances, guest speakers and dance exhibitions. Serving as a precursor to next week's annual Chicago Pride Parade, the two-day street festival is a celebration of LGBTQ+ life, culture and community in Northalsted, described as Chicago's landmark LGBTQ+ neighborhood, according to the event website. Running through Sunday along Halsted Street from Addison to Grace streets, Pride Fest features live music on three separate stages, a dedicated space for teenagers, drag performances, dance exhibitions and more. Headliners include Grammy Award-winner Durand Bernarr, international rockstar G Flip and pop icon Willa Ford, among others. In addition, the Chicago Gay Men's Chorus is set to take the stage - plus owners and their furry friends can take part in the Proud Pet Parade. More than 150 food and merchandise vendors will be on hand, dishing up food and offering a variety of goods for purchase. While the festival is free, organizers suggest a $20 donation, saying funds help pay performers and festival workers and support local programs.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aycities.com/articles/106611/chicagos-market-days-returns-this-weekend-these-are-the-cruisiest-places-to-hang-out/" TargetMode="External"/><Relationship Id="rId10" Type="http://schemas.openxmlformats.org/officeDocument/2006/relationships/hyperlink" Target="https://chicagoevents.com/event/northalsted-market-days/" TargetMode="External"/><Relationship Id="rId11" Type="http://schemas.openxmlformats.org/officeDocument/2006/relationships/hyperlink" Target="https://www.nighttours.com/chicago/gayguide/northalsted-market-days-2026-08-07.html" TargetMode="External"/><Relationship Id="rId12" Type="http://schemas.openxmlformats.org/officeDocument/2006/relationships/hyperlink" Target="https://www.fox32chicago.com/news/northalsted-market-days-2026-headliners-chicago" TargetMode="External"/><Relationship Id="rId13" Type="http://schemas.openxmlformats.org/officeDocument/2006/relationships/hyperlink" Target="https://www.nbcchicago.com/news/local/chicago-pride-fest-kicks-off-with-music-drag-performances-dancing-and-more/3951436/" TargetMode="External"/><Relationship Id="rId14" Type="http://schemas.openxmlformats.org/officeDocument/2006/relationships/hyperlink" Target="https://northalsted.com/main-events/market-days-vip-pass/" TargetMode="External"/><Relationship Id="rId15" Type="http://schemas.openxmlformats.org/officeDocument/2006/relationships/hyperlink" Target="https://www.anvara.com/listings/northalsted-market-day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