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Love Island USA Seasons for Queer Representation: Could Change Be Coming?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eyes to inclusion as Ariana Madix pushes for more queer representation on Love Island USA, arguing the format can be adapted; the host says producers could work out recoupling logistics, and viewers are debating why it matters for contestants and fans alike.</w:t>
      </w:r>
      <w:r/>
    </w:p>
    <w:p>
      <w:r/>
      <w:r>
        <w:t>Essential Takeaways</w:t>
      </w:r>
      <w:r/>
      <w:r/>
    </w:p>
    <w:p>
      <w:pPr>
        <w:pStyle w:val="ListBullet"/>
        <w:spacing w:line="240" w:lineRule="auto"/>
        <w:ind w:left="720"/>
      </w:pPr>
      <w:r/>
      <w:r>
        <w:rPr>
          <w:b/>
        </w:rPr>
        <w:t>Host support:</w:t>
      </w:r>
      <w:r>
        <w:t xml:space="preserve"> Ariana Madix has publicly backed adding more queer couples to Love Island USA and said logistics could be solved. </w:t>
      </w:r>
      <w:r/>
    </w:p>
    <w:p>
      <w:pPr>
        <w:pStyle w:val="ListBullet"/>
        <w:spacing w:line="240" w:lineRule="auto"/>
        <w:ind w:left="720"/>
      </w:pPr>
      <w:r/>
      <w:r>
        <w:rPr>
          <w:b/>
        </w:rPr>
        <w:t>Format tweakable:</w:t>
      </w:r>
      <w:r>
        <w:t xml:space="preserve"> Madix believes recoupling mechanics can be adjusted rather than scrapped. </w:t>
      </w:r>
      <w:r/>
    </w:p>
    <w:p>
      <w:pPr>
        <w:pStyle w:val="ListBullet"/>
        <w:spacing w:line="240" w:lineRule="auto"/>
        <w:ind w:left="720"/>
      </w:pPr>
      <w:r/>
      <w:r>
        <w:rPr>
          <w:b/>
        </w:rPr>
        <w:t>Past glimpses:</w:t>
      </w:r>
      <w:r>
        <w:t xml:space="preserve"> The series has featured bisexual contestants and occasional same-sex pairings but not a full integration. </w:t>
      </w:r>
      <w:r/>
    </w:p>
    <w:p>
      <w:pPr>
        <w:pStyle w:val="ListBullet"/>
        <w:spacing w:line="240" w:lineRule="auto"/>
        <w:ind w:left="720"/>
      </w:pPr>
      <w:r/>
      <w:r>
        <w:rPr>
          <w:b/>
        </w:rPr>
        <w:t>Contestant welfare:</w:t>
      </w:r>
      <w:r>
        <w:t xml:space="preserve"> Producers have taken steps to protect Islanders’ social accounts amid rising online abuse. </w:t>
      </w:r>
      <w:r/>
    </w:p>
    <w:p>
      <w:pPr>
        <w:pStyle w:val="ListBullet"/>
        <w:spacing w:line="240" w:lineRule="auto"/>
        <w:ind w:left="720"/>
      </w:pPr>
      <w:r/>
      <w:r>
        <w:rPr>
          <w:b/>
        </w:rPr>
        <w:t>Cultural moment:</w:t>
      </w:r>
      <w:r>
        <w:t xml:space="preserve"> Madix’s Emmy nod and platform help push the conversation into mainstream coverage.</w:t>
      </w:r>
      <w:r/>
      <w:r/>
    </w:p>
    <w:p>
      <w:pPr>
        <w:pStyle w:val="Heading2"/>
      </w:pPr>
      <w:r>
        <w:t>Why Ariana Madix thinks Love Island can evolve , and why that matters</w:t>
      </w:r>
      <w:r/>
    </w:p>
    <w:p>
      <w:r/>
      <w:r>
        <w:t>Ariana Madix told Marie Claire she’s confident the show’s structure could bend to include queer couples, and she sounds upbeat about practical problem-solving. The line about “figuring out the logistics” is both pragmatic and encouraging , it suggests change is a production challenge, not a storytelling death knell. Viewers who want more representation will find it heartening that a lead host is publicly lobbying for it; it shifts the conversation from “if” to “how”.</w:t>
      </w:r>
      <w:r/>
    </w:p>
    <w:p>
      <w:pPr>
        <w:pStyle w:val="Heading2"/>
      </w:pPr>
      <w:r>
        <w:t>What producers would actually need to change</w:t>
      </w:r>
      <w:r/>
    </w:p>
    <w:p>
      <w:r/>
      <w:r>
        <w:t>Recouplings and dramatic reveals are the spine of Love Island, but Madix pointed out those moments are orchestrated backstage anyway. That means producers could redesign pairing ceremonies, nomination rules or villa dynamics to accommodate same-sex matches without losing tension. From a production standpoint, it’s a planning exercise: think revised prompts, equitable rules about who can pair with whom, and camera directions that capture chemistry regardless of gender.</w:t>
      </w:r>
      <w:r/>
    </w:p>
    <w:p>
      <w:pPr>
        <w:pStyle w:val="Heading2"/>
      </w:pPr>
      <w:r>
        <w:t>The show’s history with queer contestants , glimpses, not full inclusion</w:t>
      </w:r>
      <w:r/>
    </w:p>
    <w:p>
      <w:r/>
      <w:r>
        <w:t>Love Island USA hasn’t been blank on queer representation; there have been bisexual contestants and a few same-sex couplings that hinted at possibilities. Still, full integration into the main format is distinct from occasional moments. Fans and critics have picked up on that gap, arguing the franchise , global and influential , could normalise same-sex dating in a high-profile way rather than treating it as an exception.</w:t>
      </w:r>
      <w:r/>
    </w:p>
    <w:p>
      <w:pPr>
        <w:pStyle w:val="Heading2"/>
      </w:pPr>
      <w:r>
        <w:t>Why contestant safety and audience behaviour matter</w:t>
      </w:r>
      <w:r/>
    </w:p>
    <w:p>
      <w:r/>
      <w:r>
        <w:t>Madix also used the interview to criticise online abuse aimed at Islanders and praised steps taken to protect contestants’ social accounts. That matters because expanding representation without adequate support risks exposing participants to intense harassment. Producers will need clearer safety nets and moderation policies if queer couplings become a regular part of the show, and viewers have a role too: respectful discussion improves the experience for everyone.</w:t>
      </w:r>
      <w:r/>
    </w:p>
    <w:p>
      <w:pPr>
        <w:pStyle w:val="Heading2"/>
      </w:pPr>
      <w:r>
        <w:t>How this fits into a wider TV trend</w:t>
      </w:r>
      <w:r/>
    </w:p>
    <w:p>
      <w:r/>
      <w:r>
        <w:t>Reality formats have been nudging towards inclusion across networks, and Love Island’s evolution would follow that arc. Madix’s Emmy nomination and growing visibility give the conversation reach; when a show's face speaks up, change can move from idea to planning room. If producers commit, expect trial runs, format tests and careful rollouts to ensure both authenticity and drama.</w:t>
      </w:r>
      <w:r/>
    </w:p>
    <w:p>
      <w:r/>
      <w:r>
        <w:t>It's a small but noticeable shift , and one that could make the villa feel more like the real world.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https://www.realitytea.com/2026/08/05/ariana-madix-defends-queer-representation-love-island-usa/</w:t>
        </w:r>
      </w:hyperlink>
      <w:r>
        <w:t xml:space="preserve"> - Please view link - unable to able to access data</w:t>
      </w:r>
      <w:r/>
    </w:p>
    <w:p>
      <w:pPr>
        <w:pStyle w:val="ListNumber"/>
        <w:spacing w:line="240" w:lineRule="auto"/>
        <w:ind w:left="720"/>
      </w:pPr>
      <w:r/>
      <w:hyperlink r:id="rId10">
        <w:r>
          <w:rPr>
            <w:color w:val="0000EE"/>
            <w:u w:val="single"/>
          </w:rPr>
          <w:t>https://www.marieclaire.com/culture/tv-shows/ariana-madix-love-island-usa-emmys-interview/</w:t>
        </w:r>
      </w:hyperlink>
      <w:r>
        <w:t xml:space="preserve"> - In this interview with Marie Claire, Ariana Madix reflects on her journey from reality TV star to hosting Love Island USA, culminating in an Emmy nomination for Outstanding Host. She discusses the challenges of the show, including unscripted moments, styling decisions, and handling online toxicity. Madix shares how her theatre background influences her hosting style, her preference for authenticity, and how she navigates the unpredictable nature of the show and its contestants. She also emphasizes the importance of protecting Islanders from online hate and highlights her passion for increased queer representation on the show.</w:t>
      </w:r>
      <w:r/>
    </w:p>
    <w:p>
      <w:pPr>
        <w:pStyle w:val="ListNumber"/>
        <w:spacing w:line="240" w:lineRule="auto"/>
        <w:ind w:left="720"/>
      </w:pPr>
      <w:r/>
      <w:hyperlink r:id="rId11">
        <w:r>
          <w:rPr>
            <w:color w:val="0000EE"/>
            <w:u w:val="single"/>
          </w:rPr>
          <w:t>https://tasteofreality.com/ariana-madix-love-island-usa-queer-representation/</w:t>
        </w:r>
      </w:hyperlink>
      <w:r>
        <w:t xml:space="preserve"> - Ariana Madix, host of Love Island USA, expressed her desire for more queer representation on the show during an appearance on Cosmopolitan’s Blind Date. She highlighted that queer people are a part of life and emphasized the importance of their presence on the show. Madix pointed out that while there have been same-sex couples in previous seasons, there is no rule preventing same-sex pairings, and she is eager to see more LGBTQ+ representation in future seasons.</w:t>
      </w:r>
      <w:r/>
    </w:p>
    <w:p>
      <w:pPr>
        <w:pStyle w:val="ListNumber"/>
        <w:spacing w:line="240" w:lineRule="auto"/>
        <w:ind w:left="720"/>
      </w:pPr>
      <w:r/>
      <w:hyperlink r:id="rId12">
        <w:r>
          <w:rPr>
            <w:color w:val="0000EE"/>
            <w:u w:val="single"/>
          </w:rPr>
          <w:t>https://www.elitedaily.com/entertainment/ariana-madix-queer-couple-love-island-usa</w:t>
        </w:r>
      </w:hyperlink>
      <w:r>
        <w:t xml:space="preserve"> - In an interview with Elite Daily, Ariana Madix, host of Love Island USA, discussed her desire to see more queer couples on the show. She acknowledged that the current format is very gendered and binary, expressing a wish to see it break out of that structure. Madix mentioned previous same-sex relationships on the show but emphasized her hope for a lasting LGBTQ+ couple to form on Love Island USA.</w:t>
      </w:r>
      <w:r/>
    </w:p>
    <w:p>
      <w:pPr>
        <w:pStyle w:val="ListNumber"/>
        <w:spacing w:line="240" w:lineRule="auto"/>
        <w:ind w:left="720"/>
      </w:pPr>
      <w:r/>
      <w:hyperlink r:id="rId13">
        <w:r>
          <w:rPr>
            <w:color w:val="0000EE"/>
            <w:u w:val="single"/>
          </w:rPr>
          <w:t>https://www.out.com/gay-tv-shows/ariana-madix-im-dying-for-more-queer-representation-on-love-island</w:t>
        </w:r>
      </w:hyperlink>
      <w:r>
        <w:t xml:space="preserve"> - Ariana Madix, host of Love Island USA, expressed her eagerness for more queer representation on the show during an appearance on Cosmopolitan’s web chat series 'Blind Date.' She stated, 'I’m dying for more queer representation on the show,' highlighting the importance of queer people being part of the show's narrative. Madix also discussed the challenges of the show's format and her desire to see it evolve to include more LGBTQ+ participants.</w:t>
      </w:r>
      <w:r/>
    </w:p>
    <w:p>
      <w:pPr>
        <w:pStyle w:val="ListNumber"/>
        <w:spacing w:line="240" w:lineRule="auto"/>
        <w:ind w:left="720"/>
      </w:pPr>
      <w:r/>
      <w:hyperlink r:id="rId14">
        <w:r>
          <w:rPr>
            <w:color w:val="0000EE"/>
            <w:u w:val="single"/>
          </w:rPr>
          <w:t>https://www.thepinktimes.com/article/ariana-madix-calls-for-queer-love-island</w:t>
        </w:r>
      </w:hyperlink>
      <w:r>
        <w:t xml:space="preserve"> - Ariana Madix, host of Love Island USA, called for more queer representation on the show. She emphasized that queer relationships are essential and highlighted past queer couples on the programme. Madix criticized the logistical issues cited by producers for the lack of queer contestants and expressed her desire for the show to evolve to include more LGBTQ+ participants.</w:t>
      </w:r>
      <w:r/>
    </w:p>
    <w:p>
      <w:pPr>
        <w:pStyle w:val="ListNumber"/>
        <w:spacing w:line="240" w:lineRule="auto"/>
        <w:ind w:left="720"/>
      </w:pPr>
      <w:r/>
      <w:hyperlink r:id="rId15">
        <w:r>
          <w:rPr>
            <w:color w:val="0000EE"/>
            <w:u w:val="single"/>
          </w:rPr>
          <w:t>https://www.peacocktv.com/blog/inside-the-love-island-usa-premiere-cast</w:t>
        </w:r>
      </w:hyperlink>
      <w:r>
        <w:t xml:space="preserve"> - Ahead of the Season 8 premiere of Love Island USA, host Ariana Madix shared insights into the show's production. She discussed the intricate logistics of the overnight premiere shoot and her role in guiding first-time Islanders through production basics. Madix also mentioned her frequent surprises by early romantic pairings and her trust in her instincts, noting she sensed Season 7’s Nic and Olandria from night 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ealitytea.com/2026/08/05/ariana-madix-defends-queer-representation-love-island-usa/" TargetMode="External"/><Relationship Id="rId10" Type="http://schemas.openxmlformats.org/officeDocument/2006/relationships/hyperlink" Target="https://www.marieclaire.com/culture/tv-shows/ariana-madix-love-island-usa-emmys-interview/" TargetMode="External"/><Relationship Id="rId11" Type="http://schemas.openxmlformats.org/officeDocument/2006/relationships/hyperlink" Target="https://tasteofreality.com/ariana-madix-love-island-usa-queer-representation/" TargetMode="External"/><Relationship Id="rId12" Type="http://schemas.openxmlformats.org/officeDocument/2006/relationships/hyperlink" Target="https://www.elitedaily.com/entertainment/ariana-madix-queer-couple-love-island-usa" TargetMode="External"/><Relationship Id="rId13" Type="http://schemas.openxmlformats.org/officeDocument/2006/relationships/hyperlink" Target="https://www.out.com/gay-tv-shows/ariana-madix-im-dying-for-more-queer-representation-on-love-island" TargetMode="External"/><Relationship Id="rId14" Type="http://schemas.openxmlformats.org/officeDocument/2006/relationships/hyperlink" Target="https://www.thepinktimes.com/article/ariana-madix-calls-for-queer-love-island" TargetMode="External"/><Relationship Id="rId15" Type="http://schemas.openxmlformats.org/officeDocument/2006/relationships/hyperlink" Target="https://www.peacocktv.com/blog/inside-the-love-island-usa-premiere-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