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Darlington Pride 2026: Events, Times and Practical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a colourful crowd as Darlington Pride Weekend returns , lively free entertainment, a town-centre march and family-friendly picnic across August 8–10, with accessibility support and late-night bar events that make the weekend a proper community celebration.</w:t>
      </w:r>
      <w:r/>
    </w:p>
    <w:p>
      <w:r/>
      <w:r>
        <w:t>Essential Takeaways</w:t>
      </w:r>
      <w:r/>
      <w:r/>
    </w:p>
    <w:p>
      <w:pPr>
        <w:pStyle w:val="ListBullet"/>
        <w:spacing w:line="240" w:lineRule="auto"/>
        <w:ind w:left="720"/>
      </w:pPr>
      <w:r/>
      <w:r>
        <w:rPr>
          <w:b/>
        </w:rPr>
        <w:t>When:</w:t>
      </w:r>
      <w:r>
        <w:t xml:space="preserve"> Main festivities run Saturday 11am–5pm, picnic Sunday 12pm–3pm, and MonGAY events from 6pm Monday.</w:t>
      </w:r>
      <w:r/>
    </w:p>
    <w:p>
      <w:pPr>
        <w:pStyle w:val="ListBullet"/>
        <w:spacing w:line="240" w:lineRule="auto"/>
        <w:ind w:left="720"/>
      </w:pPr>
      <w:r/>
      <w:r>
        <w:rPr>
          <w:b/>
        </w:rPr>
        <w:t>Where:</w:t>
      </w:r>
      <w:r>
        <w:t xml:space="preserve"> Market Square hosts Saturday’s live music and march; Foundry Green in Hopetown is the picnic site.</w:t>
      </w:r>
      <w:r/>
    </w:p>
    <w:p>
      <w:pPr>
        <w:pStyle w:val="ListBullet"/>
        <w:spacing w:line="240" w:lineRule="auto"/>
        <w:ind w:left="720"/>
      </w:pPr>
      <w:r/>
      <w:r>
        <w:rPr>
          <w:b/>
        </w:rPr>
        <w:t>Accessibility:</w:t>
      </w:r>
      <w:r>
        <w:t xml:space="preserve"> British Sign Language interpretation is provided; accessible toilets available at local venues.</w:t>
      </w:r>
      <w:r/>
    </w:p>
    <w:p>
      <w:pPr>
        <w:pStyle w:val="ListBullet"/>
        <w:spacing w:line="240" w:lineRule="auto"/>
        <w:ind w:left="720"/>
      </w:pPr>
      <w:r/>
      <w:r>
        <w:rPr>
          <w:b/>
        </w:rPr>
        <w:t>Practicalities:</w:t>
      </w:r>
      <w:r>
        <w:t xml:space="preserve"> Free entry and pre-bookable free tickets for some sessions; bike stands, nearby taxis, buses and trains make getting there easy.</w:t>
      </w:r>
      <w:r/>
    </w:p>
    <w:p>
      <w:pPr>
        <w:pStyle w:val="ListBullet"/>
        <w:spacing w:line="240" w:lineRule="auto"/>
        <w:ind w:left="720"/>
      </w:pPr>
      <w:r/>
      <w:r>
        <w:rPr>
          <w:b/>
        </w:rPr>
        <w:t>Family friendly:</w:t>
      </w:r>
      <w:r>
        <w:t xml:space="preserve"> Saturday and Sunday include crafts, face painting and activities for children.</w:t>
      </w:r>
      <w:r/>
      <w:r/>
    </w:p>
    <w:p>
      <w:pPr>
        <w:pStyle w:val="Heading2"/>
      </w:pPr>
      <w:r>
        <w:t>What’s happening on Saturday , music, march and market buzz</w:t>
      </w:r>
      <w:r/>
    </w:p>
    <w:p>
      <w:r/>
      <w:r>
        <w:t>Saturday is the big town-centre day, with Market Square turning into a free party zone full of live music, traders and local information stalls. The Pride march steps off around 12.15pm and winds through the centre , it’s loud, colourful and a real community moment. Organisers have made a point of including British Sign Language interpretation, so everyone can follow speeches and performances. If you’re coming with kids, there are stalls and activities to keep them entertained, and the Market Hall and nearby venues have toilets and changing facilities. For first-timers, arrive early to grab a good viewing spot for the march and the main stage acts.</w:t>
      </w:r>
      <w:r/>
    </w:p>
    <w:p>
      <w:pPr>
        <w:pStyle w:val="Heading2"/>
      </w:pPr>
      <w:r>
        <w:t>Where the picnic and family fun happens on Sunday</w:t>
      </w:r>
      <w:r/>
    </w:p>
    <w:p>
      <w:r/>
      <w:r>
        <w:t>On Sunday the celebrations shift to Hopetown’s Foundry Green for the Pride Picnic, hosted by Tracks Darlington, which brings relaxed live music, crafts and stilt walkers. It’s a gentler, family-focused vibe , think bubbles, face painting and a chance to sit on the grass with friends. The picnic runs midday to 3pm, and food options include the Clocktower Café and a local kiosk for sweet treats. Tickets are free but organisers recommend booking in advance at the Goods Shed Welcome Desk or online, so you won’t be disappointed if numbers fill up.</w:t>
      </w:r>
      <w:r/>
    </w:p>
    <w:p>
      <w:pPr>
        <w:pStyle w:val="Heading2"/>
      </w:pPr>
      <w:r>
        <w:t>Monday night: MonGAY , bars, parties and local queer nightlife</w:t>
      </w:r>
      <w:r/>
    </w:p>
    <w:p>
      <w:r/>
      <w:r>
        <w:t>Monday keeps the party going with MonGAY Pride, a cluster of late-night events across local pubs and bars from 6pm onwards. Expect themed nights and playful events: Camp Karaoke at The Red Lion, a Pride party at The Hummingbird and prize-filled fun at The Turks Head. It’s a great way to wind down the weekend with friends and meet locals. If you’re planning a pub hop, check venues’ social pages for last-minute updates and any entry guidance , these nights can get busy and lively, so book a table if you can.</w:t>
      </w:r>
      <w:r/>
    </w:p>
    <w:p>
      <w:pPr>
        <w:pStyle w:val="Heading2"/>
      </w:pPr>
      <w:r>
        <w:t>Getting there, moving around and accessibility</w:t>
      </w:r>
      <w:r/>
    </w:p>
    <w:p>
      <w:r/>
      <w:r>
        <w:t>Darlington town centre is well served by buses and trains, and taxi drop-offs can be made at Market Square , handy if you’ve brought a picnic or a picnic blanket. Cyclists will find parking stands around the market, and navigation apps will help you spot accessible routes between sites. Key toilets and accessible facilities are listed at the Dolphin Centre, Market Hall, Cornmill Shopping Centre and the library. Organisers and community groups such as UNISON, Fighting With Pride, YMCA and the Alzheimer’s Society will have stalls on Saturday , useful if you need local services, advice or quiet space.</w:t>
      </w:r>
      <w:r/>
    </w:p>
    <w:p>
      <w:pPr>
        <w:pStyle w:val="Heading2"/>
      </w:pPr>
      <w:r>
        <w:t>Why this weekend matters and what to expect next</w:t>
      </w:r>
      <w:r/>
    </w:p>
    <w:p>
      <w:r/>
      <w:r>
        <w:t>Darlington Pride mixes performance, protest and picnic in a way that feels inclusive and lived-in; it’s become a weekend where locals and visitors alike can relax, learn and celebrate. According to local event listings and town-centre guides, the weekend reflects a push for accessible, community-driven events that keep culture local and visible. Expect friendly crowds, louder colours than usual and moments that feel genuinely celebratory. If you go, bring water, sun protection, comfortable shoes and an open mind , and maybe a spare flag or two.</w:t>
      </w:r>
      <w:r/>
    </w:p>
    <w:p>
      <w:r/>
      <w:r>
        <w:t>It’s a small change that can make every part of the weekend feel more welcoming and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https://www.thenorthernecho.co.uk/news/26438170.everything-need-know-darlington-pride-2026/?ref=rss</w:t>
        </w:r>
      </w:hyperlink>
      <w:r>
        <w:t xml:space="preserve"> - Please view link - unable to able to access data</w:t>
      </w:r>
      <w:r/>
    </w:p>
    <w:p>
      <w:pPr>
        <w:pStyle w:val="ListNumber"/>
        <w:spacing w:line="240" w:lineRule="auto"/>
        <w:ind w:left="720"/>
      </w:pPr>
      <w:r/>
      <w:hyperlink r:id="rId10">
        <w:r>
          <w:rPr>
            <w:color w:val="0000EE"/>
            <w:u w:val="single"/>
          </w:rPr>
          <w:t>https://www.darlington.gov.uk/town-centre/events/events-for-children-and-young-people/Pride</w:t>
        </w:r>
      </w:hyperlink>
      <w:r>
        <w:t xml:space="preserve"> - Darlington Borough Council's official page for Pride 2026 provides detailed information about the event, including the schedule, activities, and contact details. The event is set for Saturday, 8 August 2026, from 11:00 to 17:00 in the town centre. It features free entertainment, live music, a Pride march, food stalls, and information from local services. The page also lists after-parties at various venues and provides information on accessible facilities and transportation options.</w:t>
      </w:r>
      <w:r/>
    </w:p>
    <w:p>
      <w:pPr>
        <w:pStyle w:val="ListNumber"/>
        <w:spacing w:line="240" w:lineRule="auto"/>
        <w:ind w:left="720"/>
      </w:pPr>
      <w:r/>
      <w:hyperlink r:id="rId12">
        <w:r>
          <w:rPr>
            <w:color w:val="0000EE"/>
            <w:u w:val="single"/>
          </w:rPr>
          <w:t>https://teesvalley-ca.gov.uk/visit/whats-on/events/darlington-pride/</w:t>
        </w:r>
      </w:hyperlink>
      <w:r>
        <w:t xml:space="preserve"> - The Tees Valley Combined Authority's website offers an overview of Darlington Pride 2026, highlighting the event's inclusivity and community focus. Scheduled for Saturday, 8 August 2026, at 11:00 am, the event is free to attend and includes a march, live music, stalls from local organisations, merchandise, street theatre, and food and drink. The page also provides details on the location and ticketing information.</w:t>
      </w:r>
      <w:r/>
    </w:p>
    <w:p>
      <w:pPr>
        <w:pStyle w:val="ListNumber"/>
        <w:spacing w:line="240" w:lineRule="auto"/>
        <w:ind w:left="720"/>
      </w:pPr>
      <w:r/>
      <w:hyperlink r:id="rId11">
        <w:r>
          <w:rPr>
            <w:color w:val="0000EE"/>
            <w:u w:val="single"/>
          </w:rPr>
          <w:t>https://www.enjoydarlington.co.uk/what-s-on/details/?id=115819</w:t>
        </w:r>
      </w:hyperlink>
      <w:r>
        <w:t xml:space="preserve"> - Enjoy Darlington's event listing for Pride 2026 outlines the weekend's activities, including the Darlington LGBTQIA+ Festival on Saturday, 8 August 2026, from 11:00 to 18:00 in Market Square. The festival features live entertainment, tribute acts, theatrical performances, information stalls, and activities with BSL interpretation. After-parties are planned at various venues, and the page provides information on the Darlington Pride Picnic on Sunday, 9 August 2026, and MonGAY Pride on Monday, 10 August 2026.</w:t>
      </w:r>
      <w:r/>
    </w:p>
    <w:p>
      <w:pPr>
        <w:pStyle w:val="ListNumber"/>
        <w:spacing w:line="240" w:lineRule="auto"/>
        <w:ind w:left="720"/>
      </w:pPr>
      <w:r/>
      <w:hyperlink r:id="rId13">
        <w:r>
          <w:rPr>
            <w:color w:val="0000EE"/>
            <w:u w:val="single"/>
          </w:rPr>
          <w:t>https://www.hopetowndarlington.co.uk/whats-on/Darlington-Pride-Picnic-2026/</w:t>
        </w:r>
      </w:hyperlink>
      <w:r>
        <w:t xml:space="preserve"> - Hopetown Darlington's event page details the Darlington Pride Picnic 2026, scheduled for Sunday, 9 August 2026, from 12:00 to 15:00 on Foundry Green. The picnic offers live music from Tracks Darlington, crafts, face painting, bubbles, stilt walkers, and a special appearance by Lavender Love. Attendees can bring their own picnic or purchase food from the Clocktower Café or the Kiosk. The page also provides ticketing information and encourages pre-booking.</w:t>
      </w:r>
      <w:r/>
    </w:p>
    <w:p>
      <w:pPr>
        <w:pStyle w:val="ListNumber"/>
        <w:spacing w:line="240" w:lineRule="auto"/>
        <w:ind w:left="720"/>
      </w:pPr>
      <w:r/>
      <w:hyperlink r:id="rId14">
        <w:r>
          <w:rPr>
            <w:color w:val="0000EE"/>
            <w:u w:val="single"/>
          </w:rPr>
          <w:t>https://www.enjoy.ly/uk/activity/21562926/darlington-pride-south-park-darlington</w:t>
        </w:r>
      </w:hyperlink>
      <w:r>
        <w:t xml:space="preserve"> - Enjoy! Darlington's event page for Darlington Pride 2026 provides details about the free event on Saturday, 8 August 2026, at South Park, Darlington. The event includes a march, live music, stalls from local organisations, merchandise, street theatre, and food and drink. The page also lists after-parties at various venues and provides information on accessible facilities and transportation options.</w:t>
      </w:r>
      <w:r/>
    </w:p>
    <w:p>
      <w:pPr>
        <w:pStyle w:val="ListNumber"/>
        <w:spacing w:line="240" w:lineRule="auto"/>
        <w:ind w:left="720"/>
      </w:pPr>
      <w:r/>
      <w:hyperlink r:id="rId15">
        <w:r>
          <w:rPr>
            <w:color w:val="0000EE"/>
            <w:u w:val="single"/>
          </w:rPr>
          <w:t>https://www.fox2detroit.com/news/2026-southeast-michigan-pride-guide</w:t>
        </w:r>
      </w:hyperlink>
      <w:r>
        <w:t xml:space="preserve"> - FOX 2 Detroit's 2026 Southeast Michigan Pride guide provides information on various Pride events in the region, including Ferndale Pride on Saturday, 30 May 2026, and Motor City Pride on Saturday, 6 June 2026. The guide offers details on event times, locations, and activities, serving as a resource for those interested in Pride celebrations in the Southeast Michigan area.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orthernecho.co.uk/news/26438170.everything-need-know-darlington-pride-2026/?ref=rss" TargetMode="External"/><Relationship Id="rId10" Type="http://schemas.openxmlformats.org/officeDocument/2006/relationships/hyperlink" Target="https://www.darlington.gov.uk/town-centre/events/events-for-children-and-young-people/Pride" TargetMode="External"/><Relationship Id="rId11" Type="http://schemas.openxmlformats.org/officeDocument/2006/relationships/hyperlink" Target="https://www.enjoydarlington.co.uk/what-s-on/details/?id=115819" TargetMode="External"/><Relationship Id="rId12" Type="http://schemas.openxmlformats.org/officeDocument/2006/relationships/hyperlink" Target="https://teesvalley-ca.gov.uk/visit/whats-on/events/darlington-pride/" TargetMode="External"/><Relationship Id="rId13" Type="http://schemas.openxmlformats.org/officeDocument/2006/relationships/hyperlink" Target="https://www.hopetowndarlington.co.uk/whats-on/Darlington-Pride-Picnic-2026/" TargetMode="External"/><Relationship Id="rId14" Type="http://schemas.openxmlformats.org/officeDocument/2006/relationships/hyperlink" Target="https://www.enjoy.ly/uk/activity/21562926/darlington-pride-south-park-darlington" TargetMode="External"/><Relationship Id="rId15" Type="http://schemas.openxmlformats.org/officeDocument/2006/relationships/hyperlink" Target="https://www.fox2detroit.com/news/2026-southeast-michigan-pride-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