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Latin Icons Concert in West Hollywood: Leo From Rio Brings Carnaval Vibes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Friday night plans into a celebration , Leo From Rio, a Brazilian singer-producer and West Hollywood Arts grantee, will stage Latin Icons, a free live concert in the City Council Chambers that spotlights Brazilian and Latin American music, queer identity and cinematic spectacle. Reserve ahead; seating is limited.</w:t>
      </w:r>
      <w:r/>
    </w:p>
    <w:p>
      <w:r/>
      <w:r>
        <w:t>Essential Takeaways</w:t>
      </w:r>
      <w:r/>
      <w:r/>
    </w:p>
    <w:p>
      <w:pPr>
        <w:pStyle w:val="ListBullet"/>
        <w:spacing w:line="240" w:lineRule="auto"/>
        <w:ind w:left="720"/>
      </w:pPr>
      <w:r/>
      <w:r>
        <w:rPr>
          <w:b/>
        </w:rPr>
        <w:t>When and where:</w:t>
      </w:r>
      <w:r>
        <w:t xml:space="preserve"> Free concert, Friday 21 August at 7 p.m., West Hollywood City Council Chambers, 8300 Santa Monica Blvd. </w:t>
      </w:r>
      <w:r/>
    </w:p>
    <w:p>
      <w:pPr>
        <w:pStyle w:val="ListBullet"/>
        <w:spacing w:line="240" w:lineRule="auto"/>
        <w:ind w:left="720"/>
      </w:pPr>
      <w:r/>
      <w:r>
        <w:rPr>
          <w:b/>
        </w:rPr>
        <w:t>What to expect:</w:t>
      </w:r>
      <w:r>
        <w:t xml:space="preserve"> Live band, percussion, cinematic visuals, theatrical storytelling and a debut of the new music video "Ready To Go." </w:t>
      </w:r>
      <w:r/>
    </w:p>
    <w:p>
      <w:pPr>
        <w:pStyle w:val="ListBullet"/>
        <w:spacing w:line="240" w:lineRule="auto"/>
        <w:ind w:left="720"/>
      </w:pPr>
      <w:r/>
      <w:r>
        <w:rPr>
          <w:b/>
        </w:rPr>
        <w:t>Creative team:</w:t>
      </w:r>
      <w:r>
        <w:t xml:space="preserve"> Created and performed by Leopold Nunan (Leo From Rio) with music director Angelo Metz, director Sheila Ley and guest vocalist Eli Vasconcellos. </w:t>
      </w:r>
      <w:r/>
    </w:p>
    <w:p>
      <w:pPr>
        <w:pStyle w:val="ListBullet"/>
        <w:spacing w:line="240" w:lineRule="auto"/>
        <w:ind w:left="720"/>
      </w:pPr>
      <w:r/>
      <w:r>
        <w:rPr>
          <w:b/>
        </w:rPr>
        <w:t>Style and tone:</w:t>
      </w:r>
      <w:r>
        <w:t xml:space="preserve"> A Carnaval-inspired, disco-tinged tribute to Latin icons with original songs and homages to Jobim, Celia Cruz and more. </w:t>
      </w:r>
      <w:r/>
    </w:p>
    <w:p>
      <w:pPr>
        <w:pStyle w:val="ListBullet"/>
        <w:spacing w:line="240" w:lineRule="auto"/>
        <w:ind w:left="720"/>
      </w:pPr>
      <w:r/>
      <w:r>
        <w:rPr>
          <w:b/>
        </w:rPr>
        <w:t>Practical note:</w:t>
      </w:r>
      <w:r>
        <w:t xml:space="preserve"> Admission is free but you must RSVP via Eventbrite; doors open before the show so arrive early for best seats.</w:t>
      </w:r>
      <w:r/>
      <w:r/>
    </w:p>
    <w:p>
      <w:pPr>
        <w:pStyle w:val="Heading2"/>
      </w:pPr>
      <w:r>
        <w:t>A civic chamber turned carnival stage , what’s the show like?</w:t>
      </w:r>
      <w:r/>
    </w:p>
    <w:p>
      <w:r/>
      <w:r>
        <w:t>Leo From Rio is using the unexpected intimacy of the City Council Chambers to create something warm and theatrical, with a sleek, cinematic feel and a pulsey, percussion-led sound. Expect bright costumes, live arrangements and the kind of joyous energy that makes you want to sway in your seat. According to promotional listings, the piece blends theatrical storytelling with Carnaval flair, so it will feel both celebratory and personal.</w:t>
      </w:r>
      <w:r/>
    </w:p>
    <w:p>
      <w:pPr>
        <w:pStyle w:val="Heading2"/>
      </w:pPr>
      <w:r>
        <w:t>Why West Hollywood matters to the artist</w:t>
      </w:r>
      <w:r/>
    </w:p>
    <w:p>
      <w:r/>
      <w:r>
        <w:t>Nunan has called Los Angeles home for nearly three decades, and he frames this performance as a thank-you to the city that helped him grow as an immigrant artist. He’s said the symbolism of filling the civic heart of West Hollywood with music and queer joy is important , it’s a reminder that culture belongs in public life, not just commercial venues. The show’s DIY origin story , every costume, arrangement and projection funded or produced independently , underlines the grassroots nature of the project.</w:t>
      </w:r>
      <w:r/>
    </w:p>
    <w:p>
      <w:pPr>
        <w:pStyle w:val="Heading2"/>
      </w:pPr>
      <w:r>
        <w:t>Who influenced the music , and how it’s woven in</w:t>
      </w:r>
      <w:r/>
    </w:p>
    <w:p>
      <w:r/>
      <w:r>
        <w:t>Leo From Rio pays homage to icons from Brazil and beyond: Antonio Carlos Jobim’s breezy sophistication, Tim Maia’s soul grooves, Gal Costa’s poetic voice, and Celia Cruz’s unstoppable energy are all part of the lineage he draws from. But this isn’t just nostalgia; original songs and a premiere music video are central, so you’ll hear both reverent nods and fresh material. That mix makes the concert a good primer for anyone curious about the threads connecting Brazilian, Latin and disco traditions.</w:t>
      </w:r>
      <w:r/>
    </w:p>
    <w:p>
      <w:pPr>
        <w:pStyle w:val="Heading2"/>
      </w:pPr>
      <w:r>
        <w:t>Practical tips for attending</w:t>
      </w:r>
      <w:r/>
    </w:p>
    <w:p>
      <w:r/>
      <w:r>
        <w:t>Seats are limited and free, so RSVP through Eventbrite to secure your place. Doors open ahead of the 7 p.m. start, and arriving early gives you time to settle in and catch the pre-show atmosphere. Expect a compact, theatre-style setup rather than an arena show , bring a friend, wear comfortable shoes for standing or dancing during livelier numbers, and be ready for strong percussion and vocal performances.</w:t>
      </w:r>
      <w:r/>
    </w:p>
    <w:p>
      <w:pPr>
        <w:pStyle w:val="Heading2"/>
      </w:pPr>
      <w:r>
        <w:t>The cultural moment , why this matters</w:t>
      </w:r>
      <w:r/>
    </w:p>
    <w:p>
      <w:r/>
      <w:r>
        <w:t>Public, free performances like this reflect a wider push to put arts and culture into civic spaces, and West Hollywood’s support signals a nurturing environment for immigrant and LGBTQ+ creators. According to city event listings and local arts notices, initiatives like this are becoming more visible, offering community access to work that might otherwise be confined to ticketed venues. It’s also a lovely reminder that small, focused shows can leave a big impression.</w:t>
      </w:r>
      <w:r/>
    </w:p>
    <w:p>
      <w:r/>
      <w:r>
        <w:t>It's a small, celebratory step that puts Latin culture and queer joy at the centre of civic life , and it promises a lively, colourful night.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2">
        <w:r>
          <w:rPr>
            <w:color w:val="0000EE"/>
            <w:u w:val="single"/>
          </w:rPr>
          <w:t>[4]</w:t>
        </w:r>
      </w:hyperlink>
      <w:r>
        <w:t xml:space="preserve">, </w:t>
      </w:r>
      <w:hyperlink r:id="rId9">
        <w:r>
          <w:rPr>
            <w:color w:val="0000EE"/>
            <w:u w:val="single"/>
          </w:rPr>
          <w:t>[1]</w:t>
        </w:r>
      </w:hyperlink>
      <w:r>
        <w:t xml:space="preserve">- Paragraph 4: </w:t>
      </w:r>
      <w:hyperlink r:id="rId11">
        <w:r>
          <w:rPr>
            <w:color w:val="0000EE"/>
            <w:u w:val="single"/>
          </w:rPr>
          <w:t>[3]</w:t>
        </w:r>
      </w:hyperlink>
      <w:r>
        <w:t xml:space="preserve">, </w:t>
      </w:r>
      <w:hyperlink r:id="rId9">
        <w:r>
          <w:rPr>
            <w:color w:val="0000EE"/>
            <w:u w:val="single"/>
          </w:rPr>
          <w:t>[1]</w:t>
        </w:r>
      </w:hyperlink>
      <w:r>
        <w:t xml:space="preserve">- Paragraph 5: </w:t>
      </w:r>
      <w:hyperlink r:id="rId13">
        <w:r>
          <w:rPr>
            <w:color w:val="0000EE"/>
            <w:u w:val="single"/>
          </w:rPr>
          <w:t>[5]</w:t>
        </w:r>
      </w:hyperlink>
      <w:r>
        <w:t xml:space="preserve">, </w:t>
      </w:r>
      <w:hyperlink r:id="rId14">
        <w:r>
          <w:rPr>
            <w:color w:val="0000EE"/>
            <w:u w:val="single"/>
          </w:rPr>
          <w:t>[6]</w:t>
        </w:r>
      </w:hyperlink>
      <w:r>
        <w:t xml:space="preserve">- Paragraph 6: </w:t>
      </w:r>
      <w:hyperlink r:id="rId13">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https://wehotimes.com/leo-from-rio-to-bring-free-latin-icons-concert-to-west-hollywood/</w:t>
        </w:r>
      </w:hyperlink>
      <w:r>
        <w:t xml:space="preserve"> - Please view link - unable to able to access data</w:t>
      </w:r>
      <w:r/>
    </w:p>
    <w:p>
      <w:pPr>
        <w:pStyle w:val="ListNumber"/>
        <w:spacing w:line="240" w:lineRule="auto"/>
        <w:ind w:left="720"/>
      </w:pPr>
      <w:r/>
      <w:hyperlink r:id="rId10">
        <w:r>
          <w:rPr>
            <w:color w:val="0000EE"/>
            <w:u w:val="single"/>
          </w:rPr>
          <w:t>https://www.weho.org/Home/Components/Calendar/Event/32093/</w:t>
        </w:r>
      </w:hyperlink>
      <w:r>
        <w:t xml:space="preserve"> - The City of West Hollywood's official calendar lists the 'Leo from Rio presents 'Latin Icons'' event, scheduled for August 21, 2026, at 7:00 PM in the City Council Chambers. The event is described as a glamorous live music experience blending tropical elegance, bold horns, Latin rhythms, and cinematic nightlife energy into one unforgettable evening in Los Angeles. The performance is created and performed by Brazilian artist Leopold Nunan, featuring live vocals, percussion, immersive visuals, and a sensual atmosphere inspired by Carnaval, Rio de Janeiro nightlife, disco culture, and classic Hollywood glamour. Admission is free, but advance reservations are required through Eventbrite.</w:t>
      </w:r>
      <w:r/>
    </w:p>
    <w:p>
      <w:pPr>
        <w:pStyle w:val="ListNumber"/>
        <w:spacing w:line="240" w:lineRule="auto"/>
        <w:ind w:left="720"/>
      </w:pPr>
      <w:r/>
      <w:hyperlink r:id="rId11">
        <w:r>
          <w:rPr>
            <w:color w:val="0000EE"/>
            <w:u w:val="single"/>
          </w:rPr>
          <w:t>https://www.eventbrite.com/e/leo-from-rio-latin-icons-tickets-1990612523644?aff=ebdssbdestsearch</w:t>
        </w:r>
      </w:hyperlink>
      <w:r>
        <w:t xml:space="preserve"> - Eventbrite provides ticketing information for the 'Leo From Rio: Latin Icons' concert, scheduled for Friday, August 21, 2026, from 7 PM to 9 PM at the West Hollywood City Council Chambers. The event is described as a glamorous homage to Brazil’s bossa nova and Latin legends, blending tropical elegance, iconic rhythms, cinematic flair, and Leo From Rio’s electric performance. The concert is inspired by legendary icons such as Sergio Mendes, Antonio Carlos Jobim, Carmen Miranda, Caetano Veloso, Gal Costa, Celia Cruz, and the golden era of Rio nightlife. The show features lush arrangements, powerful vocals, dramatic storytelling, and striking visual glamour, offering an intimate and grand experience where Brazil meets elegance, tropical modernism, and pure musical spectacle. Tickets are available for purchase through Eventbrite.</w:t>
      </w:r>
      <w:r/>
    </w:p>
    <w:p>
      <w:pPr>
        <w:pStyle w:val="ListNumber"/>
        <w:spacing w:line="240" w:lineRule="auto"/>
        <w:ind w:left="720"/>
      </w:pPr>
      <w:r/>
      <w:hyperlink r:id="rId12">
        <w:r>
          <w:rPr>
            <w:color w:val="0000EE"/>
            <w:u w:val="single"/>
          </w:rPr>
          <w:t>https://www.wehotimes.com/leo-from-rio-to-bring-free-latin-icons-concert-to-west-hollywood/</w:t>
        </w:r>
      </w:hyperlink>
      <w:r>
        <w:t xml:space="preserve"> - WEHO TIMES reports on Brazilian singer and producer Leopold Nunan, known professionally as Leo From Rio, who is set to transform West Hollywood’s City Council Chambers into a concert venue with 'Latin Icons,' a free live music production celebrating Brazilian and Latin American music, culture, and queer identity. The one-night performance is scheduled for Friday, August 21, at 7 p.m. in the City Council Chambers at 8300 Santa Monica Blvd. Admission is free, but advance reservations are required. The production blends Brazilian rhythms, Latin music, live vocals, percussion, cinematic visuals, and theatrical storytelling into an immersive concert experience inspired by Carnaval, Rio de Janeiro nightlife, disco culture, and classic Hollywood glamour. The performance will feature a live band, special guest vocalist Eli Vasconcellos, music director Angelo Metz, and direction by Sheila Ley. Audience members will also get an exclusive first look at Nunan’s new music video, 'Ready To Go,' before its worldwide release.</w:t>
      </w:r>
      <w:r/>
    </w:p>
    <w:p>
      <w:pPr>
        <w:pStyle w:val="ListNumber"/>
        <w:spacing w:line="240" w:lineRule="auto"/>
        <w:ind w:left="720"/>
      </w:pPr>
      <w:r/>
      <w:hyperlink r:id="rId13">
        <w:r>
          <w:rPr>
            <w:color w:val="0000EE"/>
            <w:u w:val="single"/>
          </w:rPr>
          <w:t>https://www.weho.org/Home/Components/News/News/10955/1241?arch=1&amp;seldept=47</w:t>
        </w:r>
      </w:hyperlink>
      <w:r>
        <w:t xml:space="preserve"> - The City of West Hollywood's official news release announces the rescheduling of the 'Summer Sounds 2023' free outdoor concert due to a forecast of heavy rains from Hurricane Hilary. Originally planned for Sunday, August 20, 2023, the concert has been rescheduled to Sunday, August 27, 2023, at 4 p.m. at Plummer Park, located at 7377 Santa Monica Boulevard. The performance will feature Changüí Majadero and DJ Jedi. Changüí Majadero is a Los Angeles-based band that blends traditional Afro-Cuban music with modern influences, creating a unique sound that has captivated audiences for years. The band consists of highly skilled musicians who bring their own unique styles and influences to the group’s sound, resulting in infectious rhythms and intricate melodies with an improvisational nature.</w:t>
      </w:r>
      <w:r/>
    </w:p>
    <w:p>
      <w:pPr>
        <w:pStyle w:val="ListNumber"/>
        <w:spacing w:line="240" w:lineRule="auto"/>
        <w:ind w:left="720"/>
      </w:pPr>
      <w:r/>
      <w:hyperlink r:id="rId14">
        <w:r>
          <w:rPr>
            <w:color w:val="0000EE"/>
            <w:u w:val="single"/>
          </w:rPr>
          <w:t>https://www.latimes.com/delos/story/2023-09-21/los-angeles-latino-events-luis-miguel-selena-tribute-cassandro-lucha-vavoom</w:t>
        </w:r>
      </w:hyperlink>
      <w:r>
        <w:t xml:space="preserve"> - The Los Angeles Times' 'De Los' weekend guide highlights various Latino events in Los Angeles, including a tribute to Selena, a live performance by Luis Miguel, and Cassandro at Lucha VaVoom. The guide provides details on these events, offering readers insights into the vibrant Latino cultural scene in Los Angeles during that period.</w:t>
      </w:r>
      <w:r/>
    </w:p>
    <w:p>
      <w:pPr>
        <w:pStyle w:val="ListNumber"/>
        <w:spacing w:line="240" w:lineRule="auto"/>
        <w:ind w:left="720"/>
      </w:pPr>
      <w:r/>
      <w:hyperlink r:id="rId15">
        <w:r>
          <w:rPr>
            <w:color w:val="0000EE"/>
            <w:u w:val="single"/>
          </w:rPr>
          <w:t>https://www.grimygoods.com/2023/07/21/see-portugal-the-man-at-the-hollywood-bowl/</w:t>
        </w:r>
      </w:hyperlink>
      <w:r>
        <w:t xml:space="preserve"> - Grimy Goods announces that Portugal. The Man will perform at the Hollywood Bowl on Sunday, August 6, 2023, alongside Chicano Batman and Say She She. The article highlights the unique blend of genres and the dynamic performances expected at the concert, emphasizing the diverse musical styles and cultural influences that will be showcased during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hotimes.com/leo-from-rio-to-bring-free-latin-icons-concert-to-west-hollywood/" TargetMode="External"/><Relationship Id="rId10" Type="http://schemas.openxmlformats.org/officeDocument/2006/relationships/hyperlink" Target="https://www.weho.org/Home/Components/Calendar/Event/32093/" TargetMode="External"/><Relationship Id="rId11" Type="http://schemas.openxmlformats.org/officeDocument/2006/relationships/hyperlink" Target="https://www.eventbrite.com/e/leo-from-rio-latin-icons-tickets-1990612523644?aff=ebdssbdestsearch" TargetMode="External"/><Relationship Id="rId12" Type="http://schemas.openxmlformats.org/officeDocument/2006/relationships/hyperlink" Target="https://www.wehotimes.com/leo-from-rio-to-bring-free-latin-icons-concert-to-west-hollywood/" TargetMode="External"/><Relationship Id="rId13" Type="http://schemas.openxmlformats.org/officeDocument/2006/relationships/hyperlink" Target="https://www.weho.org/Home/Components/News/News/10955/1241?arch=1&amp;seldept=47" TargetMode="External"/><Relationship Id="rId14" Type="http://schemas.openxmlformats.org/officeDocument/2006/relationships/hyperlink" Target="https://www.latimes.com/delos/story/2023-09-21/los-angeles-latino-events-luis-miguel-selena-tribute-cassandro-lucha-vavoom" TargetMode="External"/><Relationship Id="rId15" Type="http://schemas.openxmlformats.org/officeDocument/2006/relationships/hyperlink" Target="https://www.grimygoods.com/2023/07/21/see-portugal-the-man-at-the-hollywood-bow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