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Ariana Madix’s Push for Queer Representation on Love Island USA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conversation as Ariana Madix pushes for more queer representation on Love Island USA, arguing production can adapt logistics and urging kinder viewer behaviour , a shift that matters for contestants, audiences, and the show’s future format.</w:t>
      </w:r>
      <w:r/>
    </w:p>
    <w:p>
      <w:r/>
      <w:r>
        <w:t>Essential Takeaways</w:t>
      </w:r>
      <w:r/>
      <w:r/>
    </w:p>
    <w:p>
      <w:pPr>
        <w:pStyle w:val="ListBullet"/>
        <w:spacing w:line="240" w:lineRule="auto"/>
        <w:ind w:left="720"/>
      </w:pPr>
      <w:r/>
      <w:r>
        <w:rPr>
          <w:b/>
        </w:rPr>
        <w:t>Host backing:</w:t>
      </w:r>
      <w:r>
        <w:t xml:space="preserve"> Ariana Madix says queer couples are possible on Love Island USA and that producers could adapt recoupling logistics. </w:t>
      </w:r>
      <w:r/>
    </w:p>
    <w:p>
      <w:pPr>
        <w:pStyle w:val="ListBullet"/>
        <w:spacing w:line="240" w:lineRule="auto"/>
        <w:ind w:left="720"/>
      </w:pPr>
      <w:r/>
      <w:r>
        <w:rPr>
          <w:b/>
        </w:rPr>
        <w:t>Practical hope:</w:t>
      </w:r>
      <w:r>
        <w:t xml:space="preserve"> She describes production as “laying one piece of track as the train approaches,” meaning solutions can be found. </w:t>
      </w:r>
      <w:r/>
    </w:p>
    <w:p>
      <w:pPr>
        <w:pStyle w:val="ListBullet"/>
        <w:spacing w:line="240" w:lineRule="auto"/>
        <w:ind w:left="720"/>
      </w:pPr>
      <w:r/>
      <w:r>
        <w:rPr>
          <w:b/>
        </w:rPr>
        <w:t>Viewer conduct:</w:t>
      </w:r>
      <w:r>
        <w:t xml:space="preserve"> Madix urges fans to stop harassing islanders online and welcomes social-media safeguards. </w:t>
      </w:r>
      <w:r/>
    </w:p>
    <w:p>
      <w:pPr>
        <w:pStyle w:val="ListBullet"/>
        <w:spacing w:line="240" w:lineRule="auto"/>
        <w:ind w:left="720"/>
      </w:pPr>
      <w:r/>
      <w:r>
        <w:rPr>
          <w:b/>
        </w:rPr>
        <w:t>Industry milestones:</w:t>
      </w:r>
      <w:r>
        <w:t xml:space="preserve"> Love Island USA received its first Emmy nomination for Outstanding Host, with Madix earning her first nod , a moment that raises the show’s profile. </w:t>
      </w:r>
      <w:r/>
      <w:r/>
    </w:p>
    <w:p>
      <w:pPr>
        <w:pStyle w:val="Heading2"/>
      </w:pPr>
      <w:r>
        <w:t>Ariana’s blunt take: it’s doable, not impossible</w:t>
      </w:r>
      <w:r/>
    </w:p>
    <w:p>
      <w:r/>
      <w:r>
        <w:t>Ariana Madix didn’t mince words when asked if same-sex couplings could work on Love Island USA; she thinks they can. The former contestant-turned-host told Marie Claire that the show’s format isn’t fixed in stone and production could plan for different recoupling scenarios. There’s a tangible optimism in her voice , she compares making the series to building track ahead of a train, which feels practical and a little mischievous.</w:t>
      </w:r>
      <w:r/>
    </w:p>
    <w:p>
      <w:r/>
      <w:r>
        <w:t>That sort of analogy matters because viewers often assume reality TV is spontaneous chaos. Ariana’s point is that producers already choreograph lots behind the scenes, so accommodating queer pairings is more logistics than ideology. Producers have bent rules before to protect storylines or safety; this is the same principle.</w:t>
      </w:r>
      <w:r/>
    </w:p>
    <w:p>
      <w:pPr>
        <w:pStyle w:val="Heading2"/>
      </w:pPr>
      <w:r>
        <w:t>Why representation would shift the tone on screen</w:t>
      </w:r>
      <w:r/>
    </w:p>
    <w:p>
      <w:r/>
      <w:r>
        <w:t>Adding more openly queer islanders or designing recouplings that allow same-sex matches wouldn’t just diversify casting, it would reshape the programme’s emotional beats. Out magazine and other LGBTQ outlets have highlighted how visibility on mainstream dating shows helps normalise relationships for viewers who rarely see them represented.</w:t>
      </w:r>
      <w:r/>
    </w:p>
    <w:p>
      <w:r/>
      <w:r>
        <w:t>For fans, that could mean tenderness, awkward first kisses, and the same messy human drama , just with a broader mirror. And for contestants it signals that the island is for everyone, not a narrow slice of dating norms. Ariana’s public encouragement sends a clear message she wants the show to catch up with real-life dating.</w:t>
      </w:r>
      <w:r/>
    </w:p>
    <w:p>
      <w:pPr>
        <w:pStyle w:val="Heading2"/>
      </w:pPr>
      <w:r>
        <w:t>Online hate and the move to better moderation</w:t>
      </w:r>
      <w:r/>
    </w:p>
    <w:p>
      <w:r/>
      <w:r>
        <w:t>Madix also spoke up about the volume of online hate contestants receive while a season airs, welcoming steps to limit harmful engagement. She noted that Love Island USA experimented with turning off certain social features to protect islanders , a move she applauds and wished had come sooner.</w:t>
      </w:r>
      <w:r/>
    </w:p>
    <w:p>
      <w:r/>
      <w:r>
        <w:t>That’s important because cast members leave the villa and return to a tidal wave of commentary, not all of it constructive. Ariana framed the issue simply: fans can disagree with behaviour without harassing people. Producers and platforms are experimenting with moderation tools; viewers can help by choosing critique over cruelty.</w:t>
      </w:r>
      <w:r/>
    </w:p>
    <w:p>
      <w:pPr>
        <w:pStyle w:val="Heading2"/>
      </w:pPr>
      <w:r>
        <w:t>Emmy nods and why this moment matters</w:t>
      </w:r>
      <w:r/>
    </w:p>
    <w:p>
      <w:r/>
      <w:r>
        <w:t>This season marked a milestone: Ariana earned her first Emmy nomination for Outstanding Host for a Reality or Reality Competition Program, and it’s the series’ first nomination too. Recognition like this raises the show’s cultural profile and, crucially, its influence over what viewers expect from reality TV.</w:t>
      </w:r>
      <w:r/>
    </w:p>
    <w:p>
      <w:r/>
      <w:r>
        <w:t>When a programme gains prestige, it has more room to evolve. Ariana’s platform grows with the nomination, making her advocacy for queer inclusion and kinder engagement harder for producers to ignore. It’s a neat example of how awards can shift conversations, not just celebrate them.</w:t>
      </w:r>
      <w:r/>
    </w:p>
    <w:p>
      <w:pPr>
        <w:pStyle w:val="Heading2"/>
      </w:pPr>
      <w:r>
        <w:t>What producers will need to work out , and what viewers can do now</w:t>
      </w:r>
      <w:r/>
    </w:p>
    <w:p>
      <w:r/>
      <w:r>
        <w:t>Logistics-wise, producers would need clear rules for recouplings, privacy protections, and casting that reflects variety in orientation and experience. Industry reporting suggests similar shows have navigated these details with planning and legal oversight.</w:t>
      </w:r>
      <w:r/>
    </w:p>
    <w:p>
      <w:r/>
      <w:r>
        <w:t>If you care about representation, vote with attention: support contestants who push boundaries, call for fair moderation, and back casting that reflects the world. Small audience choices signal big market shifts.</w:t>
      </w:r>
      <w:r/>
    </w:p>
    <w:p>
      <w:r/>
      <w:r>
        <w:t>It's a small change that can make every coupling feel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https://www.justjared.com/2026/08/04/ariana-madix-responds-to-claims-queer-representation-on-love-island-usa-wouldnt-work/</w:t>
        </w:r>
      </w:hyperlink>
      <w:r>
        <w:t xml:space="preserve"> - Please view link - unable to able to access data</w:t>
      </w:r>
      <w:r/>
    </w:p>
    <w:p>
      <w:pPr>
        <w:pStyle w:val="ListNumber"/>
        <w:spacing w:line="240" w:lineRule="auto"/>
        <w:ind w:left="720"/>
      </w:pPr>
      <w:r/>
      <w:hyperlink r:id="rId10">
        <w:r>
          <w:rPr>
            <w:color w:val="0000EE"/>
            <w:u w:val="single"/>
          </w:rPr>
          <w:t>https://www.marieclaire.com/culture/tv-shows/ariana-madix-love-island-usa-emmys-interview/</w:t>
        </w:r>
      </w:hyperlink>
      <w:r>
        <w:t xml:space="preserve"> - In this interview with Marie Claire, Ariana Madix discusses her journey from reality TV star to hosting 'Love Island USA', culminating in her first Emmy nomination for Outstanding Host. She reflects on the challenges of the show, including unscripted moments and online toxicity, and expresses her desire for increased queer representation. Madix also shares insights into her personal life, including her relationship with Daniel Wai and her aspirations for an EGOT status, highlighting themes of resilience and reinvention.</w:t>
      </w:r>
      <w:r/>
    </w:p>
    <w:p>
      <w:pPr>
        <w:pStyle w:val="ListNumber"/>
        <w:spacing w:line="240" w:lineRule="auto"/>
        <w:ind w:left="720"/>
      </w:pPr>
      <w:r/>
      <w:hyperlink r:id="rId12">
        <w:r>
          <w:rPr>
            <w:color w:val="0000EE"/>
            <w:u w:val="single"/>
          </w:rPr>
          <w:t>https://www.elitedaily.com/entertainment/ariana-madix-queer-couple-love-island-usa</w:t>
        </w:r>
      </w:hyperlink>
      <w:r>
        <w:t xml:space="preserve"> - Elite Daily reports on Ariana Madix's desire for more queer representation on 'Love Island USA'. In a June 2026 interview, Madix expressed her wish to see a lasting queer relationship form on the show, noting that while there have been brief same-sex pairings, she hopes for a more substantial representation. She emphasized that there are no rules preventing same-sex couples and that producers would support such developments if they occurred.</w:t>
      </w:r>
      <w:r/>
    </w:p>
    <w:p>
      <w:pPr>
        <w:pStyle w:val="ListNumber"/>
        <w:spacing w:line="240" w:lineRule="auto"/>
        <w:ind w:left="720"/>
      </w:pPr>
      <w:r/>
      <w:hyperlink r:id="rId11">
        <w:r>
          <w:rPr>
            <w:color w:val="0000EE"/>
            <w:u w:val="single"/>
          </w:rPr>
          <w:t>https://www.out.com/gay-tv-shows/ariana-madix-im-dying-for-more-queer-representation-on-love-island</w:t>
        </w:r>
      </w:hyperlink>
      <w:r>
        <w:t xml:space="preserve"> - Out.com highlights Ariana Madix's call for increased queer representation on 'Love Island USA'. In a June 2026 interview, Madix expressed her eagerness to see more LGBTQ+ faces on the show, stating, 'I’m dying for more queer representation on the show.' She also mentioned that there are no rules preventing same-sex couples and that producers would support such developments if they occurred.</w:t>
      </w:r>
      <w:r/>
    </w:p>
    <w:p>
      <w:pPr>
        <w:pStyle w:val="ListNumber"/>
        <w:spacing w:line="240" w:lineRule="auto"/>
        <w:ind w:left="720"/>
      </w:pPr>
      <w:r/>
      <w:hyperlink r:id="rId15">
        <w:r>
          <w:rPr>
            <w:color w:val="0000EE"/>
            <w:u w:val="single"/>
          </w:rPr>
          <w:t>https://www.thepinktimes.com/article/ariana-madix-calls-for-queer-love-island</w:t>
        </w:r>
      </w:hyperlink>
      <w:r>
        <w:t xml:space="preserve"> - The Pink Times discusses Ariana Madix's advocacy for more queer representation on 'Love Island USA'. In a June 2026 interview, Madix expressed her desire for increased LGBTQ+ representation on the show, emphasizing that queer relationships are essential. She highlighted past queer couples on the show and criticized producers for citing logistical issues as reasons for the lack of queer contestants.</w:t>
      </w:r>
      <w:r/>
    </w:p>
    <w:p>
      <w:pPr>
        <w:pStyle w:val="ListNumber"/>
        <w:spacing w:line="240" w:lineRule="auto"/>
        <w:ind w:left="720"/>
      </w:pPr>
      <w:r/>
      <w:hyperlink r:id="rId13">
        <w:r>
          <w:rPr>
            <w:color w:val="0000EE"/>
            <w:u w:val="single"/>
          </w:rPr>
          <w:t>https://www.them.us/story/ariana-madix-also-wants-to-see-more-queer-bombshells-on-love-island</w:t>
        </w:r>
      </w:hyperlink>
      <w:r>
        <w:t xml:space="preserve"> - Them reports on Ariana Madix's desire for more queer representation on 'Love Island USA'. In a June 2026 interview, Madix expressed her wish to see more LGBTQ+ faces on the show, stating, 'I’m dying for more queer representation on the show.' She also mentioned that there are no rules preventing same-sex couples and that producers would support such developments if they occurred.</w:t>
      </w:r>
      <w:r/>
    </w:p>
    <w:p>
      <w:pPr>
        <w:pStyle w:val="ListNumber"/>
        <w:spacing w:line="240" w:lineRule="auto"/>
        <w:ind w:left="720"/>
      </w:pPr>
      <w:r/>
      <w:hyperlink r:id="rId14">
        <w:r>
          <w:rPr>
            <w:color w:val="0000EE"/>
            <w:u w:val="single"/>
          </w:rPr>
          <w:t>https://www.thetab.com/realityshrine/2026/06/08/bisexual-love-island-usa-contestant-claims-she-wasnt-allowed-to-get-with-girls/</w:t>
        </w:r>
      </w:hyperlink>
      <w:r>
        <w:t xml:space="preserve"> - The Tab reports on allegations from former 'Love Island USA' contestant Leslie Hannah Belle, who claims she was instructed by producers to focus on male contestants and not pursue same-sex relationships during her time on the show. Belle, who identifies as bisexual, stated that when she attempted to engage with female contestants, producers intervened and directed her to concentrate on male contestants, suggesting that same-sex interactions did not fit the role they had envisioned for 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stjared.com/2026/08/04/ariana-madix-responds-to-claims-queer-representation-on-love-island-usa-wouldnt-work/" TargetMode="External"/><Relationship Id="rId10" Type="http://schemas.openxmlformats.org/officeDocument/2006/relationships/hyperlink" Target="https://www.marieclaire.com/culture/tv-shows/ariana-madix-love-island-usa-emmys-interview/" TargetMode="External"/><Relationship Id="rId11" Type="http://schemas.openxmlformats.org/officeDocument/2006/relationships/hyperlink" Target="https://www.out.com/gay-tv-shows/ariana-madix-im-dying-for-more-queer-representation-on-love-island" TargetMode="External"/><Relationship Id="rId12" Type="http://schemas.openxmlformats.org/officeDocument/2006/relationships/hyperlink" Target="https://www.elitedaily.com/entertainment/ariana-madix-queer-couple-love-island-usa" TargetMode="External"/><Relationship Id="rId13" Type="http://schemas.openxmlformats.org/officeDocument/2006/relationships/hyperlink" Target="https://www.them.us/story/ariana-madix-also-wants-to-see-more-queer-bombshells-on-love-island" TargetMode="External"/><Relationship Id="rId14" Type="http://schemas.openxmlformats.org/officeDocument/2006/relationships/hyperlink" Target="https://www.thetab.com/realityshrine/2026/06/08/bisexual-love-island-usa-contestant-claims-she-wasnt-allowed-to-get-with-girls/" TargetMode="External"/><Relationship Id="rId15" Type="http://schemas.openxmlformats.org/officeDocument/2006/relationships/hyperlink" Target="https://www.thepinktimes.com/article/ariana-madix-calls-for-queer-love-is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