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Copenhagen Pride Week Guide: Events, Tips and Where to Join the Party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Burst into Copenhagen’s rainbow week: locals and visitors are already lining up for drag shows, family picnics, canal parties and the big 30th-anniversary parade , here’s a lively, practical guide to the best events, what to wear, and how to enjoy Pride Week like a local.</w:t>
      </w:r>
      <w:r/>
    </w:p>
    <w:p>
      <w:r/>
      <w:r>
        <w:t>Essential Takeaways</w:t>
      </w:r>
      <w:r/>
      <w:r/>
    </w:p>
    <w:p>
      <w:pPr>
        <w:pStyle w:val="ListBullet"/>
        <w:spacing w:line="240" w:lineRule="auto"/>
        <w:ind w:left="720"/>
      </w:pPr>
      <w:r/>
      <w:r>
        <w:rPr>
          <w:b/>
        </w:rPr>
        <w:t>Packed parade:</w:t>
      </w:r>
      <w:r>
        <w:t xml:space="preserve"> Copenhagen Pride’s parade on 15 August marks its 30th anniversary and is expected to draw around 250,000 people, starting in Frederiksberg and ending at the main town square.</w:t>
      </w:r>
      <w:r/>
    </w:p>
    <w:p>
      <w:pPr>
        <w:pStyle w:val="ListBullet"/>
        <w:spacing w:line="240" w:lineRule="auto"/>
        <w:ind w:left="720"/>
      </w:pPr>
      <w:r/>
      <w:r>
        <w:rPr>
          <w:b/>
        </w:rPr>
        <w:t>Family-friendly options:</w:t>
      </w:r>
      <w:r>
        <w:t xml:space="preserve"> The Rainbow Festival and a family picnic in King’s Garden offer kids’ activities and a gentle, colourful introduction to Pride.</w:t>
      </w:r>
      <w:r/>
    </w:p>
    <w:p>
      <w:pPr>
        <w:pStyle w:val="ListBullet"/>
        <w:spacing w:line="240" w:lineRule="auto"/>
        <w:ind w:left="720"/>
      </w:pPr>
      <w:r/>
      <w:r>
        <w:rPr>
          <w:b/>
        </w:rPr>
        <w:t>Nightlife and culture:</w:t>
      </w:r>
      <w:r>
        <w:t xml:space="preserve"> Drag brunches, drag bingo, comedy queens, techno yoga and floating canal parties give you options from glittery to mindful.</w:t>
      </w:r>
      <w:r/>
    </w:p>
    <w:p>
      <w:pPr>
        <w:pStyle w:val="ListBullet"/>
        <w:spacing w:line="240" w:lineRule="auto"/>
        <w:ind w:left="720"/>
      </w:pPr>
      <w:r/>
      <w:r>
        <w:rPr>
          <w:b/>
        </w:rPr>
        <w:t>Free and low-cost:</w:t>
      </w:r>
      <w:r>
        <w:t xml:space="preserve"> Many events are free or donation-based , check schedules for ticketed highlights like drag brunches and cAnal Tours.</w:t>
      </w:r>
      <w:r/>
    </w:p>
    <w:p>
      <w:pPr>
        <w:pStyle w:val="ListBullet"/>
        <w:spacing w:line="240" w:lineRule="auto"/>
        <w:ind w:left="720"/>
      </w:pPr>
      <w:r/>
      <w:r>
        <w:rPr>
          <w:b/>
        </w:rPr>
        <w:t>Accessibility and vibes:</w:t>
      </w:r>
      <w:r>
        <w:t xml:space="preserve"> Events range from loud, packed street parties to calmer guided tours and museum talks , pick what fits your energy and mobility needs.</w:t>
      </w:r>
      <w:r/>
      <w:r/>
    </w:p>
    <w:p>
      <w:pPr>
        <w:pStyle w:val="Heading2"/>
      </w:pPr>
      <w:r>
        <w:t>Where the week really kicks off , early drag, roller-skates and pre-party energy</w:t>
      </w:r>
      <w:r/>
    </w:p>
    <w:p>
      <w:r/>
      <w:r>
        <w:t>Copenhagen gets into its stride before the parade with a clutch of Friday night events that feel instantly celebratory. The Downtown Hostel hosts an early drag night that’s intimate and buzzy, while Friday Night Skate lets people zip through closed streets in glitter and rainbow gear. These opening nights set the tone: playful, inclusive and unexpectedly creative. Copenhagen’s streets become a stage, so bring comfy shoes rather than high heels and layer up , summer evenings can be breezy. If you prefer a lower-key start, aim for a seated show or the next day’s workshops.</w:t>
      </w:r>
      <w:r/>
    </w:p>
    <w:p>
      <w:pPr>
        <w:pStyle w:val="Heading2"/>
      </w:pPr>
      <w:r>
        <w:t>Saturday highlights , DIY, drag brunches and family-friendly fun</w:t>
      </w:r>
      <w:r/>
    </w:p>
    <w:p>
      <w:r/>
      <w:r>
        <w:t>Saturday serves something for everyone: an Asian-inspired drag brunch at Hanzo, a free Pride Workshop at a recycling centre where you can make costumes, plus a family picnic in King’s Garden with a kid-friendly drag show. The workshop is great for novices; organisers supply materials and guidance, so it’s an easy way to craft something standout for the parade. Families will appreciate the Rainbow Festival’s two-day programme aimed at children and carers , it’s colourful and gentle rather than raucous, so parents can relax.</w:t>
      </w:r>
      <w:r/>
    </w:p>
    <w:p>
      <w:pPr>
        <w:pStyle w:val="Heading2"/>
      </w:pPr>
      <w:r>
        <w:t>Culture with a queer lens , guided tours, museums and mythic stories</w:t>
      </w:r>
      <w:r/>
    </w:p>
    <w:p>
      <w:r/>
      <w:r>
        <w:t>If you want context with your celebration, there are guided walking tours and museum events that dig into Copenhagen’s queer history. Copenhagen Museum’s “Queer in Copenhagen” tour explores historical episodes , including surprising stories about same-sex marriages centuries ago , while Glyptoteket frames gender and sexuality through ancient sculpture. These events tend to be more reflective and often run in Danish, though Glyptoteket offers at least one English tour. They’re perfect if you want to learn as you celebrate; bring water and expect light walking.</w:t>
      </w:r>
      <w:r/>
    </w:p>
    <w:p>
      <w:pPr>
        <w:pStyle w:val="Heading2"/>
      </w:pPr>
      <w:r>
        <w:t>Midweek rhythm , mindful mornings, community spaces and niche parties</w:t>
      </w:r>
      <w:r/>
    </w:p>
    <w:p>
      <w:r/>
      <w:r>
        <w:t>Midweek events mix wellness and alternative scenes: techno yoga at dawn on Pride Square, FLINTA-focused nights for marginalised groups, and Pitch-a-Friend on Copenhill for a cheeky social twist. These gatherings demonstrate how Pride expands beyond bars into public space and community-led venues. If you’re after quieter connection, try morning yoga followed by a rooftop coffee; if you want to meet new people, the Pitch-a-Friend format is playful and low-pressure.</w:t>
      </w:r>
      <w:r/>
    </w:p>
    <w:p>
      <w:pPr>
        <w:pStyle w:val="Heading2"/>
      </w:pPr>
      <w:r>
        <w:t>Big Saturday , the 30th-anniversary parade and after-parties</w:t>
      </w:r>
      <w:r/>
    </w:p>
    <w:p>
      <w:r/>
      <w:r>
        <w:t>Saturday 15 August is the crescendo: a huge, colourful parade beginning in Frederiksberg and winding into the city centre, followed by big street parties, music bingo, and packed club nights across venues like Pumpehuset, Absalon and Centralhjørnet. Expect crowds, lots of flags and a charged, joyful atmosphere. Practical tip: arrive early to secure a spot on the route, use public transport (many roads will be closed), and pick a meetup point with phone signal. If you prefer to avoid the crush, the canal cAnal Tours and some ticketed shows offer glorious views without being in the thick of it.</w:t>
      </w:r>
      <w:r/>
    </w:p>
    <w:p>
      <w:r/>
      <w:r>
        <w:t>Closing line Bring an open mind, comfy footwear and a sense of curiosity , Copenhagen Pride Week has something for everyone, from reflective tours to full-on glittered nights.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9">
        <w:r>
          <w:rPr>
            <w:color w:val="0000EE"/>
            <w:u w:val="single"/>
          </w:rPr>
          <w:t>[2]</w:t>
        </w:r>
      </w:hyperlink>
      <w:r>
        <w:t xml:space="preserve">, </w:t>
      </w:r>
      <w:hyperlink r:id="rId11">
        <w:r>
          <w:rPr>
            <w:color w:val="0000EE"/>
            <w:u w:val="single"/>
          </w:rPr>
          <w:t>[5]</w:t>
        </w:r>
      </w:hyperlink>
      <w:r>
        <w:t xml:space="preserve">- Paragraph 4: </w:t>
      </w:r>
      <w:hyperlink r:id="rId9">
        <w:r>
          <w:rPr>
            <w:color w:val="0000EE"/>
            <w:u w:val="single"/>
          </w:rPr>
          <w:t>[2]</w:t>
        </w:r>
      </w:hyperlink>
      <w:r>
        <w:t xml:space="preserve">, </w:t>
      </w:r>
      <w:hyperlink r:id="rId12">
        <w:r>
          <w:rPr>
            <w:color w:val="0000EE"/>
            <w:u w:val="single"/>
          </w:rPr>
          <w:t>[7]</w:t>
        </w:r>
      </w:hyperlink>
      <w:r>
        <w:t xml:space="preserve">- Paragraph 5: </w:t>
      </w:r>
      <w:hyperlink r:id="rId9">
        <w:r>
          <w:rPr>
            <w:color w:val="0000EE"/>
            <w:u w:val="single"/>
          </w:rPr>
          <w:t>[2]</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https://www.thelocal.dk/20260805/your-very-detailed-guide-to-copenhagens-pride-week</w:t>
        </w:r>
      </w:hyperlink>
      <w:r>
        <w:t xml:space="preserve"> - Please view link - unable to able to access data</w:t>
      </w:r>
      <w:r/>
    </w:p>
    <w:p>
      <w:pPr>
        <w:pStyle w:val="ListNumber"/>
        <w:spacing w:line="240" w:lineRule="auto"/>
        <w:ind w:left="720"/>
      </w:pPr>
      <w:r/>
      <w:hyperlink r:id="rId9">
        <w:r>
          <w:rPr>
            <w:color w:val="0000EE"/>
            <w:u w:val="single"/>
          </w:rPr>
          <w:t>https://www.thelocal.dk/20260805/your-very-detailed-guide-to-copenhagens-pride-week</w:t>
        </w:r>
      </w:hyperlink>
      <w:r>
        <w:t xml:space="preserve"> - This article provides a comprehensive guide to Copenhagen's Pride Week 2026, detailing various events scheduled from August 7 to August 15. Highlights include a Pre-Pride Drag Night, rainbow-themed roller-skating, Drag Brunch at Hanzo, Pride Workshop, Family Picnic in King’s Garden, and a guided tour titled 'Queer in Copenhagen'. The piece also mentions events like Just Another Drag Show, Bøssehusets Sommerfest, The Rainbow Festival, Flea Market, Yoga and Art: Pride Edition, Comedy Queens, and the Pride Parade on August 15. Each event is described with its date, location, and a brief overview.</w:t>
      </w:r>
      <w:r/>
    </w:p>
    <w:p>
      <w:pPr>
        <w:pStyle w:val="ListNumber"/>
        <w:spacing w:line="240" w:lineRule="auto"/>
        <w:ind w:left="720"/>
      </w:pPr>
      <w:r/>
      <w:hyperlink r:id="rId13">
        <w:r>
          <w:rPr>
            <w:color w:val="0000EE"/>
            <w:u w:val="single"/>
          </w:rPr>
          <w:t>https://www.copenhagenpride.dk/en/pride-2026/pride-week-2026/</w:t>
        </w:r>
      </w:hyperlink>
      <w:r>
        <w:t xml:space="preserve"> - Copenhagen Pride's official website outlines the schedule for Pride Week 2026, running from August 8 to August 16. The page details events such as Pride Square, the Pride Parade on August 15, and after-parties and street parties. It also highlights external events organized by community organizations and cultural institutions, emphasizing inclusivity and diversity. The site provides information on accessibility measures, including accessible facilities at Pride Square and a parade walk-through for familiarization. Additionally, it offers opportunities for involvement, such as volunteering and event participation.</w:t>
      </w:r>
      <w:r/>
    </w:p>
    <w:p>
      <w:pPr>
        <w:pStyle w:val="ListNumber"/>
        <w:spacing w:line="240" w:lineRule="auto"/>
        <w:ind w:left="720"/>
      </w:pPr>
      <w:r/>
      <w:hyperlink r:id="rId10">
        <w:r>
          <w:rPr>
            <w:color w:val="0000EE"/>
            <w:u w:val="single"/>
          </w:rPr>
          <w:t>https://www.visitcopenhagen.com/copenhagen/planning/copenhagen-pride-week-gdk474741</w:t>
        </w:r>
      </w:hyperlink>
      <w:r>
        <w:t xml:space="preserve"> - Visit Copenhagen's official tourism website presents an overview of Copenhagen Pride Week, emphasizing its blend of celebration and activism. The page notes that the event spans a week each August, featuring various activities and the Pride Parade. It highlights the event's commitment to inclusivity and creating a more inclusive Copenhagen and world. The site provides dates and times for the 2026 Pride Week, along with a map to Pride Square, the central hub of the festivities.</w:t>
      </w:r>
      <w:r/>
    </w:p>
    <w:p>
      <w:pPr>
        <w:pStyle w:val="ListNumber"/>
        <w:spacing w:line="240" w:lineRule="auto"/>
        <w:ind w:left="720"/>
      </w:pPr>
      <w:r/>
      <w:hyperlink r:id="rId11">
        <w:r>
          <w:rPr>
            <w:color w:val="0000EE"/>
            <w:u w:val="single"/>
          </w:rPr>
          <w:t>https://www.copenhagenpride.dk/en/events/kategori/copenhagen-pride-week-2026/2026-08/</w:t>
        </w:r>
      </w:hyperlink>
      <w:r>
        <w:t xml:space="preserve"> - This section of Copenhagen Pride's website lists events scheduled for August 2026, including those during Pride Week. It features events like the Pride Parade on August 15, accessibility initiatives, and various community activities. The page provides details on each event, including dates, times, and locations, allowing visitors to plan their participation in the festivities.</w:t>
      </w:r>
      <w:r/>
    </w:p>
    <w:p>
      <w:pPr>
        <w:pStyle w:val="ListNumber"/>
        <w:spacing w:line="240" w:lineRule="auto"/>
        <w:ind w:left="720"/>
      </w:pPr>
      <w:r/>
      <w:hyperlink r:id="rId14">
        <w:r>
          <w:rPr>
            <w:color w:val="0000EE"/>
            <w:u w:val="single"/>
          </w:rPr>
          <w:t>https://www.copenhagenpride.dk/en/events/kategori/copenhagen-pride-week-2026/day/2026-08-14/</w:t>
        </w:r>
      </w:hyperlink>
      <w:r>
        <w:t xml:space="preserve"> - This page details events taking place on August 14, 2026, during Copenhagen Pride Week. It includes information on accessibility at Pride Square, emphasizing efforts to make the event accessible to everyone. The page provides details on the Pride Square location and the range of activities available, ensuring attendees are informed about the day's offerings.</w:t>
      </w:r>
      <w:r/>
    </w:p>
    <w:p>
      <w:pPr>
        <w:pStyle w:val="ListNumber"/>
        <w:spacing w:line="240" w:lineRule="auto"/>
        <w:ind w:left="720"/>
      </w:pPr>
      <w:r/>
      <w:hyperlink r:id="rId12">
        <w:r>
          <w:rPr>
            <w:color w:val="0000EE"/>
            <w:u w:val="single"/>
          </w:rPr>
          <w:t>https://www.copenhagenpride.dk/en/events/kategori/copenhagen-pride-week-2026/day/2026-08-13/</w:t>
        </w:r>
      </w:hyperlink>
      <w:r>
        <w:t xml:space="preserve"> - This page outlines events scheduled for August 13, 2026, during Copenhagen Pride Week. It features activities like Techno Morning Yoga at Pride Square, highlighting the event's commitment to inclusivity and diverse interests. The page provides details on the event's time, location, and a brief description, allowing attendees to plan their participation accordingly.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local.dk/20260805/your-very-detailed-guide-to-copenhagens-pride-week" TargetMode="External"/><Relationship Id="rId10" Type="http://schemas.openxmlformats.org/officeDocument/2006/relationships/hyperlink" Target="https://www.visitcopenhagen.com/copenhagen/planning/copenhagen-pride-week-gdk474741" TargetMode="External"/><Relationship Id="rId11" Type="http://schemas.openxmlformats.org/officeDocument/2006/relationships/hyperlink" Target="https://www.copenhagenpride.dk/en/events/kategori/copenhagen-pride-week-2026/2026-08/" TargetMode="External"/><Relationship Id="rId12" Type="http://schemas.openxmlformats.org/officeDocument/2006/relationships/hyperlink" Target="https://www.copenhagenpride.dk/en/events/kategori/copenhagen-pride-week-2026/day/2026-08-13/" TargetMode="External"/><Relationship Id="rId13" Type="http://schemas.openxmlformats.org/officeDocument/2006/relationships/hyperlink" Target="https://www.copenhagenpride.dk/en/pride-2026/pride-week-2026/" TargetMode="External"/><Relationship Id="rId14" Type="http://schemas.openxmlformats.org/officeDocument/2006/relationships/hyperlink" Target="https://www.copenhagenpride.dk/en/events/kategori/copenhagen-pride-week-2026/day/2026-08-1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