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Comic-Con Looks and Spider-Man Fashion: What Fans Are Wearing Now</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fans are gravitating toward bold, nostalgic costume moments from San Diego Comic-Con and recent Spider-Man premieres, where celebrity cosplay, gender-bent anime looks and cheeky superhero swimwear are setting trends that matter to fans and style hunters alike.</w:t>
      </w:r>
      <w:r/>
    </w:p>
    <w:p>
      <w:r/>
      <w:r>
        <w:t>Essential Takeaways</w:t>
      </w:r>
      <w:r/>
      <w:r/>
    </w:p>
    <w:p>
      <w:pPr>
        <w:pStyle w:val="ListBullet"/>
        <w:spacing w:line="240" w:lineRule="auto"/>
        <w:ind w:left="720"/>
      </w:pPr>
      <w:r/>
      <w:r>
        <w:rPr>
          <w:b/>
        </w:rPr>
        <w:t>Star power:</w:t>
      </w:r>
      <w:r>
        <w:t xml:space="preserve"> Tom Holland and Zendaya’s Brand New Day premiere is sparking Spider-Man-themed fashion and merch interest.</w:t>
      </w:r>
      <w:r/>
    </w:p>
    <w:p>
      <w:pPr>
        <w:pStyle w:val="ListBullet"/>
        <w:spacing w:line="240" w:lineRule="auto"/>
        <w:ind w:left="720"/>
      </w:pPr>
      <w:r/>
      <w:r>
        <w:rPr>
          <w:b/>
        </w:rPr>
        <w:t>Convention energy:</w:t>
      </w:r>
      <w:r>
        <w:t xml:space="preserve"> San Diego Comic-Con revived classic cosplay, from Ryan Gosling’s playful Ken-energy nods to fans dressing as Blade and Bishop.</w:t>
      </w:r>
      <w:r/>
    </w:p>
    <w:p>
      <w:pPr>
        <w:pStyle w:val="ListBullet"/>
        <w:spacing w:line="240" w:lineRule="auto"/>
        <w:ind w:left="720"/>
      </w:pPr>
      <w:r/>
      <w:r>
        <w:rPr>
          <w:b/>
        </w:rPr>
        <w:t>Geek chic:</w:t>
      </w:r>
      <w:r>
        <w:t xml:space="preserve"> Designers and indie labels are translating comic motifs into wearable pieces, think subtle logos, textured armours, and swimwear with superhero nods.</w:t>
      </w:r>
      <w:r/>
    </w:p>
    <w:p>
      <w:pPr>
        <w:pStyle w:val="ListBullet"/>
        <w:spacing w:line="240" w:lineRule="auto"/>
        <w:ind w:left="720"/>
      </w:pPr>
      <w:r/>
      <w:r>
        <w:rPr>
          <w:b/>
        </w:rPr>
        <w:t>Community voice:</w:t>
      </w:r>
      <w:r>
        <w:t xml:space="preserve"> Voices like Paul Charles are using costume and custom suits to make statements about belonging and representation.</w:t>
      </w:r>
      <w:r/>
    </w:p>
    <w:p>
      <w:pPr>
        <w:pStyle w:val="ListBullet"/>
        <w:spacing w:line="240" w:lineRule="auto"/>
        <w:ind w:left="720"/>
      </w:pPr>
      <w:r/>
      <w:r>
        <w:rPr>
          <w:b/>
        </w:rPr>
        <w:t>Practical flair:</w:t>
      </w:r>
      <w:r>
        <w:t xml:space="preserve"> Look for breathable fabrics, flexible armour details and size-inclusive cuts when shopping cosplay or comic-inspired streetwear.</w:t>
      </w:r>
      <w:r/>
      <w:r/>
    </w:p>
    <w:p>
      <w:pPr>
        <w:pStyle w:val="Heading2"/>
      </w:pPr>
      <w:r>
        <w:t>Popcorn-worthy premieres that push Spider-Man fashion forward</w:t>
      </w:r>
      <w:r/>
    </w:p>
    <w:p>
      <w:r/>
      <w:r>
        <w:t>The excitement around the latest Spider-Man Brand New Day screening is doing more than sell tickets; it’s nudging wardrobe choices. Fans leave red carpets inspired, wanting the drama of comic-book silhouettes but in wearable fabrics that don’t require a stunt double. That’s why you’re seeing more suede jackets with webbed stitching and graphic tees that echo iconic panels.</w:t>
      </w:r>
      <w:r/>
    </w:p>
    <w:p>
      <w:r/>
      <w:r>
        <w:t>Queer tastemakers and mainstream outlets have both flagged the trend, and it shows in the aisles: retailers are folding subtle superhero cues into everyday ranges. If you want the look without full cosplay, pick one statement piece, boots, a jacket, or a print, and let it lead your outfit.</w:t>
      </w:r>
      <w:r/>
    </w:p>
    <w:p>
      <w:pPr>
        <w:pStyle w:val="Heading2"/>
      </w:pPr>
      <w:r>
        <w:t>Comic-Con remains the runway for nostalgic and playful dressing</w:t>
      </w:r>
      <w:r/>
    </w:p>
    <w:p>
      <w:r/>
      <w:r>
        <w:t>San Diego Comic-Con keeps proving it’s half convention, half runway. This year’s crowd mixed high-concept cosplay with tongue-in-cheek homages, Ryan Gosling’s Ken-lean energy spilling over into cosplayers riffing on retro doll looks, while other fans doubled down on Blade and Bishop throwbacks. The result feels nostalgic, tactile and a bit theatrical.</w:t>
      </w:r>
      <w:r/>
    </w:p>
    <w:p>
      <w:r/>
      <w:r>
        <w:t>If you’re heading to a convention, prioritise comfort: breathable layers, shoes worth walking in, and a small toolkit for last-minute repairs. For photographers and people-watchers, Comic-Con is the best place to see how fandoms reinterpret decades of comic lore into new, lived-in looks.</w:t>
      </w:r>
      <w:r/>
    </w:p>
    <w:p>
      <w:pPr>
        <w:pStyle w:val="Heading2"/>
      </w:pPr>
      <w:r>
        <w:t>Swimwear and subtle fandom: how Spidey and Mr Fantastic influence summer style</w:t>
      </w:r>
      <w:r/>
    </w:p>
    <w:p>
      <w:r/>
      <w:r>
        <w:t>The mini trend of superhero swimwear, everything from Spidey-speedos to Mr Fantastic–inspired trunks, shows fandom can be playful and practical. These pieces work because they’re confident and fun; they give you personality without needing a cape. Expect more brands to riff on comic panels, colour-blocking and emblem placement.</w:t>
      </w:r>
      <w:r/>
    </w:p>
    <w:p>
      <w:r/>
      <w:r>
        <w:t>When shopping, check fabric quality and fit: quick-dry blends, reinforced seams and flatlock stitching make novelty swimwear last. And if you’re nervous about full-on emblem prints, try accessories first: towels, slides or caps let you test-drive the trend.</w:t>
      </w:r>
      <w:r/>
    </w:p>
    <w:p>
      <w:pPr>
        <w:pStyle w:val="Heading2"/>
      </w:pPr>
      <w:r>
        <w:t>Costume as community: why bespoke suits and Batsuits feel meaningful</w:t>
      </w:r>
      <w:r/>
    </w:p>
    <w:p>
      <w:r/>
      <w:r>
        <w:t>Costume in 2026 is often about identity and visibility. Figures in the geek community, creators, cosplayers and commentators, are using custom suits and even Batsuit reinterpretations to emphasise belonging and to claim space. That’s not just theatre; it’s a statement that fandom is for everyone.</w:t>
      </w:r>
      <w:r/>
    </w:p>
    <w:p>
      <w:r/>
      <w:r>
        <w:t>Designers and tailor-shops are responding with more size-inclusive patterns and gender-neutral takes on classic silhouettes. If you want to commission a piece, choose someone who understands movement and ventilation, you’ll thank them at full-speed panels or outdoor meet-ups.</w:t>
      </w:r>
      <w:r/>
    </w:p>
    <w:p>
      <w:pPr>
        <w:pStyle w:val="Heading2"/>
      </w:pPr>
      <w:r>
        <w:t>Buying tips: how to pick comic-inspired pieces that last</w:t>
      </w:r>
      <w:r/>
    </w:p>
    <w:p>
      <w:r/>
      <w:r>
        <w:t>Trends come and go, but a few practical choices keep your purchases feeling current. First, prioritise materials, natural fibres and quality synthetics breathe better than cheap polyester. Second, look for thoughtful details: reinforced stitching, functional pockets and lined areas where foam or armour might sit. Third, don’t be shy about customising; a tailor can add small alterations that turn a fun piece into a wardrobe staple.</w:t>
      </w:r>
      <w:r/>
    </w:p>
    <w:p>
      <w:r/>
      <w:r>
        <w:t>Also remember resale and craft communities: platforms where cosplayers sell lightly used pieces are great for snagging high-quality items without the wait or price tag.</w:t>
      </w:r>
      <w:r/>
    </w:p>
    <w:p>
      <w:r/>
      <w:r>
        <w:t>It's a small change that can make every convention, premiere or beach day feel like your personal spotlight.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0">
        <w:r>
          <w:rPr>
            <w:color w:val="0000EE"/>
            <w:u w:val="single"/>
          </w:rPr>
          <w:t>[4]</w:t>
        </w:r>
      </w:hyperlink>
      <w:r>
        <w:t xml:space="preserve">- Paragraph 3: </w:t>
      </w:r>
      <w:hyperlink r:id="rId9">
        <w:r>
          <w:rPr>
            <w:color w:val="0000EE"/>
            <w:u w:val="single"/>
          </w:rPr>
          <w:t>[2]</w:t>
        </w:r>
      </w:hyperlink>
      <w:r>
        <w:t xml:space="preserve">, </w:t>
      </w:r>
      <w:hyperlink r:id="rId10">
        <w:r>
          <w:rPr>
            <w:color w:val="0000EE"/>
            <w:u w:val="single"/>
          </w:rPr>
          <w:t>[5]</w:t>
        </w:r>
      </w:hyperlink>
      <w:r>
        <w:t xml:space="preserve">- Paragraph 4: </w:t>
      </w:r>
      <w:hyperlink r:id="rId9">
        <w:r>
          <w:rPr>
            <w:color w:val="0000EE"/>
            <w:u w:val="single"/>
          </w:rPr>
          <w:t>[2]</w:t>
        </w:r>
      </w:hyperlink>
      <w:r>
        <w:t xml:space="preserve">, </w:t>
      </w:r>
      <w:hyperlink r:id="rId10">
        <w:r>
          <w:rPr>
            <w:color w:val="0000EE"/>
            <w:u w:val="single"/>
          </w:rPr>
          <w:t>[6]</w:t>
        </w:r>
      </w:hyperlink>
      <w:r>
        <w:t xml:space="preserve">- Paragraph 5: </w:t>
      </w:r>
      <w:hyperlink r:id="rId9">
        <w:r>
          <w:rPr>
            <w:color w:val="0000EE"/>
            <w:u w:val="single"/>
          </w:rPr>
          <w:t>[2]</w:t>
        </w:r>
      </w:hyperlink>
      <w:r>
        <w:t xml:space="preserve">, </w:t>
      </w:r>
      <w:hyperlink r:id="rId10">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https://www.queerty.com/nathan-weirs-doomsday-prep-kingzeros-armor-drip-paul-charless-batsuit-20260805/</w:t>
        </w:r>
      </w:hyperlink>
      <w:r>
        <w:t xml:space="preserve"> - Please view link - unable to able to access data</w:t>
      </w:r>
      <w:r/>
    </w:p>
    <w:p>
      <w:pPr>
        <w:pStyle w:val="ListNumber"/>
        <w:spacing w:line="240" w:lineRule="auto"/>
        <w:ind w:left="720"/>
      </w:pPr>
      <w:r/>
      <w:hyperlink r:id="rId9">
        <w:r>
          <w:rPr>
            <w:color w:val="0000EE"/>
            <w:u w:val="single"/>
          </w:rPr>
          <w:t>https://www.queerty.com/nathan-weirs-doomsday-prep-kingzeros-armor-drip-paul-charless-batsuit-20260805/</w:t>
        </w:r>
      </w:hyperlink>
      <w:r>
        <w:t xml:space="preserve"> - This article from Queerty's 'InstaGeeks' segment highlights recent geek culture events, including Tom Holland and Zendaya's premiere of a new Spider-Man installment, the early release of 'The Odyssey' featuring Matt Damon and Charlize Theron, and San Diego Comic-Con highlights such as Ryan Gosling's role in the upcoming 'Ghost Rider' film. It also features cosplayer Brandon Jackson's portrayals of X-Men's Bishop and Blade, and Paul Charles's ('The Gay Comic Geek') advocacy for the geek community with his new Batsuit.</w:t>
      </w:r>
      <w:r/>
    </w:p>
    <w:p>
      <w:pPr>
        <w:pStyle w:val="ListNumber"/>
        <w:spacing w:line="240" w:lineRule="auto"/>
        <w:ind w:left="720"/>
      </w:pPr>
      <w:r/>
      <w:hyperlink r:id="rId10">
        <w:r>
          <w:rPr>
            <w:color w:val="0000EE"/>
            <w:u w:val="single"/>
          </w:rPr>
          <w:t>https://www.dccomics.com/characters/66/batman</w:t>
        </w:r>
      </w:hyperlink>
      <w:r>
        <w:t xml:space="preserve"> - The official DC Comics page for Batman provides comprehensive information about the character, including his origin, allies, enemies, and various adaptations in comics, television, and film. It also features details about the Batsuit, Batman's iconic costume, and its evolution over time.</w:t>
      </w:r>
      <w:r/>
    </w:p>
    <w:p>
      <w:pPr>
        <w:pStyle w:val="ListNumber"/>
        <w:spacing w:line="240" w:lineRule="auto"/>
        <w:ind w:left="720"/>
      </w:pPr>
      <w:r/>
      <w:hyperlink r:id="rId10">
        <w:r>
          <w:rPr>
            <w:color w:val="0000EE"/>
            <w:u w:val="single"/>
          </w:rPr>
          <w:t>https://www.dccomics.com/characters/66/batman</w:t>
        </w:r>
      </w:hyperlink>
      <w:r>
        <w:t xml:space="preserve"> - The official DC Comics page for Batman provides comprehensive information about the character, including his origin, allies, enemies, and various adaptations in comics, television, and film. It also features details about the Batsuit, Batman's iconic costume, and its evolution over time.</w:t>
      </w:r>
      <w:r/>
    </w:p>
    <w:p>
      <w:pPr>
        <w:pStyle w:val="ListNumber"/>
        <w:spacing w:line="240" w:lineRule="auto"/>
        <w:ind w:left="720"/>
      </w:pPr>
      <w:r/>
      <w:hyperlink r:id="rId10">
        <w:r>
          <w:rPr>
            <w:color w:val="0000EE"/>
            <w:u w:val="single"/>
          </w:rPr>
          <w:t>https://www.dccomics.com/characters/66/batman</w:t>
        </w:r>
      </w:hyperlink>
      <w:r>
        <w:t xml:space="preserve"> - The official DC Comics page for Batman provides comprehensive information about the character, including his origin, allies, enemies, and various adaptations in comics, television, and film. It also features details about the Batsuit, Batman's iconic costume, and its evolution over time.</w:t>
      </w:r>
      <w:r/>
    </w:p>
    <w:p>
      <w:pPr>
        <w:pStyle w:val="ListNumber"/>
        <w:spacing w:line="240" w:lineRule="auto"/>
        <w:ind w:left="720"/>
      </w:pPr>
      <w:r/>
      <w:hyperlink r:id="rId10">
        <w:r>
          <w:rPr>
            <w:color w:val="0000EE"/>
            <w:u w:val="single"/>
          </w:rPr>
          <w:t>https://www.dccomics.com/characters/66/batman</w:t>
        </w:r>
      </w:hyperlink>
      <w:r>
        <w:t xml:space="preserve"> - The official DC Comics page for Batman provides comprehensive information about the character, including his origin, allies, enemies, and various adaptations in comics, television, and film. It also features details about the Batsuit, Batman's iconic costume, and its evolution over time.</w:t>
      </w:r>
      <w:r/>
    </w:p>
    <w:p>
      <w:pPr>
        <w:pStyle w:val="ListNumber"/>
        <w:spacing w:line="240" w:lineRule="auto"/>
        <w:ind w:left="720"/>
      </w:pPr>
      <w:r/>
      <w:hyperlink r:id="rId10">
        <w:r>
          <w:rPr>
            <w:color w:val="0000EE"/>
            <w:u w:val="single"/>
          </w:rPr>
          <w:t>https://www.dccomics.com/characters/66/batman</w:t>
        </w:r>
      </w:hyperlink>
      <w:r>
        <w:t xml:space="preserve"> - The official DC Comics page for Batman provides comprehensive information about the character, including his origin, allies, enemies, and various adaptations in comics, television, and film. It also features details about the Batsuit, Batman's iconic costume, and its evolution over time.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queerty.com/nathan-weirs-doomsday-prep-kingzeros-armor-drip-paul-charless-batsuit-20260805/" TargetMode="External"/><Relationship Id="rId10" Type="http://schemas.openxmlformats.org/officeDocument/2006/relationships/hyperlink" Target="https://www.dccomics.com/characters/66/batma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