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Brisbane Pride Fair Day Plans for 2026: New Farm Park Returns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marchers and music-lovers are already circling their calendars , Brisbane Pride has announced Fair Day is returning to New Farm Park for 2026, bringing the Rally, March and family-friendly Fair Day back to the city heart and syncing with Melt Festival’s River Pride Parade.</w:t>
      </w:r>
      <w:r/>
    </w:p>
    <w:p>
      <w:r/>
      <w:r>
        <w:t>Essential Takeaways</w:t>
      </w:r>
      <w:r/>
      <w:r/>
    </w:p>
    <w:p>
      <w:pPr>
        <w:pStyle w:val="ListBullet"/>
        <w:spacing w:line="240" w:lineRule="auto"/>
        <w:ind w:left="720"/>
      </w:pPr>
      <w:r/>
      <w:r>
        <w:rPr>
          <w:b/>
        </w:rPr>
        <w:t>Date and place:</w:t>
      </w:r>
      <w:r>
        <w:t xml:space="preserve"> Fair Day, Rally and March take place on Saturday 24 October 2026 at New Farm Park and along Brunswick Street.</w:t>
      </w:r>
      <w:r/>
    </w:p>
    <w:p>
      <w:pPr>
        <w:pStyle w:val="ListBullet"/>
        <w:spacing w:line="240" w:lineRule="auto"/>
        <w:ind w:left="720"/>
      </w:pPr>
      <w:r/>
      <w:r>
        <w:rPr>
          <w:b/>
        </w:rPr>
        <w:t>Schedule highlights:</w:t>
      </w:r>
      <w:r>
        <w:t xml:space="preserve"> Rally starts 9am, March at 10am, Fair Day runs 10am–5pm , plenty of time for stalls, performances and family activities.</w:t>
      </w:r>
      <w:r/>
    </w:p>
    <w:p>
      <w:pPr>
        <w:pStyle w:val="ListBullet"/>
        <w:spacing w:line="240" w:lineRule="auto"/>
        <w:ind w:left="720"/>
      </w:pPr>
      <w:r/>
      <w:r>
        <w:rPr>
          <w:b/>
        </w:rPr>
        <w:t>Event pairing:</w:t>
      </w:r>
      <w:r>
        <w:t xml:space="preserve"> The day coincides with Melt Festival’s River Pride Parade, creating a bigger city-wide Pride moment.</w:t>
      </w:r>
      <w:r/>
    </w:p>
    <w:p>
      <w:pPr>
        <w:pStyle w:val="ListBullet"/>
        <w:spacing w:line="240" w:lineRule="auto"/>
        <w:ind w:left="720"/>
      </w:pPr>
      <w:r/>
      <w:r>
        <w:rPr>
          <w:b/>
        </w:rPr>
        <w:t>Tickets and stalls:</w:t>
      </w:r>
      <w:r>
        <w:t xml:space="preserve"> Tickets are on sale and stall registrations are open via Brisbane Pride’s website; the Festival runs across September and October.</w:t>
      </w:r>
      <w:r/>
    </w:p>
    <w:p>
      <w:pPr>
        <w:pStyle w:val="ListBullet"/>
        <w:spacing w:line="240" w:lineRule="auto"/>
        <w:ind w:left="720"/>
      </w:pPr>
      <w:r/>
      <w:r>
        <w:rPr>
          <w:b/>
        </w:rPr>
        <w:t>Community note:</w:t>
      </w:r>
      <w:r>
        <w:t xml:space="preserve"> Organisers frame Pride as both celebration and political visibility amid ongoing challenges to LGBTQIA+ rights.</w:t>
      </w:r>
      <w:r/>
      <w:r/>
    </w:p>
    <w:p>
      <w:pPr>
        <w:pStyle w:val="Heading2"/>
      </w:pPr>
      <w:r>
        <w:t>Why the return to New Farm Park matters now</w:t>
      </w:r>
      <w:r/>
    </w:p>
    <w:p>
      <w:r/>
      <w:r>
        <w:t>The move back to New Farm Park feels like coming home: it's a familiar, leafy riverside setting with a relaxed, festival-ready vibe. After four years at Musgrave Park, organisers say returning to New Farm lets Pride recapture the iconic city backdrop and tap into bigger footfall. For attendees, expect the easy, open-air buzz of food trucks, craft stalls and a stage that feels close and lively rather than sprawling.</w:t>
      </w:r>
      <w:r/>
    </w:p>
    <w:p>
      <w:r/>
      <w:r>
        <w:t>This is also a strategic pick , aligning Pride with Melt Festival’s River Pride Parade magnifies visibility and gives performers and community groups a larger audience. If you loved the old New Farm Fair Days, you’ll likely enjoy the slightly bigger, more collaborative scale in 2026.</w:t>
      </w:r>
      <w:r/>
    </w:p>
    <w:p>
      <w:pPr>
        <w:pStyle w:val="Heading2"/>
      </w:pPr>
      <w:r>
        <w:t>What to expect on the day , practical tips</w:t>
      </w:r>
      <w:r/>
    </w:p>
    <w:p>
      <w:r/>
      <w:r>
        <w:t>Plan to arrive early: the Rally meets at the corner of Ann and Brunswick Streets from 9am, with the March rolling down Brunswick to New Farm Park at 10am. Fair Day runs until 5pm, so you can float between stalls, performances and riverside watching. Bring sun protection, a refillable water bottle and cash or tap for small traders , stalls often sell quick bites and crafts that disappear late afternoon.</w:t>
      </w:r>
      <w:r/>
    </w:p>
    <w:p>
      <w:r/>
      <w:r>
        <w:t>If you want a stall, register online ahead of time; spaces fill fast when events are paired with larger festivals. And if you’re attending with kids or someone who tires quickly, scout quieter pockets of the park or plan a picnic near the river for a calmer hour.</w:t>
      </w:r>
      <w:r/>
    </w:p>
    <w:p>
      <w:pPr>
        <w:pStyle w:val="Heading2"/>
      </w:pPr>
      <w:r>
        <w:t>How the Melt Festival tie-in changes the vibe</w:t>
      </w:r>
      <w:r/>
    </w:p>
    <w:p>
      <w:r/>
      <w:r>
        <w:t>Pairing Pride with Melt Festival’s River Pride Parade turns the day into a cross-city cultural moment rather than a single-community event. That means more programming, a bigger parade route and likely more media attention , good for groups wanting visibility and for performers seeking larger audiences. The festival atmosphere will be more theatrical and arts-forward, while still keeping Pride’s essentials: activism, celebration and community booths.</w:t>
      </w:r>
      <w:r/>
    </w:p>
    <w:p>
      <w:r/>
      <w:r>
        <w:t>For bargain-hunters and culture fans, this pairing offers a two-for-one experience: summer-style festival energy plus the grassroots heart of Pride. Expect crowds, so decide whether you want the centre-stage experience or the more relaxed, family-friendly fringe of the park.</w:t>
      </w:r>
      <w:r/>
    </w:p>
    <w:p>
      <w:pPr>
        <w:pStyle w:val="Heading2"/>
      </w:pPr>
      <w:r>
        <w:t>Safety, politics and community tone</w:t>
      </w:r>
      <w:r/>
    </w:p>
    <w:p>
      <w:r/>
      <w:r>
        <w:t>Organisers are explicit about Pride being a celebration and a statement; with public debates about LGBTQIA+ rights rising, the March and Fair Day will carry both joy and message. That balance matters: many attendees come to celebrate, while others come to be seen and stand in solidarity. Volunteers, stewards and event briefings usually help keep the day welcoming and secure.</w:t>
      </w:r>
      <w:r/>
    </w:p>
    <w:p>
      <w:r/>
      <w:r>
        <w:t>If you’re concerned about accessibility or safety, check Brisbane Pride’s website for event guides and contact details. Many community groups and volunteer marshals will be present, and planning ahead helps everyone enjoy the day with confidence.</w:t>
      </w:r>
      <w:r/>
    </w:p>
    <w:p>
      <w:pPr>
        <w:pStyle w:val="Heading2"/>
      </w:pPr>
      <w:r>
        <w:t>How to make the most of festival season</w:t>
      </w:r>
      <w:r/>
    </w:p>
    <w:p>
      <w:r/>
      <w:r>
        <w:t>Pride season stretches through September and October, so treat Fair Day as a highlight of a longer cultural run. Catch the Festival Launch in late September, explore Melt Festival events between 21 October and 8 November, and pencil in the River Pride Parade for added spectacle. Buy tickets early for headline acts and register for stalls or volunteer slots if you want a more active role.</w:t>
      </w:r>
      <w:r/>
    </w:p>
    <w:p>
      <w:r/>
      <w:r>
        <w:t>Think local: bring friends, support community stalls, and leave enough time to soak up performances. Your presence at one event helps amplify the whole season.</w:t>
      </w:r>
      <w:r/>
    </w:p>
    <w:p>
      <w:r/>
      <w:r>
        <w:t>It's a small change that can make every visit to Pride a brighter, bolder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https://www.starobserver.com.au/news/brisbane-pride-fair-day-returns-to-new-farm-park-for-2026-celebrations/243086</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https://www.starobserver.com.au/news/brisbane-pride-fair-day-returns-to-new-farm-park-for-2026-celebrations/243086</w:t>
        </w:r>
      </w:hyperlink>
      <w:r>
        <w:t xml:space="preserve"> - Brisbane Pride has announced that the 2026 Fair Day will return to New Farm Park in Fortitude Valley, Brisbane, after a four-year hiatus. The event is set to coincide with the Melt Festival's River Pride Parade and Opening Night Party at Brisbane Powerhouse, aligning with extended festival celebrations from September through October. Brisbane Pride President James McCarthy emphasised the importance of visibility and community, stating that Pride remains both a celebration and a statement, especially as LGBTQIA+ individuals face increasing challenges. The Rally, March, and Fair Day are scheduled for Saturday, October 24, 2026, with tickets available online.</w:t>
      </w:r>
      <w:r/>
    </w:p>
    <w:p>
      <w:pPr>
        <w:pStyle w:val="ListNumber"/>
        <w:spacing w:line="240" w:lineRule="auto"/>
        <w:ind w:left="720"/>
      </w:pPr>
      <w:r/>
      <w:hyperlink r:id="rId12">
        <w:r>
          <w:rPr>
            <w:color w:val="0000EE"/>
            <w:u w:val="single"/>
          </w:rPr>
          <w:t>https://www.melt.org.au/faqs/</w:t>
        </w:r>
      </w:hyperlink>
      <w:r>
        <w:t xml:space="preserve"> - Melt is an annual citywide festival of queer arts and culture in Brisbane, Australia, building on the success of its predecessor, Melt, held annually at Brisbane Powerhouse since 2015. The 2026 festival is scheduled from 21 October to 8 November and will open with the River Pride Parade on Saturday, 24 October. Melt is guided by the Melt Reference Group, a committee of queer voices with diverse perspectives, and is supported by Brisbane Powerhouse, which serves as the producing house for the festival.</w:t>
      </w:r>
      <w:r/>
    </w:p>
    <w:p>
      <w:pPr>
        <w:pStyle w:val="ListNumber"/>
        <w:spacing w:line="240" w:lineRule="auto"/>
        <w:ind w:left="720"/>
      </w:pPr>
      <w:r/>
      <w:hyperlink r:id="rId13">
        <w:r>
          <w:rPr>
            <w:color w:val="0000EE"/>
            <w:u w:val="single"/>
          </w:rPr>
          <w:t>https://visit.brisbane.qld.au/whats-on/inner-city/eat-and-drink-events/river-pride-parade-39a3</w:t>
        </w:r>
      </w:hyperlink>
      <w:r>
        <w:t xml:space="preserve"> - The River Pride Parade, presented by Melt Festival, is set to take place on 24 October 2026. This annual event features a flotilla of boats and watercraft cruising along the Brisbane River from West End to Brisbane Powerhouse. The parade aims to launch Brisbane's annual LGBTQIA+ arts and cultural celebration, and attendees are encouraged to rally their crew and get ready to sparkle for this vibrant event.</w:t>
      </w:r>
      <w:r/>
    </w:p>
    <w:p>
      <w:pPr>
        <w:pStyle w:val="ListNumber"/>
        <w:spacing w:line="240" w:lineRule="auto"/>
        <w:ind w:left="720"/>
      </w:pPr>
      <w:r/>
      <w:hyperlink r:id="rId11">
        <w:r>
          <w:rPr>
            <w:color w:val="0000EE"/>
            <w:u w:val="single"/>
          </w:rPr>
          <w:t>https://www.melt.org.au/river-pride-parade-registration/</w:t>
        </w:r>
      </w:hyperlink>
      <w:r>
        <w:t xml:space="preserve"> - Melt Festival is accepting registrations for the River Pride Parade, scheduled for 24 October 2026. The parade invites boat registrations from both commercial and private vessels, offering a unique opportunity to participate in Brisbane's annual LGBTQIA+ arts and cultural celebration. The event promises a vibrant and inclusive atmosphere, with details available on the Melt Festival's official website.</w:t>
      </w:r>
      <w:r/>
    </w:p>
    <w:p>
      <w:pPr>
        <w:pStyle w:val="ListNumber"/>
        <w:spacing w:line="240" w:lineRule="auto"/>
        <w:ind w:left="720"/>
      </w:pPr>
      <w:r/>
      <w:hyperlink r:id="rId14">
        <w:r>
          <w:rPr>
            <w:color w:val="0000EE"/>
            <w:u w:val="single"/>
          </w:rPr>
          <w:t>https://www.melt.org.au/venue-registration/</w:t>
        </w:r>
      </w:hyperlink>
      <w:r>
        <w:t xml:space="preserve"> - Melt Festival is seeking venue registrations for the 2026 festival, which will be held from 21 October to 9 November. The festival is an open-access event showcasing queer art and culture across Brisbane. Venues interested in participating can submit their expressions of interest through the Melt Festival's official website, with key dates and further information provided.</w:t>
      </w:r>
      <w:r/>
    </w:p>
    <w:p>
      <w:pPr>
        <w:pStyle w:val="ListNumber"/>
        <w:spacing w:line="240" w:lineRule="auto"/>
        <w:ind w:left="720"/>
      </w:pPr>
      <w:r/>
      <w:hyperlink r:id="rId10">
        <w:r>
          <w:rPr>
            <w:color w:val="0000EE"/>
            <w:u w:val="single"/>
          </w:rPr>
          <w:t>https://www.brisbanepride.org.au/</w:t>
        </w:r>
      </w:hyperlink>
      <w:r>
        <w:t xml:space="preserve"> - Brisbane Pride Festival is Queensland's leading LGBTQIA+ community festival, celebrating over 30 years of pride and progress. The festival features flagship events such as the Queens Ball, Rally and March, and Fair Day. Brisbane Pride is dedicated to championing LGBTQIA+ visibility, rights, and culture in Queensland, connecting with the community, raising funds, and driving change across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brisbane-pride-fair-day-returns-to-new-farm-park-for-2026-celebrations/243086" TargetMode="External"/><Relationship Id="rId10" Type="http://schemas.openxmlformats.org/officeDocument/2006/relationships/hyperlink" Target="https://www.brisbanepride.org.au/" TargetMode="External"/><Relationship Id="rId11" Type="http://schemas.openxmlformats.org/officeDocument/2006/relationships/hyperlink" Target="https://www.melt.org.au/river-pride-parade-registration/" TargetMode="External"/><Relationship Id="rId12" Type="http://schemas.openxmlformats.org/officeDocument/2006/relationships/hyperlink" Target="https://www.melt.org.au/faqs/" TargetMode="External"/><Relationship Id="rId13" Type="http://schemas.openxmlformats.org/officeDocument/2006/relationships/hyperlink" Target="https://visit.brisbane.qld.au/whats-on/inner-city/eat-and-drink-events/river-pride-parade-39a3" TargetMode="External"/><Relationship Id="rId14" Type="http://schemas.openxmlformats.org/officeDocument/2006/relationships/hyperlink" Target="https://www.melt.org.au/venue-regist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