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Art Behind I Want Your Sex: How a Decade of Work Became Olivia Wilde’s Fictional Practice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their eyes to the real artists behind the film: Blake Jacobsen and Meghan Sabik’s decade-plus portfolio became the tactile, transgressive heart of Gregg Araki’s I Want Your Sex, helping make Olivia Wilde’s Erika Tracy feel lived-in, provocative, and very, very specific.</w:t>
      </w:r>
      <w:r/>
    </w:p>
    <w:p>
      <w:r/>
      <w:r>
        <w:t>Essential Takeaways</w:t>
      </w:r>
      <w:r/>
      <w:r/>
    </w:p>
    <w:p>
      <w:pPr>
        <w:pStyle w:val="ListBullet"/>
        <w:spacing w:line="240" w:lineRule="auto"/>
        <w:ind w:left="720"/>
      </w:pPr>
      <w:r/>
      <w:r>
        <w:rPr>
          <w:b/>
        </w:rPr>
        <w:t>Artists credited:</w:t>
      </w:r>
      <w:r>
        <w:t xml:space="preserve"> Blake Jacobsen and Meghan Sabik supplied more than 20 photographic works, videos and installations that stand in for Erika Tracy’s oeuvre.</w:t>
      </w:r>
      <w:r/>
    </w:p>
    <w:p>
      <w:pPr>
        <w:pStyle w:val="ListBullet"/>
        <w:spacing w:line="240" w:lineRule="auto"/>
        <w:ind w:left="720"/>
      </w:pPr>
      <w:r/>
      <w:r>
        <w:rPr>
          <w:b/>
        </w:rPr>
        <w:t>Built from history:</w:t>
      </w:r>
      <w:r>
        <w:t xml:space="preserve"> Much of the film’s art comes from a long-running series, Curious Couple Seeking Third, giving the character a believable back catalogue.</w:t>
      </w:r>
      <w:r/>
    </w:p>
    <w:p>
      <w:pPr>
        <w:pStyle w:val="ListBullet"/>
        <w:spacing w:line="240" w:lineRule="auto"/>
        <w:ind w:left="720"/>
      </w:pPr>
      <w:r/>
      <w:r>
        <w:rPr>
          <w:b/>
        </w:rPr>
        <w:t>Hands-on role:</w:t>
      </w:r>
      <w:r>
        <w:t xml:space="preserve"> The duo advised on script, curation, framing and set installation , far beyond mere prop provision.</w:t>
      </w:r>
      <w:r/>
    </w:p>
    <w:p>
      <w:pPr>
        <w:pStyle w:val="ListBullet"/>
        <w:spacing w:line="240" w:lineRule="auto"/>
        <w:ind w:left="720"/>
      </w:pPr>
      <w:r/>
      <w:r>
        <w:rPr>
          <w:b/>
        </w:rPr>
        <w:t>Multimedia scope:</w:t>
      </w:r>
      <w:r>
        <w:t xml:space="preserve"> Photography, video pieces like Transgressive Heterosexual Video Art Piece, and installations such as SEX Xerox create the sense of a multidisciplinary contemporary practice.</w:t>
      </w:r>
      <w:r/>
    </w:p>
    <w:p>
      <w:pPr>
        <w:pStyle w:val="ListBullet"/>
        <w:spacing w:line="240" w:lineRule="auto"/>
        <w:ind w:left="720"/>
      </w:pPr>
      <w:r/>
      <w:r>
        <w:rPr>
          <w:b/>
        </w:rPr>
        <w:t>Emotional texture:</w:t>
      </w:r>
      <w:r>
        <w:t xml:space="preserve"> Their work adds grit, sex-positivity and a punkish edge that feeds the film’s mood and credibility.</w:t>
      </w:r>
      <w:r/>
      <w:r/>
    </w:p>
    <w:p>
      <w:pPr>
        <w:pStyle w:val="Heading2"/>
      </w:pPr>
      <w:r>
        <w:t>Why the real art matters , it gives Erika Tracy a pulse</w:t>
      </w:r>
      <w:r/>
    </w:p>
    <w:p>
      <w:r/>
      <w:r>
        <w:t>Olivia Wilde’s Erika Tracy doesn’t just hang pictures on a wall; she inhabits a visual language. The images and installations you see throughout the film are more than props , they carry texture, tone and a backstory that feels weathered and real. According to interviews with the artists, the filmmakers built Erika’s practice around existing work by Blake Jacobsen and Meghan Sabik, which gives the character a tangible career arc rather than a hastily imagined résumé. You can almost smell the gallery space: stale coffee, print toner and the metallic tang of hung frames.</w:t>
      </w:r>
      <w:r/>
    </w:p>
    <w:p>
      <w:pPr>
        <w:pStyle w:val="Heading2"/>
      </w:pPr>
      <w:r>
        <w:t>A collaboration that started on a fashion shoot and widened into art-world practice</w:t>
      </w:r>
      <w:r/>
    </w:p>
    <w:p>
      <w:r/>
      <w:r>
        <w:t>Jacobsen and Sabik first met in 2012 on a Lip Service shoot , a brand steeped in punk, fetish and sex-positive style , and turned that initial encounter into a creative partnership. Instead of sticking to photographer and model roles, they branched into joint projects across photography, video, performance and installations, later running an artist-run space. That origin creates a neat narrative loop: Lip Service’s aesthetic informed Araki’s early films, and now the duo’s work is foundational to his latest. It’s a reminder that creative scenes are small and cyclical; collaborations now can become cultural currency years later.</w:t>
      </w:r>
      <w:r/>
    </w:p>
    <w:p>
      <w:pPr>
        <w:pStyle w:val="Heading2"/>
      </w:pPr>
      <w:r>
        <w:t>How the duo shaped the film beyond supplying images</w:t>
      </w:r>
      <w:r/>
    </w:p>
    <w:p>
      <w:r/>
      <w:r>
        <w:t>The involvement went well past handing over prints. The artists worked with the film’s art department, reviewed scripts and visual references, researched art history for character psychology, and physically printed, framed and installed pieces on set. Producer Seth Caplan described them as “muses” , literal and fictional , because their work and knowledge of the Los Angeles scene helped anchor the film in recognizable realities. That level of curation matters: proper printing, ageing and placement give props the patina of a real life lived by an artist.</w:t>
      </w:r>
      <w:r/>
    </w:p>
    <w:p>
      <w:pPr>
        <w:pStyle w:val="Heading2"/>
      </w:pPr>
      <w:r>
        <w:t>What viewers actually see , the mix that creates a believable oeuvre</w:t>
      </w:r>
      <w:r/>
    </w:p>
    <w:p>
      <w:r/>
      <w:r>
        <w:t>If you pause the film you’ll spot recurring series and motifs drawn from Jacobsen and Sabik’s archive. The Curious Couple Seeking Third series appears frequently, which helps suggest an ongoing photographic investigation rather than a one-off gimmick. Interspersed are excerpts from video-based projects and installations, including pieces titled Transgressive Heterosexual Video Art Piece and SEX Xerox, which broaden the vocabulary and imply a multidisciplinary studio practice. For viewers, that variety signals seriousness: a contemporary artist often shows across formats, and Erika’s fiction follows that rule.</w:t>
      </w:r>
      <w:r/>
    </w:p>
    <w:p>
      <w:pPr>
        <w:pStyle w:val="Heading2"/>
      </w:pPr>
      <w:r>
        <w:t>Why this approach matters for film and art audiences</w:t>
      </w:r>
      <w:r/>
    </w:p>
    <w:p>
      <w:r/>
      <w:r>
        <w:t>Using real artists’ work to populate a fictional career blurs boundaries in a generative way. For audiences it reads as authenticity , the gestures, inconsistencies and oddities of an actual portfolio translate to richer character work on screen. For the artists, it’s a rare form of recognition: thirteen years of collaborative practice repurposed into a new narrative, complete with on-screen credit and even appearances. Industry-wise, it’s a neat model for future productions that want credible creative worlds without inventing entire visual histories from scratch.</w:t>
      </w:r>
      <w:r/>
    </w:p>
    <w:p>
      <w:r/>
      <w:r>
        <w:t>It's a small change that makes the art on screen feel like someone’s lived, risky life.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9">
        <w:r>
          <w:rPr>
            <w:color w:val="0000EE"/>
            <w:u w:val="single"/>
          </w:rPr>
          <w:t>[2]</w:t>
        </w:r>
      </w:hyperlink>
      <w:r>
        <w:t xml:space="preserve">, </w:t>
      </w:r>
      <w:hyperlink r:id="rId12">
        <w:r>
          <w:rPr>
            <w:color w:val="0000EE"/>
            <w:u w:val="single"/>
          </w:rPr>
          <w:t>[4]</w:t>
        </w:r>
      </w:hyperlink>
      <w:r>
        <w:t xml:space="preserve">- Paragraph 4: </w:t>
      </w:r>
      <w:hyperlink r:id="rId9">
        <w:r>
          <w:rPr>
            <w:color w:val="0000EE"/>
            <w:u w:val="single"/>
          </w:rPr>
          <w:t>[2]</w:t>
        </w:r>
      </w:hyperlink>
      <w:r>
        <w:t xml:space="preserve">, </w:t>
      </w:r>
      <w:hyperlink r:id="rId13">
        <w:r>
          <w:rPr>
            <w:color w:val="0000EE"/>
            <w:u w:val="single"/>
          </w:rPr>
          <w:t>[6]</w:t>
        </w:r>
      </w:hyperlink>
      <w:r>
        <w:t xml:space="preserve">- Paragraph 5: </w:t>
      </w:r>
      <w:hyperlink r:id="rId9">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https://www.out.com/art/i-want-your-sex-artists-blake-jacobsen-meghan-sabik</w:t>
        </w:r>
      </w:hyperlink>
      <w:r>
        <w:t xml:space="preserve"> - Please view link - unable to able to access data</w:t>
      </w:r>
      <w:r/>
    </w:p>
    <w:p>
      <w:pPr>
        <w:pStyle w:val="ListNumber"/>
        <w:spacing w:line="240" w:lineRule="auto"/>
        <w:ind w:left="720"/>
      </w:pPr>
      <w:r/>
      <w:hyperlink r:id="rId9">
        <w:r>
          <w:rPr>
            <w:color w:val="0000EE"/>
            <w:u w:val="single"/>
          </w:rPr>
          <w:t>https://www.out.com/art/i-want-your-sex-artists-blake-jacobsen-meghan-sabik</w:t>
        </w:r>
      </w:hyperlink>
      <w:r>
        <w:t xml:space="preserve"> - This article discusses how queer artists Blake Jacobsen and Meghan Sabik's decade-long collaboration contributed over 20 photographic works, video pieces, and installations to the film 'I Want Your Sex'. Their art was integral to the character Erika Tracy, portrayed by Olivia Wilde, and they also provided art consulting and appeared onscreen themselves. The piece highlights their partnership, which began in 2012 during a photo shoot for the fashion label Lip Service, and how their work became the foundation of Erika Tracy's fictional art in the film.</w:t>
      </w:r>
      <w:r/>
    </w:p>
    <w:p>
      <w:pPr>
        <w:pStyle w:val="ListNumber"/>
        <w:spacing w:line="240" w:lineRule="auto"/>
        <w:ind w:left="720"/>
      </w:pPr>
      <w:r/>
      <w:hyperlink r:id="rId10">
        <w:r>
          <w:rPr>
            <w:color w:val="0000EE"/>
            <w:u w:val="single"/>
          </w:rPr>
          <w:t>https://www.newyorker.com/magazine/2026/08/03/i-want-your-sex-movie-review</w:t>
        </w:r>
      </w:hyperlink>
      <w:r>
        <w:t xml:space="preserve"> - In this review, Justin Chang examines Gregg Araki's film 'I Want Your Sex', starring Olivia Wilde as artist Erika Tracy. The film delves into a BDSM workplace relationship, sparking a cross-generational debate about carnal mores. The review provides insights into the film's narrative and thematic elements, offering a critical perspective on its portrayal of contemporary sexual dynamics.</w:t>
      </w:r>
      <w:r/>
    </w:p>
    <w:p>
      <w:pPr>
        <w:pStyle w:val="ListNumber"/>
        <w:spacing w:line="240" w:lineRule="auto"/>
        <w:ind w:left="720"/>
      </w:pPr>
      <w:r/>
      <w:hyperlink r:id="rId12">
        <w:r>
          <w:rPr>
            <w:color w:val="0000EE"/>
            <w:u w:val="single"/>
          </w:rPr>
          <w:t>https://www.imdb.com/title/tt32332915/</w:t>
        </w:r>
      </w:hyperlink>
      <w:r>
        <w:t xml:space="preserve"> - The IMDb page for 'I Want Your Sex' provides detailed information about the film, including its cast and crew. Directed by Gregg Araki, the film stars Olivia Wilde as Erika Tracy and Cooper Hoffman as Elliot. The page offers insights into the film's production, release date, and other pertinent details, serving as a comprehensive resource for viewers seeking information about the film.</w:t>
      </w:r>
      <w:r/>
    </w:p>
    <w:p>
      <w:pPr>
        <w:pStyle w:val="ListNumber"/>
        <w:spacing w:line="240" w:lineRule="auto"/>
        <w:ind w:left="720"/>
      </w:pPr>
      <w:r/>
      <w:hyperlink r:id="rId11">
        <w:r>
          <w:rPr>
            <w:color w:val="0000EE"/>
            <w:u w:val="single"/>
          </w:rPr>
          <w:t>https://www.slugmag.com/arts/film/film-reviews/i-want-your-sex/</w:t>
        </w:r>
      </w:hyperlink>
      <w:r>
        <w:t xml:space="preserve"> - Asha Pruitt's review in SLUG Magazine discusses 'I Want Your Sex', Gregg Araki's return to filmmaking after a 12-year hiatus. The film is described as a kinky, silly, and undeniably hot workplace comedy that satirizes contemporary sexual politics. Pruitt highlights the film's campy nature and its refreshing take on sexuality, noting its ability to entertain without taking itself too seriously.</w:t>
      </w:r>
      <w:r/>
    </w:p>
    <w:p>
      <w:pPr>
        <w:pStyle w:val="ListNumber"/>
        <w:spacing w:line="240" w:lineRule="auto"/>
        <w:ind w:left="720"/>
      </w:pPr>
      <w:r/>
      <w:hyperlink r:id="rId13">
        <w:r>
          <w:rPr>
            <w:color w:val="0000EE"/>
            <w:u w:val="single"/>
          </w:rPr>
          <w:t>https://www.avclub.com/i-want-your-sex-review</w:t>
        </w:r>
      </w:hyperlink>
      <w:r>
        <w:t xml:space="preserve"> - Monica Castillo's review in The A.V. Club evaluates 'I Want Your Sex' as a screwball comedy that doesn't take itself too seriously. The film, directed by Gregg Araki, is praised for its healthy dose of social commentary and screwball comic energy. Castillo notes that the film is both funny and thought-provoking, offering a fresh perspective on cross-generational sexual attitudes.</w:t>
      </w:r>
      <w:r/>
    </w:p>
    <w:p>
      <w:pPr>
        <w:pStyle w:val="ListNumber"/>
        <w:spacing w:line="240" w:lineRule="auto"/>
        <w:ind w:left="720"/>
      </w:pPr>
      <w:r/>
      <w:hyperlink r:id="rId14">
        <w:r>
          <w:rPr>
            <w:color w:val="0000EE"/>
            <w:u w:val="single"/>
          </w:rPr>
          <w:t>https://www.thedailybeast.com/obsessed/i-want-your-sex-review-olivia-wilde-goes-full-tilt-nasty-as-a-sex-crazed-dominatrix/</w:t>
        </w:r>
      </w:hyperlink>
      <w:r>
        <w:t xml:space="preserve"> - Nick Schager's review in The Daily Beast discusses Olivia Wilde's performance in 'I Want Your Sex', where she portrays a sex-crazed dominatrix. The film, directed by Gregg Araki, is described as a wild romp that is consistently funny and erotic. Schager notes that while the film is intermittently incendiary, it is ultimately a bit too straightlaced for its subject matter.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com/art/i-want-your-sex-artists-blake-jacobsen-meghan-sabik" TargetMode="External"/><Relationship Id="rId10" Type="http://schemas.openxmlformats.org/officeDocument/2006/relationships/hyperlink" Target="https://www.newyorker.com/magazine/2026/08/03/i-want-your-sex-movie-review" TargetMode="External"/><Relationship Id="rId11" Type="http://schemas.openxmlformats.org/officeDocument/2006/relationships/hyperlink" Target="https://www.slugmag.com/arts/film/film-reviews/i-want-your-sex/" TargetMode="External"/><Relationship Id="rId12" Type="http://schemas.openxmlformats.org/officeDocument/2006/relationships/hyperlink" Target="https://www.imdb.com/title/tt32332915/" TargetMode="External"/><Relationship Id="rId13" Type="http://schemas.openxmlformats.org/officeDocument/2006/relationships/hyperlink" Target="https://www.avclub.com/i-want-your-sex-review" TargetMode="External"/><Relationship Id="rId14" Type="http://schemas.openxmlformats.org/officeDocument/2006/relationships/hyperlink" Target="https://www.thedailybeast.com/obsessed/i-want-your-sex-review-olivia-wilde-goes-full-tilt-nasty-as-a-sex-crazed-dominatri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