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Celebrate Reykjavík Pride 2026: Unite Under the Rainbow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already gearing up as Reykjavík Pride returns for its 27th year, bringing parades, community events and the vital theme “Unite Under the Rainbow” to the capital , a timely reminder that visibility and solidarity still matter, even in progressive Iceland.</w:t>
      </w:r>
      <w:r/>
    </w:p>
    <w:p>
      <w:r/>
      <w:r>
        <w:t>Essential Takeaways</w:t>
      </w:r>
      <w:r/>
      <w:r/>
    </w:p>
    <w:p>
      <w:pPr>
        <w:pStyle w:val="ListBullet"/>
        <w:spacing w:line="240" w:lineRule="auto"/>
        <w:ind w:left="720"/>
      </w:pPr>
      <w:r/>
      <w:r>
        <w:rPr>
          <w:b/>
        </w:rPr>
        <w:t>When:</w:t>
      </w:r>
      <w:r>
        <w:t xml:space="preserve"> Reykjavík Pride week begins on 4 August and features more than 30 events across the city.</w:t>
      </w:r>
      <w:r/>
    </w:p>
    <w:p>
      <w:pPr>
        <w:pStyle w:val="ListBullet"/>
        <w:spacing w:line="240" w:lineRule="auto"/>
        <w:ind w:left="720"/>
      </w:pPr>
      <w:r/>
      <w:r>
        <w:rPr>
          <w:b/>
        </w:rPr>
        <w:t>Theme:</w:t>
      </w:r>
      <w:r>
        <w:t xml:space="preserve"> “Unite Under the Rainbow” focuses on belonging, solidarity and visible inclusion.</w:t>
      </w:r>
      <w:r/>
    </w:p>
    <w:p>
      <w:pPr>
        <w:pStyle w:val="ListBullet"/>
        <w:spacing w:line="240" w:lineRule="auto"/>
        <w:ind w:left="720"/>
      </w:pPr>
      <w:r/>
      <w:r>
        <w:rPr>
          <w:b/>
        </w:rPr>
        <w:t>Volunteer-powered:</w:t>
      </w:r>
      <w:r>
        <w:t xml:space="preserve"> The festival is organised by a small board and hundreds of volunteers; it deliberately limits corporate branding in the march.</w:t>
      </w:r>
      <w:r/>
    </w:p>
    <w:p>
      <w:pPr>
        <w:pStyle w:val="ListBullet"/>
        <w:spacing w:line="240" w:lineRule="auto"/>
        <w:ind w:left="720"/>
      </w:pPr>
      <w:r/>
      <w:r>
        <w:rPr>
          <w:b/>
        </w:rPr>
        <w:t>Safety and accessibility:</w:t>
      </w:r>
      <w:r>
        <w:t xml:space="preserve"> Organisers are placing extra emphasis on safety, accessibility and community grants to widen participation.</w:t>
      </w:r>
      <w:r/>
    </w:p>
    <w:p>
      <w:pPr>
        <w:pStyle w:val="ListBullet"/>
        <w:spacing w:line="240" w:lineRule="auto"/>
        <w:ind w:left="720"/>
      </w:pPr>
      <w:r/>
      <w:r>
        <w:rPr>
          <w:b/>
        </w:rPr>
        <w:t>Atmosphere:</w:t>
      </w:r>
      <w:r>
        <w:t xml:space="preserve"> Expect a personal, community-led feel , colourful, loud, and emotionally warm, with plenty of live moments.</w:t>
      </w:r>
      <w:r/>
      <w:r/>
    </w:p>
    <w:p>
      <w:pPr>
        <w:pStyle w:val="Heading2"/>
      </w:pPr>
      <w:r>
        <w:t>Why this year’s theme lands differently , and why it matters</w:t>
      </w:r>
      <w:r/>
    </w:p>
    <w:p>
      <w:r/>
      <w:r>
        <w:t>Reykjavík Pride’s “Unite Under the Rainbow” arrives against an unexpectedly raw backdrop: recent vandalism of a rainbow crossing near Grafarvogskirkja and other incidents have shown that symbols still provoke. That contrast makes the theme feel less like a slogan and more like a civic invitation , a chance to affirm that LGBTQIA+ people belong in every corner of Icelandic life.</w:t>
      </w:r>
      <w:r/>
    </w:p>
    <w:p>
      <w:r/>
      <w:r>
        <w:t>Organisers say the message isn’t about division but about reminding people that flags and paint carry meaning. Expect visible gestures that blend national pride and queer pride , a deliberate visual answer to anyone who thinks equality is a given. If you go, you’ll feel that mix of defiance and tenderness in the air.</w:t>
      </w:r>
      <w:r/>
    </w:p>
    <w:p>
      <w:pPr>
        <w:pStyle w:val="Heading2"/>
      </w:pPr>
      <w:r>
        <w:t>What a volunteer-run Pride actually looks like</w:t>
      </w:r>
      <w:r/>
    </w:p>
    <w:p>
      <w:r/>
      <w:r>
        <w:t>Reykjavík Pride is run by a seven-person board with hundreds of helpers on the ground, and that grassroots structure shapes the whole festival. Rather than a slick, corporate parade, the week is stitched together by community groups, small grants and DIY energy , which gives events an authentic, intimate pulse.</w:t>
      </w:r>
      <w:r/>
    </w:p>
    <w:p>
      <w:r/>
      <w:r>
        <w:t>That grassroots approach has practical benefits. It means organisers can prioritise accessibility and community events over commercial sponsorship, and it keeps the march focused on people rather than logos. For visitors, that translates into a march that feels like being invited into someone’s living room , loud, friendly and fully human.</w:t>
      </w:r>
      <w:r/>
    </w:p>
    <w:p>
      <w:pPr>
        <w:pStyle w:val="Heading2"/>
      </w:pPr>
      <w:r>
        <w:t>What to expect on the march and around the city</w:t>
      </w:r>
      <w:r/>
    </w:p>
    <w:p>
      <w:r/>
      <w:r>
        <w:t>Don’t expect big corporate floats or branded messaging in the parade; that’s intentional. The route is for community groups, families, allies and performers, so the vibe stays personal. Locals often say the scale surprises newcomers , for a small country, Reykjavík packs a lot of colour and goodwill into one afternoon.</w:t>
      </w:r>
      <w:r/>
    </w:p>
    <w:p>
      <w:r/>
      <w:r>
        <w:t>Aside from the march, Pride week includes runs, dance nights, talks and family-friendly events across Reykjavík. If you’re planning your weekend, pick a few community-led events rather than chasing headline acts; that’s where you’ll meet locals and feel the festival’s true rhythm.</w:t>
      </w:r>
      <w:r/>
    </w:p>
    <w:p>
      <w:pPr>
        <w:pStyle w:val="Heading2"/>
      </w:pPr>
      <w:r>
        <w:t>Safety, accessibility and the quiet work behind the scenes</w:t>
      </w:r>
      <w:r/>
    </w:p>
    <w:p>
      <w:r/>
      <w:r>
        <w:t>Organisers are candid that growth brings new responsibilities. As crowds swell, more planning goes into safety, transport, and making events accessible for people with different needs. That means clearer information, volunteer marshals, and places designed for quieter participation.</w:t>
      </w:r>
      <w:r/>
    </w:p>
    <w:p>
      <w:r/>
      <w:r>
        <w:t>Behind the scenes, there’s the usual scrambling , microphones fail, weather turns, items go missing , but volunteers are practised at smoothing things over so audiences rarely notice. If you want to help, sign up early; roles range from stewarding and info points to accessibility support.</w:t>
      </w:r>
      <w:r/>
    </w:p>
    <w:p>
      <w:pPr>
        <w:pStyle w:val="Heading2"/>
      </w:pPr>
      <w:r>
        <w:t>Why Pride still matters for young people and visitors</w:t>
      </w:r>
      <w:r/>
    </w:p>
    <w:p>
      <w:r/>
      <w:r>
        <w:t>Social media is brilliant for discovery, but it can’t replace standing shoulder to shoulder with thousands of people who celebrate you. For younger LGBTQ+ people, Pride offers role models, real conversations and moments of belonging that screens simply can’t replicate.</w:t>
      </w:r>
      <w:r/>
    </w:p>
    <w:p>
      <w:r/>
      <w:r>
        <w:t>If you’re visiting Iceland for the festival, come with curiosity. You’ll likely leave surprised at how community-centred the celebrations are, and how many small, human moments punctuate the big parade. Bring comfortable shoes, a weatherproof layer (it’s Iceland), and a willingness to stay a little longer than you planned.</w:t>
      </w:r>
      <w:r/>
    </w:p>
    <w:p>
      <w:r/>
      <w:r>
        <w:t>It's a small change that can make every parade and party feel safer, louder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https://gayiceland.is/2026/unite-under-the-rainbow/</w:t>
        </w:r>
      </w:hyperlink>
      <w:r>
        <w:t xml:space="preserve"> - Please view link - unable to able to access data</w:t>
      </w:r>
      <w:r/>
    </w:p>
    <w:p>
      <w:pPr>
        <w:pStyle w:val="ListNumber"/>
        <w:spacing w:line="240" w:lineRule="auto"/>
        <w:ind w:left="720"/>
      </w:pPr>
      <w:r/>
      <w:hyperlink r:id="rId10">
        <w:r>
          <w:rPr>
            <w:color w:val="0000EE"/>
            <w:u w:val="single"/>
          </w:rPr>
          <w:t>https://reykjavik.is/en/news/2026/joy-and-celebration-pride-walk-and-rainbow-run</w:t>
        </w:r>
      </w:hyperlink>
      <w:r>
        <w:t xml:space="preserve"> - In May 2026, Reykjavík celebrated diversity with a Pride walk and rainbow run, involving children from local schools and after-school programs. The events aimed to promote inclusivity and joy, highlighting the community's commitment to embracing diversity. Participants enjoyed performances and activities, reinforcing the message that everyone has the right to be themselves and that diversity strengthens the community.</w:t>
      </w:r>
      <w:r/>
    </w:p>
    <w:p>
      <w:pPr>
        <w:pStyle w:val="ListNumber"/>
        <w:spacing w:line="240" w:lineRule="auto"/>
        <w:ind w:left="720"/>
      </w:pPr>
      <w:r/>
      <w:hyperlink r:id="rId11">
        <w:r>
          <w:rPr>
            <w:color w:val="0000EE"/>
            <w:u w:val="single"/>
          </w:rPr>
          <w:t>https://www.icelandreview.com/news/rainbow-flag-defaced-on-reykjaviks-skolavordustigur/</w:t>
        </w:r>
      </w:hyperlink>
      <w:r>
        <w:t xml:space="preserve"> - In August 2023, the rainbow flag on Reykjavík's Skólavörðustígur street was defaced with white paint and the phrase 'LGBT LOSER'. Residents expressed sadness over the act, emphasizing the importance of the rainbow symbol in the community. City employees promptly cleaned the area, restoring the flag's vibrant colours, and the incident was reported to the police for further investigation.</w:t>
      </w:r>
      <w:r/>
    </w:p>
    <w:p>
      <w:pPr>
        <w:pStyle w:val="ListNumber"/>
        <w:spacing w:line="240" w:lineRule="auto"/>
        <w:ind w:left="720"/>
      </w:pPr>
      <w:r/>
      <w:hyperlink r:id="rId11">
        <w:r>
          <w:rPr>
            <w:color w:val="0000EE"/>
            <w:u w:val="single"/>
          </w:rPr>
          <w:t>https://www.icelandreview.com/news/rainbow-flag-defaced-on-reykjaviks-skolavordustigur/</w:t>
        </w:r>
      </w:hyperlink>
      <w:r>
        <w:t xml:space="preserve"> - In August 2023, the rainbow flag on Reykjavík's Skólavörðustígur street was defaced with white paint and the phrase 'LGBT LOSER'. Residents expressed sadness over the act, emphasizing the importance of the rainbow symbol in the community. City employees promptly cleaned the area, restoring the flag's vibrant colours, and the incident was reported to the police for further investigation.</w:t>
      </w:r>
      <w:r/>
    </w:p>
    <w:p>
      <w:pPr>
        <w:pStyle w:val="ListNumber"/>
        <w:spacing w:line="240" w:lineRule="auto"/>
        <w:ind w:left="720"/>
      </w:pPr>
      <w:r/>
      <w:hyperlink r:id="rId11">
        <w:r>
          <w:rPr>
            <w:color w:val="0000EE"/>
            <w:u w:val="single"/>
          </w:rPr>
          <w:t>https://www.icelandreview.com/news/rainbow-flag-defaced-on-reykjaviks-skolavordustigur/</w:t>
        </w:r>
      </w:hyperlink>
      <w:r>
        <w:t xml:space="preserve"> - In August 2023, the rainbow flag on Reykjavík's Skólavörðustígur street was defaced with white paint and the phrase 'LGBT LOSER'. Residents expressed sadness over the act, emphasizing the importance of the rainbow symbol in the community. City employees promptly cleaned the area, restoring the flag's vibrant colours, and the incident was reported to the police for further investigation.</w:t>
      </w:r>
      <w:r/>
    </w:p>
    <w:p>
      <w:pPr>
        <w:pStyle w:val="ListNumber"/>
        <w:spacing w:line="240" w:lineRule="auto"/>
        <w:ind w:left="720"/>
      </w:pPr>
      <w:r/>
      <w:hyperlink r:id="rId11">
        <w:r>
          <w:rPr>
            <w:color w:val="0000EE"/>
            <w:u w:val="single"/>
          </w:rPr>
          <w:t>https://www.icelandreview.com/news/rainbow-flag-defaced-on-reykjaviks-skolavordustigur/</w:t>
        </w:r>
      </w:hyperlink>
      <w:r>
        <w:t xml:space="preserve"> - In August 2023, the rainbow flag on Reykjavík's Skólavörðustígur street was defaced with white paint and the phrase 'LGBT LOSER'. Residents expressed sadness over the act, emphasizing the importance of the rainbow symbol in the community. City employees promptly cleaned the area, restoring the flag's vibrant colours, and the incident was reported to the police for further investigation.</w:t>
      </w:r>
      <w:r/>
    </w:p>
    <w:p>
      <w:pPr>
        <w:pStyle w:val="ListNumber"/>
        <w:spacing w:line="240" w:lineRule="auto"/>
        <w:ind w:left="720"/>
      </w:pPr>
      <w:r/>
      <w:hyperlink r:id="rId11">
        <w:r>
          <w:rPr>
            <w:color w:val="0000EE"/>
            <w:u w:val="single"/>
          </w:rPr>
          <w:t>https://www.icelandreview.com/news/rainbow-flag-defaced-on-reykjaviks-skolavordustigur/</w:t>
        </w:r>
      </w:hyperlink>
      <w:r>
        <w:t xml:space="preserve"> - In August 2023, the rainbow flag on Reykjavík's Skólavörðustígur street was defaced with white paint and the phrase 'LGBT LOSER'. Residents expressed sadness over the act, emphasizing the importance of the rainbow symbol in the community. City employees promptly cleaned the area, restoring the flag's vibrant colours, and the incident was reported to the police for further investigation.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iceland.is/2026/unite-under-the-rainbow/" TargetMode="External"/><Relationship Id="rId10" Type="http://schemas.openxmlformats.org/officeDocument/2006/relationships/hyperlink" Target="https://reykjavik.is/en/news/2026/joy-and-celebration-pride-walk-and-rainbow-run" TargetMode="External"/><Relationship Id="rId11" Type="http://schemas.openxmlformats.org/officeDocument/2006/relationships/hyperlink" Target="https://www.icelandreview.com/news/rainbow-flag-defaced-on-reykjaviks-skolavordustig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