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Star Trek’s 60th Anniversary Reminds Us Why Diversity Still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with fans and queer stars reflecting on six decades of hope, inclusion and the mantra “Infinite Diversity in Infinite Combinations,” as the franchise marks 60 years and a future under new ownership that has fans both excited and wary.</w:t>
      </w:r>
      <w:r/>
    </w:p>
    <w:p>
      <w:r/>
      <w:r>
        <w:t>Essential Takeaways</w:t>
      </w:r>
      <w:r/>
      <w:r/>
    </w:p>
    <w:p>
      <w:pPr>
        <w:pStyle w:val="ListBullet"/>
        <w:spacing w:line="240" w:lineRule="auto"/>
        <w:ind w:left="720"/>
      </w:pPr>
      <w:r/>
      <w:r>
        <w:rPr>
          <w:b/>
        </w:rPr>
        <w:t>Sixty years strong:</w:t>
      </w:r>
      <w:r>
        <w:t xml:space="preserve"> Star Trek’s anniversary spotlights its long record of inclusive storytelling and progressive casting that still resonates today. </w:t>
      </w:r>
      <w:r/>
    </w:p>
    <w:p>
      <w:pPr>
        <w:pStyle w:val="ListBullet"/>
        <w:spacing w:line="240" w:lineRule="auto"/>
        <w:ind w:left="720"/>
      </w:pPr>
      <w:r/>
      <w:r>
        <w:rPr>
          <w:b/>
        </w:rPr>
        <w:t>IDIC matters:</w:t>
      </w:r>
      <w:r>
        <w:t xml:space="preserve"> The franchise’s core credo , Infinite Diversity in Infinite Combinations , keeps surfacing as a moral and cultural touchstone. </w:t>
      </w:r>
      <w:r/>
    </w:p>
    <w:p>
      <w:pPr>
        <w:pStyle w:val="ListBullet"/>
        <w:spacing w:line="240" w:lineRule="auto"/>
        <w:ind w:left="720"/>
      </w:pPr>
      <w:r/>
      <w:r>
        <w:rPr>
          <w:b/>
        </w:rPr>
        <w:t>Queer voices centre stage:</w:t>
      </w:r>
      <w:r>
        <w:t xml:space="preserve"> LGBTQ+ actors and fans see Star Trek as a refuge and a promise that representation can normalise difference. </w:t>
      </w:r>
      <w:r/>
    </w:p>
    <w:p>
      <w:pPr>
        <w:pStyle w:val="ListBullet"/>
        <w:spacing w:line="240" w:lineRule="auto"/>
        <w:ind w:left="720"/>
      </w:pPr>
      <w:r/>
      <w:r>
        <w:rPr>
          <w:b/>
        </w:rPr>
        <w:t>Cautious optimism:</w:t>
      </w:r>
      <w:r>
        <w:t xml:space="preserve"> New ownership has supporters hopeful about fresh energy, while some fans worry about changes that could dilute the show’s values. </w:t>
      </w:r>
      <w:r/>
    </w:p>
    <w:p>
      <w:pPr>
        <w:pStyle w:val="ListBullet"/>
        <w:spacing w:line="240" w:lineRule="auto"/>
        <w:ind w:left="720"/>
      </w:pPr>
      <w:r/>
      <w:r>
        <w:rPr>
          <w:b/>
        </w:rPr>
        <w:t>How to celebrate:</w:t>
      </w:r>
      <w:r>
        <w:t xml:space="preserve"> Watch anniversary videos, revisit landmark episodes, and join community discussions to keep the conversation alive.</w:t>
      </w:r>
      <w:r/>
      <w:r/>
    </w:p>
    <w:p>
      <w:pPr>
        <w:pStyle w:val="Heading2"/>
      </w:pPr>
      <w:r>
        <w:t>Why the 60th anniversary feels like a cultural checkpoint</w:t>
      </w:r>
      <w:r/>
    </w:p>
    <w:p>
      <w:r/>
      <w:r>
        <w:t>Star Trek’s diamond anniversary landed with a stirring tribute video that looks and sounds like the show’s hopeful DNA , bold, earnest and a little sentimental. The montage reminded viewers why the franchise became shorthand for an ideal future: people working together across difference, and sets that smelled faintly of damp space suits and optimism.</w:t>
      </w:r>
      <w:r/>
    </w:p>
    <w:p>
      <w:r/>
      <w:r>
        <w:t>That feel-good nostalgia matters because Star Trek didn’t just predict gadgets; it modelled social possibility. According to fan discussions and official studio retrospectives, the franchise has used its science-fiction framework to challenge bigotry and imagine a world where identity isn’t a barrier. For queer viewers in particular, those stories often felt like a lifeline.</w:t>
      </w:r>
      <w:r/>
    </w:p>
    <w:p>
      <w:pPr>
        <w:pStyle w:val="Heading2"/>
      </w:pPr>
      <w:r>
        <w:t>The mantra that keeps resurfacing: Infinite Diversity in Infinite Combinations</w:t>
      </w:r>
      <w:r/>
    </w:p>
    <w:p>
      <w:r/>
      <w:r>
        <w:t>IDIC , Infinite Diversity in Infinite Combinations , isn’t just a catchy slogan, it’s a philosophy baked into Trek’s scripts, costumes and set design. The phrase, tied to Vulcan culture, shows up across fan sites and official celebrations as shorthand for why the show still matters.</w:t>
      </w:r>
      <w:r/>
    </w:p>
    <w:p>
      <w:r/>
      <w:r>
        <w:t>Scholars and superfans point out that IDIC turned abstract tolerance into a visual, repeated practice: different aliens, languages and customs rubbing up against one another and, crucially, learning. That’s why the line keeps appearing in anniversary coverage and retrospectives as a touchstone for creators and audiences who don’t want representation to be tokenistic.</w:t>
      </w:r>
      <w:r/>
    </w:p>
    <w:p>
      <w:pPr>
        <w:pStyle w:val="Heading2"/>
      </w:pPr>
      <w:r>
        <w:t>Queer actors and viewers reflect , hope, gratitude and real concerns</w:t>
      </w:r>
      <w:r/>
    </w:p>
    <w:p>
      <w:r/>
      <w:r>
        <w:t>Queer stars and long-time fans told outlets they’re proud to see Star Trek still hold a mirror up to society. For many, seeing outcast characters become crew members or casual same-sex moments on-screen felt like progress made visible. There’s a soft, human pleasure in watching shows that expect you to exist without making identity the whole plot.</w:t>
      </w:r>
      <w:r/>
    </w:p>
    <w:p>
      <w:r/>
      <w:r>
        <w:t>At the same time, new corporate stewardship of the franchise has stirred unease. Fans and commentators have asked whether rights-holders will keep prioritising the inclusive values that made Trek special, or whether business pressures will nudge the franchise toward safer, more commercial choices. It’s a lively conversation that balances celebration with careful scrutiny.</w:t>
      </w:r>
      <w:r/>
    </w:p>
    <w:p>
      <w:pPr>
        <w:pStyle w:val="Heading2"/>
      </w:pPr>
      <w:r>
        <w:t>How Star Trek’s legacy shapes modern TV and fandom</w:t>
      </w:r>
      <w:r/>
    </w:p>
    <w:p>
      <w:r/>
      <w:r>
        <w:t>Look around contemporary TV and you’ll see Trek’s fingerprints: ensemble casts, socially conscious story arcs, and worlds where difference is a storytelling motor rather than a hurdle. Producers and writers have repeatedly cited Trek as proof that genre shows can carry cultural weight and push social norms gently, then insistently.</w:t>
      </w:r>
      <w:r/>
    </w:p>
    <w:p>
      <w:r/>
      <w:r>
        <w:t>For fans, that influence plays out in conventions, panels and online spaces where discussions about representation turn into practical critiques of new episodes and casting calls. If you’re thinking of dipping into the franchise for the first time, many recommend starting with episodes celebrated for diversity and emotional intelligence , the ones that still make viewers feel seen.</w:t>
      </w:r>
      <w:r/>
    </w:p>
    <w:p>
      <w:pPr>
        <w:pStyle w:val="Heading2"/>
      </w:pPr>
      <w:r>
        <w:t>Practical ways to mark the anniversary (and keep IDIC alive)</w:t>
      </w:r>
      <w:r/>
    </w:p>
    <w:p>
      <w:r/>
      <w:r>
        <w:t>If you want to celebrate without spending a fortune, start with the anniversary video and a few seminal episodes that foreground diversity. Join local or online watch parties, support queer creators in fan spaces, and read interviews with cast members about what representation meant to them at the time.</w:t>
      </w:r>
      <w:r/>
    </w:p>
    <w:p>
      <w:r/>
      <w:r>
        <w:t>If you’re a parent or teacher, use short episodes to spark conversations about difference and teamwork , it’s an accessible way to bring IDIC into real life. And if you care about the franchise’s future, voice it: participate in fan petitions, share thoughtful takes on social media, and support stories that expand, rather than shrink, the idea of who belongs.</w:t>
      </w:r>
      <w:r/>
    </w:p>
    <w:p>
      <w:r/>
      <w:r>
        <w:t>It's a small gesture to rewatch an episode or join a forum, but those acts keep the conversation , and the promise , alive.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1">
        <w:r>
          <w:rPr>
            <w:color w:val="0000EE"/>
            <w:u w:val="single"/>
          </w:rPr>
          <w:t>[5]</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5">
        <w:r>
          <w:rPr>
            <w:color w:val="0000EE"/>
            <w:u w:val="single"/>
          </w:rPr>
          <w:t>[3]</w:t>
        </w:r>
      </w:hyperlink>
      <w:r>
        <w:t xml:space="preserve">- Paragraph 5: </w:t>
      </w:r>
      <w:hyperlink r:id="rId11">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https://www.out.com/newsletter/out-newsletter-8-4-26</w:t>
        </w:r>
      </w:hyperlink>
      <w:r>
        <w:t xml:space="preserve"> - Please view link - unable to able to access data</w:t>
      </w:r>
      <w:r/>
    </w:p>
    <w:p>
      <w:pPr>
        <w:pStyle w:val="ListNumber"/>
        <w:spacing w:line="240" w:lineRule="auto"/>
        <w:ind w:left="720"/>
      </w:pPr>
      <w:r/>
      <w:hyperlink r:id="rId10">
        <w:r>
          <w:rPr>
            <w:color w:val="0000EE"/>
            <w:u w:val="single"/>
          </w:rPr>
          <w:t>https://www.space.com/entertainment/watch-this-stirring-new-star-trek-60th-anniversary-video-saluting-the-iconic-sci-fi-franchise</w:t>
        </w:r>
      </w:hyperlink>
      <w:r>
        <w:t xml:space="preserve"> - To commemorate the 60th anniversary of 'Star Trek,' Paramount released a tribute video at San Diego Comic-Con 2026. The video highlights the franchise's evolution from 'The Original Series' in 1966 to its extensive legacy across 14 feature films and numerous TV spin-offs, including 'The Next Generation,' 'Deep Space Nine,' 'Voyager,' 'Discovery,' 'Picard,' 'Strange New Worlds,' and more. The video features narration by Sonequa Martin-Green of 'Discovery,' emphasizing Star Trek's enduring impact on humanity and science fiction. (</w:t>
      </w:r>
      <w:hyperlink r:id="rId16">
        <w:r>
          <w:rPr>
            <w:color w:val="0000EE"/>
            <w:u w:val="single"/>
          </w:rPr>
          <w:t>space.com</w:t>
        </w:r>
      </w:hyperlink>
      <w:r>
        <w:t>)</w:t>
      </w:r>
      <w:r/>
    </w:p>
    <w:p>
      <w:pPr>
        <w:pStyle w:val="ListNumber"/>
        <w:spacing w:line="240" w:lineRule="auto"/>
        <w:ind w:left="720"/>
      </w:pPr>
      <w:r/>
      <w:hyperlink r:id="rId15">
        <w:r>
          <w:rPr>
            <w:color w:val="0000EE"/>
            <w:u w:val="single"/>
          </w:rPr>
          <w:t>https://idic.surak.nu/</w:t>
        </w:r>
      </w:hyperlink>
      <w:r>
        <w:t xml:space="preserve"> - The 'Infinite Diversity in Infinite Combinations' (IDIC) is a core Vulcan philosophy in 'Star Trek,' symbolised by a pendant featuring a circle and triangle with a central jewel. This emblem represents the belief that beauty and truth arise from the union of differences. Gene Roddenberry, the creator of 'Star Trek,' stated that in the 23rd century, humanity will have learned to appreciate the essential differences between people and cultures, viewing them as part of life's exciting variety rather than something to fear. (</w:t>
      </w:r>
      <w:hyperlink r:id="rId17">
        <w:r>
          <w:rPr>
            <w:color w:val="0000EE"/>
            <w:u w:val="single"/>
          </w:rPr>
          <w:t>idic.surak.nu</w:t>
        </w:r>
      </w:hyperlink>
      <w:r>
        <w:t>)</w:t>
      </w:r>
      <w:r/>
    </w:p>
    <w:p>
      <w:pPr>
        <w:pStyle w:val="ListNumber"/>
        <w:spacing w:line="240" w:lineRule="auto"/>
        <w:ind w:left="720"/>
      </w:pPr>
      <w:r/>
      <w:hyperlink r:id="rId12">
        <w:r>
          <w:rPr>
            <w:color w:val="0000EE"/>
            <w:u w:val="single"/>
          </w:rPr>
          <w:t>https://www.liquisearch.com/vulcan_star_trek/culture/infinite_diversity_in_infinite_combinations</w:t>
        </w:r>
      </w:hyperlink>
      <w:r>
        <w:t xml:space="preserve"> - In 'Star Trek,' the Vulcan philosophy of 'Infinite Diversity in Infinite Combinations' (IDIC) is symbolised by a pendant featuring a circle and triangle with a central jewel. This emblem represents the belief that beauty and truth arise from the union of differences. Gene Roddenberry, the creator of 'Star Trek,' stated that in the 23rd century, humanity will have learned to appreciate the essential differences between people and cultures, viewing them as part of life's exciting variety rather than something to fear. (</w:t>
      </w:r>
      <w:hyperlink r:id="rId18">
        <w:r>
          <w:rPr>
            <w:color w:val="0000EE"/>
            <w:u w:val="single"/>
          </w:rPr>
          <w:t>liquisearch.com</w:t>
        </w:r>
      </w:hyperlink>
      <w:r>
        <w:t>)</w:t>
      </w:r>
      <w:r/>
    </w:p>
    <w:p>
      <w:pPr>
        <w:pStyle w:val="ListNumber"/>
        <w:spacing w:line="240" w:lineRule="auto"/>
        <w:ind w:left="720"/>
      </w:pPr>
      <w:r/>
      <w:hyperlink r:id="rId11">
        <w:r>
          <w:rPr>
            <w:color w:val="0000EE"/>
            <w:u w:val="single"/>
          </w:rPr>
          <w:t>https://www.startrek.com/news/maketrek-celebrating-infinite-diversity-in-infinite-combinations</w:t>
        </w:r>
      </w:hyperlink>
      <w:r>
        <w:t xml:space="preserve"> - As part of the yearlong #thinkTREK campaign honouring 'Star Trek' creator Gene Roddenberry, Roddenberry Entertainment released the second installment of their 'makeTREK' series, featuring a brick build honouring the 'Infinite Diversity in Infinite Combinations' (IDIC) symbol. This piece by artist Samuel Hatmaker brings to life the acronym 'IDIC,' celebrating the vast array of variables in the universe. (</w:t>
      </w:r>
      <w:hyperlink r:id="rId19">
        <w:r>
          <w:rPr>
            <w:color w:val="0000EE"/>
            <w:u w:val="single"/>
          </w:rPr>
          <w:t>startrek.com</w:t>
        </w:r>
      </w:hyperlink>
      <w:r>
        <w:t>)</w:t>
      </w:r>
      <w:r/>
    </w:p>
    <w:p>
      <w:pPr>
        <w:pStyle w:val="ListNumber"/>
        <w:spacing w:line="240" w:lineRule="auto"/>
        <w:ind w:left="720"/>
      </w:pPr>
      <w:r/>
      <w:hyperlink r:id="rId13">
        <w:r>
          <w:rPr>
            <w:color w:val="0000EE"/>
            <w:u w:val="single"/>
          </w:rPr>
          <w:t>https://third-wave-design.com/2018/01/01/infinite-diversity-in-infinite-combinations/</w:t>
        </w:r>
      </w:hyperlink>
      <w:r>
        <w:t xml:space="preserve"> - 'Infinite Diversity in Infinite Combinations' (IDIC) is a core Vulcan philosophy in 'Star Trek,' symbolised by a pendant featuring a circle and triangle with a central jewel. This emblem represents the belief that beauty and truth arise from the union of differences. Gene Roddenberry, the creator of 'Star Trek,' stated that in the 23rd century, humanity will have learned to appreciate the essential differences between people and cultures, viewing them as part of life's exciting variety rather than something to fear. (</w:t>
      </w:r>
      <w:hyperlink r:id="rId20">
        <w:r>
          <w:rPr>
            <w:color w:val="0000EE"/>
            <w:u w:val="single"/>
          </w:rPr>
          <w:t>third-wave-design.com</w:t>
        </w:r>
      </w:hyperlink>
      <w:r>
        <w:t>)</w:t>
      </w:r>
      <w:r/>
    </w:p>
    <w:p>
      <w:pPr>
        <w:pStyle w:val="ListNumber"/>
        <w:spacing w:line="240" w:lineRule="auto"/>
        <w:ind w:left="720"/>
      </w:pPr>
      <w:r/>
      <w:hyperlink r:id="rId14">
        <w:r>
          <w:rPr>
            <w:color w:val="0000EE"/>
            <w:u w:val="single"/>
          </w:rPr>
          <w:t>https://www.ere.net/articles/mr-spock-had-it-right-its-about-infinite-diversity-in-infinite-combinations</w:t>
        </w:r>
      </w:hyperlink>
      <w:r>
        <w:t xml:space="preserve"> - In 'Star Trek,' the Vulcan philosophy of 'Infinite Diversity in Infinite Combinations' (IDIC) is symbolised by a pendant featuring a circle and triangle with a central jewel. This emblem represents the belief that beauty and truth arise from the union of differences. Gene Roddenberry, the creator of 'Star Trek,' stated that in the 23rd century, humanity will have learned to appreciate the essential differences between people and cultures, viewing them as part of life's exciting variety rather than something to fear. (</w:t>
      </w:r>
      <w:hyperlink r:id="rId21">
        <w:r>
          <w:rPr>
            <w:color w:val="0000EE"/>
            <w:u w:val="single"/>
          </w:rPr>
          <w:t>ere.net</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newsletter/out-newsletter-8-4-26" TargetMode="External"/><Relationship Id="rId10" Type="http://schemas.openxmlformats.org/officeDocument/2006/relationships/hyperlink" Target="https://www.space.com/entertainment/watch-this-stirring-new-star-trek-60th-anniversary-video-saluting-the-iconic-sci-fi-franchise" TargetMode="External"/><Relationship Id="rId11" Type="http://schemas.openxmlformats.org/officeDocument/2006/relationships/hyperlink" Target="https://www.startrek.com/news/maketrek-celebrating-infinite-diversity-in-infinite-combinations" TargetMode="External"/><Relationship Id="rId12" Type="http://schemas.openxmlformats.org/officeDocument/2006/relationships/hyperlink" Target="https://www.liquisearch.com/vulcan_star_trek/culture/infinite_diversity_in_infinite_combinations" TargetMode="External"/><Relationship Id="rId13" Type="http://schemas.openxmlformats.org/officeDocument/2006/relationships/hyperlink" Target="https://third-wave-design.com/2018/01/01/infinite-diversity-in-infinite-combinations/" TargetMode="External"/><Relationship Id="rId14" Type="http://schemas.openxmlformats.org/officeDocument/2006/relationships/hyperlink" Target="https://www.ere.net/articles/mr-spock-had-it-right-its-about-infinite-diversity-in-infinite-combinations" TargetMode="External"/><Relationship Id="rId15" Type="http://schemas.openxmlformats.org/officeDocument/2006/relationships/hyperlink" Target="https://idic.surak.nu/" TargetMode="External"/><Relationship Id="rId16" Type="http://schemas.openxmlformats.org/officeDocument/2006/relationships/hyperlink" Target="https://www.space.com/entertainment/watch-this-stirring-new-star-trek-60th-anniversary-video-saluting-the-iconic-sci-fi-franchise?utm_source=openai" TargetMode="External"/><Relationship Id="rId17" Type="http://schemas.openxmlformats.org/officeDocument/2006/relationships/hyperlink" Target="https://idic.surak.nu/?utm_source=openai" TargetMode="External"/><Relationship Id="rId18" Type="http://schemas.openxmlformats.org/officeDocument/2006/relationships/hyperlink" Target="https://www.liquisearch.com/vulcan_star_trek/culture/infinite_diversity_in_infinite_combinations?utm_source=openai" TargetMode="External"/><Relationship Id="rId19" Type="http://schemas.openxmlformats.org/officeDocument/2006/relationships/hyperlink" Target="https://www.startrek.com/news/maketrek-celebrating-infinite-diversity-in-infinite-combinations?utm_source=openai" TargetMode="External"/><Relationship Id="rId20" Type="http://schemas.openxmlformats.org/officeDocument/2006/relationships/hyperlink" Target="https://third-wave-design.com/2018/01/01/infinite-diversity-in-infinite-combinations/?utm_source=openai" TargetMode="External"/><Relationship Id="rId21" Type="http://schemas.openxmlformats.org/officeDocument/2006/relationships/hyperlink" Target="https://www.ere.net/articles/mr-spock-had-it-right-its-about-infinite-diversity-in-infinite-combination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