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Families Can Build Allyship at London Trans+ Pride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out in force , families, friends and allies marched with purpose at London Trans+ Pride, showing how quiet, steadfast support can shape a person’s life. This guide looks at what allyship actually looks like on the ground, why it matters, and practical ways families can keep supporting trans+ loved ones beyond the march.</w:t>
      </w:r>
      <w:r/>
    </w:p>
    <w:p>
      <w:r/>
      <w:r>
        <w:t>Essential Takeaways</w:t>
      </w:r>
      <w:r/>
      <w:r/>
    </w:p>
    <w:p>
      <w:pPr>
        <w:pStyle w:val="ListBullet"/>
        <w:spacing w:line="240" w:lineRule="auto"/>
        <w:ind w:left="720"/>
      </w:pPr>
      <w:r/>
      <w:r>
        <w:rPr>
          <w:b/>
        </w:rPr>
        <w:t>Huge turnout:</w:t>
      </w:r>
      <w:r>
        <w:t xml:space="preserve"> Around 150,000 people attended London Trans+ Pride, creating a visible, emotional show of solidarity. </w:t>
      </w:r>
      <w:r/>
    </w:p>
    <w:p>
      <w:pPr>
        <w:pStyle w:val="ListBullet"/>
        <w:spacing w:line="240" w:lineRule="auto"/>
        <w:ind w:left="720"/>
      </w:pPr>
      <w:r/>
      <w:r>
        <w:rPr>
          <w:b/>
        </w:rPr>
        <w:t>Allyship matters daily:</w:t>
      </w:r>
      <w:r>
        <w:t xml:space="preserve"> Small, practical acts , journeys to appointments, conversations, celebration , often matter more than headline-grabbing gestures. </w:t>
      </w:r>
      <w:r/>
    </w:p>
    <w:p>
      <w:pPr>
        <w:pStyle w:val="ListBullet"/>
        <w:spacing w:line="240" w:lineRule="auto"/>
        <w:ind w:left="720"/>
      </w:pPr>
      <w:r/>
      <w:r>
        <w:rPr>
          <w:b/>
        </w:rPr>
        <w:t>Plan to participate:</w:t>
      </w:r>
      <w:r>
        <w:t xml:space="preserve"> Langham Place to Trafalgar Square remains the core route; travel and meet-up plans help families feel included and safe. </w:t>
      </w:r>
      <w:r/>
    </w:p>
    <w:p>
      <w:pPr>
        <w:pStyle w:val="ListBullet"/>
        <w:spacing w:line="240" w:lineRule="auto"/>
        <w:ind w:left="720"/>
      </w:pPr>
      <w:r/>
      <w:r>
        <w:rPr>
          <w:b/>
        </w:rPr>
        <w:t>Sensible prep:</w:t>
      </w:r>
      <w:r>
        <w:t xml:space="preserve"> Bring water, layers, ear protection and a phone charger , crowd days are long and sensory-rich. </w:t>
      </w:r>
      <w:r/>
    </w:p>
    <w:p>
      <w:pPr>
        <w:pStyle w:val="ListBullet"/>
        <w:spacing w:line="240" w:lineRule="auto"/>
        <w:ind w:left="720"/>
      </w:pPr>
      <w:r/>
      <w:r>
        <w:rPr>
          <w:b/>
        </w:rPr>
        <w:t>Keep going after the march:</w:t>
      </w:r>
      <w:r>
        <w:t xml:space="preserve"> Allyship is ongoing; being prepared to learn, advocate and adapt is the most valuable gift families can offer.</w:t>
      </w:r>
      <w:r/>
      <w:r/>
    </w:p>
    <w:p>
      <w:pPr>
        <w:pStyle w:val="Heading2"/>
      </w:pPr>
      <w:r>
        <w:t>Why marching together felt like a milestone</w:t>
      </w:r>
      <w:r/>
    </w:p>
    <w:p>
      <w:r/>
      <w:r>
        <w:t>The image of parents, siblings and children walking from Langham Place to Trafalgar Square is both simple and profound, and it felt like that to many who were there. For someone who came out as a child and transitioned in their teens, the sight of family members in slogan tees , chanting, whistling and carrying placards , can be a rare full-circle moment. It’s less about a single day and more about a lifetime of choices that add up.</w:t>
      </w:r>
      <w:r/>
    </w:p>
    <w:p>
      <w:r/>
      <w:r>
        <w:t>According to event organisers, London Trans+ Pride has become a major focal point for trans+ visibility in the city, attracting tens of thousands each year. Being part of that crowd can reassure both trans+ people and their families that they’re not alone, while offering allies a way to show public solidarity.</w:t>
      </w:r>
      <w:r/>
    </w:p>
    <w:p>
      <w:pPr>
        <w:pStyle w:val="Heading2"/>
      </w:pPr>
      <w:r>
        <w:t>The quieter kind of allyship that changes lives</w:t>
      </w:r>
      <w:r/>
    </w:p>
    <w:p>
      <w:r/>
      <w:r>
        <w:t>Loud protests and legal battles make headlines, but those everyday acts of care , long journeys to appointments, financial sacrifices, repeated conversations , are what many trans+ people point to as essential. Families who attend appointments, learn the right language, or simply celebrate small wins are building a foundation that supports wellbeing over the long term.</w:t>
      </w:r>
      <w:r/>
    </w:p>
    <w:p>
      <w:r/>
      <w:r>
        <w:t>If you’re a relative wondering where to start, listen first and ask what kind of support is actually wanted. Practical offers , driving to appointments, helping with paperwork, or accompanying someone to a consultation , will often be more useful than grand statements.</w:t>
      </w:r>
      <w:r/>
    </w:p>
    <w:p>
      <w:pPr>
        <w:pStyle w:val="Heading2"/>
      </w:pPr>
      <w:r>
        <w:t>How to prepare if your family wants to join the march</w:t>
      </w:r>
      <w:r/>
    </w:p>
    <w:p>
      <w:r/>
      <w:r>
        <w:t>Logistics matter. The main route from Langham Place to Trafalgar Square is well established, and organisers share details online ahead of the day. Plan meeting points, travel routes and contingency plans , trains can be busy and streets may be closed. If you’re travelling from outside London, consider arriving the night before or joining a local group for a calmer start.</w:t>
      </w:r>
      <w:r/>
    </w:p>
    <w:p>
      <w:r/>
      <w:r>
        <w:t>Pack sensibly: layers for changing weather, refillable water, snacks, a portable charger and a basic first-aid kit. For family members who might be anxious, ear protection or quiet spots mapped out in advance can make a big difference.</w:t>
      </w:r>
      <w:r/>
    </w:p>
    <w:p>
      <w:pPr>
        <w:pStyle w:val="Heading2"/>
      </w:pPr>
      <w:r>
        <w:t>What to say, what to do: practical tips for families on the day</w:t>
      </w:r>
      <w:r/>
    </w:p>
    <w:p>
      <w:r/>
      <w:r>
        <w:t>Keep language simple and affirming. Use chosen names and pronouns consistently, and avoid correcting in public , do that behind closed doors if needed. If someone in your group wants to make a sign or banner, involve the person you’re supporting , collaborative messages feel more genuine and meaningful.</w:t>
      </w:r>
      <w:r/>
    </w:p>
    <w:p>
      <w:r/>
      <w:r>
        <w:t>Remember to pace yourselves. Large marches can be sensory-heavy and emotionally intense, so take breaks, drink water and check in. Celebrate the small wins afterwards , a meal together, photos, or a quiet debrief can turn a powerful day into shared memories.</w:t>
      </w:r>
      <w:r/>
    </w:p>
    <w:p>
      <w:pPr>
        <w:pStyle w:val="Heading2"/>
      </w:pPr>
      <w:r>
        <w:t>Beyond the parade: how families can keep allyship alive</w:t>
      </w:r>
      <w:r/>
    </w:p>
    <w:p>
      <w:r/>
      <w:r>
        <w:t>Allyship doesn’t end on the walk home. Keep learning: seek reputable resources, local support groups and healthcare information. Support might mean practical help with appointments or advocacy, but it can also be about financial planning, emotional labour and public support when needed.</w:t>
      </w:r>
      <w:r/>
    </w:p>
    <w:p>
      <w:r/>
      <w:r>
        <w:t>Consider joining or supporting community groups that work year-round. Small donations, volunteering or simply amplifying trusted voices online helps sustain services that families rely on. The point is consistency , showing up in ordinary moments builds trust and a real future together.</w:t>
      </w:r>
      <w:r/>
    </w:p>
    <w:p>
      <w:r/>
      <w:r>
        <w:t>It's a small change that can make every step feel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13">
        <w:r>
          <w:rPr>
            <w:color w:val="0000EE"/>
            <w:u w:val="single"/>
          </w:rPr>
          <w:t>[6]</w:t>
        </w:r>
      </w:hyperlink>
      <w:r>
        <w:t xml:space="preserve">, </w:t>
      </w:r>
      <w:hyperlink r:id="rId14">
        <w:r>
          <w:rPr>
            <w:color w:val="0000EE"/>
            <w:u w:val="single"/>
          </w:rPr>
          <w:t>[7]</w:t>
        </w:r>
      </w:hyperlink>
      <w:r>
        <w:t xml:space="preserve">- Paragraph 5: </w:t>
      </w:r>
      <w:hyperlink r:id="rId9">
        <w:r>
          <w:rPr>
            <w:color w:val="0000EE"/>
            <w:u w:val="single"/>
          </w:rPr>
          <w:t>[1]</w:t>
        </w:r>
      </w:hyperlink>
      <w:r>
        <w:t xml:space="preserve">, </w:t>
      </w:r>
      <w:hyperlink r:id="rId15">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https://diva-magazine.com/2026/08/04/london-trans-pride-2026-allyship-family/?utm_source=rss&amp;utm_medium=rss&amp;utm_campaign=london-trans-pride-2026-allyship-family</w:t>
        </w:r>
      </w:hyperlink>
      <w:r>
        <w:t xml:space="preserve"> - Please view link - unable to able to access data</w:t>
      </w:r>
      <w:r/>
    </w:p>
    <w:p>
      <w:pPr>
        <w:pStyle w:val="ListNumber"/>
        <w:spacing w:line="240" w:lineRule="auto"/>
        <w:ind w:left="720"/>
      </w:pPr>
      <w:r/>
      <w:hyperlink r:id="rId15">
        <w:r>
          <w:rPr>
            <w:color w:val="0000EE"/>
            <w:u w:val="single"/>
          </w:rPr>
          <w:t>https://humanists.uk/civicrm/event/info/?id=2904</w:t>
        </w:r>
      </w:hyperlink>
      <w:r>
        <w:t xml:space="preserve"> - The London Trans+ Pride 2026 event is scheduled for 25 July 2026, from 13:00 to 18:00, starting at Langham Place in London. Organised by LGBT+ Humanists, the event aims to support trans, non-binary, intersex, and gender non-conforming individuals. Attendees are encouraged to bring signs and wear flowers, with LGBT+ Humanists providing t-shirts and placards. Detailed joining instructions will be sent upon registration, and the event is free to attend.</w:t>
      </w:r>
      <w:r/>
    </w:p>
    <w:p>
      <w:pPr>
        <w:pStyle w:val="ListNumber"/>
        <w:spacing w:line="240" w:lineRule="auto"/>
        <w:ind w:left="720"/>
      </w:pPr>
      <w:r/>
      <w:hyperlink r:id="rId10">
        <w:r>
          <w:rPr>
            <w:color w:val="0000EE"/>
            <w:u w:val="single"/>
          </w:rPr>
          <w:t>https://londontranspride.org/</w:t>
        </w:r>
      </w:hyperlink>
      <w:r>
        <w:t xml:space="preserve"> - London Trans+ Pride is the world's largest annual demonstration supporting trans, non-binary, intersex, and gender non-conforming lives. Established in 2019, it operates as an access-led march prioritising safety, focusing on speeches, advocacy, and solidarity for the trans, non-binary, and intersex communities. The 2026 event is scheduled for 25 July, with the theme 'Our Future, Our Fight'.</w:t>
      </w:r>
      <w:r/>
    </w:p>
    <w:p>
      <w:pPr>
        <w:pStyle w:val="ListNumber"/>
        <w:spacing w:line="240" w:lineRule="auto"/>
        <w:ind w:left="720"/>
      </w:pPr>
      <w:r/>
      <w:hyperlink r:id="rId12">
        <w:r>
          <w:rPr>
            <w:color w:val="0000EE"/>
            <w:u w:val="single"/>
          </w:rPr>
          <w:t>https://londontranspride.org/about</w:t>
        </w:r>
      </w:hyperlink>
      <w:r>
        <w:t xml:space="preserve"> - London Trans+ Pride (LT+P) is the world’s largest annual demonstration in support of trans, non-binary, gender non-conforming, and intersex lives. Established in 2019, LT+P is a reaction to violence, hatred, and the sanitisation of pride by corporations. It aims to carve out a space for the community to be heard, unashamed, and celebrated as an act of resistance against hatred and fear.</w:t>
      </w:r>
      <w:r/>
    </w:p>
    <w:p>
      <w:pPr>
        <w:pStyle w:val="ListNumber"/>
        <w:spacing w:line="240" w:lineRule="auto"/>
        <w:ind w:left="720"/>
      </w:pPr>
      <w:r/>
      <w:hyperlink r:id="rId11">
        <w:r>
          <w:rPr>
            <w:color w:val="0000EE"/>
            <w:u w:val="single"/>
          </w:rPr>
          <w:t>https://londonist.com/london/things-to-do/london-trans-pride-date-location</w:t>
        </w:r>
      </w:hyperlink>
      <w:r>
        <w:t xml:space="preserve"> - London Trans+ Pride is returning on Saturday, 25 July 2026. Starting as a grassroots event in 2019, it has become one of the largest Trans Pride marches globally. The 2026 event is described as the most politically urgent in the march's history, with organisers expecting 100,000 attendees. The theme for 2026 is 'Our Future, Our Fight'.</w:t>
      </w:r>
      <w:r/>
    </w:p>
    <w:p>
      <w:pPr>
        <w:pStyle w:val="ListNumber"/>
        <w:spacing w:line="240" w:lineRule="auto"/>
        <w:ind w:left="720"/>
      </w:pPr>
      <w:r/>
      <w:hyperlink r:id="rId13">
        <w:r>
          <w:rPr>
            <w:color w:val="0000EE"/>
            <w:u w:val="single"/>
          </w:rPr>
          <w:t>https://www.gayout.com/europe/united-kingdom/london/events/join-london-trans-pride-2026-2026-07-25</w:t>
        </w:r>
      </w:hyperlink>
      <w:r>
        <w:t xml:space="preserve"> - London Trans+ Pride 2026 is scheduled for Saturday, 25 July 2026, at 12:00, starting from Langham Place by BBC Studios &amp; All Souls Church in London. The event aims to create a space for the London trans, non-binary, intersex, and gender non-conforming communities to come together to celebrate their identities, connect, educate, and fight for rights. Attendees are encouraged to bring ally friends and colleagues.</w:t>
      </w:r>
      <w:r/>
    </w:p>
    <w:p>
      <w:pPr>
        <w:pStyle w:val="ListNumber"/>
        <w:spacing w:line="240" w:lineRule="auto"/>
        <w:ind w:left="720"/>
      </w:pPr>
      <w:r/>
      <w:hyperlink r:id="rId14">
        <w:r>
          <w:rPr>
            <w:color w:val="0000EE"/>
            <w:u w:val="single"/>
          </w:rPr>
          <w:t>https://www.timeout.com/london/things-to-do/london-trans-pride</w:t>
        </w:r>
      </w:hyperlink>
      <w:r>
        <w:t xml:space="preserve"> - London Trans+ Pride, celebrating its eighth year in 2026, is scheduled for Saturday, 25 July. The event has grown to become a central part of London's Pride celebrations, offering a display of queer solidarity at a time when trans rights are under threat. The 2026 event is expected to feature a parade through central London, with the theme 'Our Future, Our Fight'.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iva-magazine.com/2026/08/04/london-trans-pride-2026-allyship-family/?utm_source=rss&amp;utm_medium=rss&amp;utm_campaign=london-trans-pride-2026-allyship-family" TargetMode="External"/><Relationship Id="rId10" Type="http://schemas.openxmlformats.org/officeDocument/2006/relationships/hyperlink" Target="https://londontranspride.org/" TargetMode="External"/><Relationship Id="rId11" Type="http://schemas.openxmlformats.org/officeDocument/2006/relationships/hyperlink" Target="https://londonist.com/london/things-to-do/london-trans-pride-date-location" TargetMode="External"/><Relationship Id="rId12" Type="http://schemas.openxmlformats.org/officeDocument/2006/relationships/hyperlink" Target="https://londontranspride.org/about" TargetMode="External"/><Relationship Id="rId13" Type="http://schemas.openxmlformats.org/officeDocument/2006/relationships/hyperlink" Target="https://www.gayout.com/europe/united-kingdom/london/events/join-london-trans-pride-2026-2026-07-25" TargetMode="External"/><Relationship Id="rId14" Type="http://schemas.openxmlformats.org/officeDocument/2006/relationships/hyperlink" Target="https://www.timeout.com/london/things-to-do/london-trans-pride" TargetMode="External"/><Relationship Id="rId15" Type="http://schemas.openxmlformats.org/officeDocument/2006/relationships/hyperlink" Target="https://humanists.uk/civicrm/event/info/?id=290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