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Stirling Pride 2026 Line-up and March Details — what to expect in Stirling city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gearing up as Stirling Pride returns on 29 August, with headline acts, a lively Pride March and family-friendly events across the city centre , here’s what’s announced, why it matters and how to make the most of the day.</w:t>
      </w:r>
      <w:r/>
    </w:p>
    <w:p>
      <w:r/>
      <w:r>
        <w:t>Essential Takeaways</w:t>
      </w:r>
      <w:r/>
      <w:r/>
    </w:p>
    <w:p>
      <w:pPr>
        <w:pStyle w:val="ListBullet"/>
        <w:spacing w:line="240" w:lineRule="auto"/>
        <w:ind w:left="720"/>
      </w:pPr>
      <w:r/>
      <w:r>
        <w:rPr>
          <w:b/>
        </w:rPr>
        <w:t>When and where:</w:t>
      </w:r>
      <w:r>
        <w:t xml:space="preserve"> Stirling Pride takes place on Saturday 29 August with a Main Stage on King Street and events across multiple city-centre venues.</w:t>
      </w:r>
      <w:r/>
    </w:p>
    <w:p>
      <w:pPr>
        <w:pStyle w:val="ListBullet"/>
        <w:spacing w:line="240" w:lineRule="auto"/>
        <w:ind w:left="720"/>
      </w:pPr>
      <w:r/>
      <w:r>
        <w:rPr>
          <w:b/>
        </w:rPr>
        <w:t>Headline acts:</w:t>
      </w:r>
      <w:r>
        <w:t xml:space="preserve"> RuPaul’s Drag Race UK stars Blu Hydrangea and Divina De Campo will perform, joined by Pop Idol winner Michelle McManus.</w:t>
      </w:r>
      <w:r/>
    </w:p>
    <w:p>
      <w:pPr>
        <w:pStyle w:val="ListBullet"/>
        <w:spacing w:line="240" w:lineRule="auto"/>
        <w:ind w:left="720"/>
      </w:pPr>
      <w:r/>
      <w:r>
        <w:rPr>
          <w:b/>
        </w:rPr>
        <w:t>March returns:</w:t>
      </w:r>
      <w:r>
        <w:t xml:space="preserve"> The Pride March will wind through the city again , last year 1,100 people marched and around 8,000 celebrated overall.</w:t>
      </w:r>
      <w:r/>
    </w:p>
    <w:p>
      <w:pPr>
        <w:pStyle w:val="ListBullet"/>
        <w:spacing w:line="240" w:lineRule="auto"/>
        <w:ind w:left="720"/>
      </w:pPr>
      <w:r/>
      <w:r>
        <w:rPr>
          <w:b/>
        </w:rPr>
        <w:t>All-ages fun:</w:t>
      </w:r>
      <w:r>
        <w:t xml:space="preserve"> Events span family-friendly activities, late-night parties and a pre-party at The Tolbooth featuring Karen Dunbar.</w:t>
      </w:r>
      <w:r/>
    </w:p>
    <w:p>
      <w:pPr>
        <w:pStyle w:val="ListBullet"/>
        <w:spacing w:line="240" w:lineRule="auto"/>
        <w:ind w:left="720"/>
      </w:pPr>
      <w:r/>
      <w:r>
        <w:rPr>
          <w:b/>
        </w:rPr>
        <w:t>Practical note:</w:t>
      </w:r>
      <w:r>
        <w:t xml:space="preserve"> Main Stage performances run from roughly 12.15pm to 5pm; expect crowds and colourful stalls.</w:t>
      </w:r>
      <w:r/>
      <w:r/>
    </w:p>
    <w:p>
      <w:pPr>
        <w:pStyle w:val="Heading2"/>
      </w:pPr>
      <w:r>
        <w:t>A bigger, bolder Stirling Pride this summer</w:t>
      </w:r>
      <w:r/>
    </w:p>
    <w:p>
      <w:r/>
      <w:r>
        <w:t>Stirling Pride is back for its third consecutive year, and organisers say they’re aiming higher after a strong turnout last time, when roughly 8,000 people turned out. You’ll notice a brighter, noisier city centre with fluttering flags and performers warming up , it’s the kind of communal buzz that makes summer weekends feel festive. According to the organisers, the Main Stage on King Street will host headline slots through the afternoon, so you can plan a midday arrival if you don’t want to miss the big names.</w:t>
      </w:r>
      <w:r/>
    </w:p>
    <w:p>
      <w:pPr>
        <w:pStyle w:val="Heading2"/>
      </w:pPr>
      <w:r>
        <w:t>Headliners you’ll recognise , and why they matter</w:t>
      </w:r>
      <w:r/>
    </w:p>
    <w:p>
      <w:r/>
      <w:r>
        <w:t>The bill includes Blu Hydrangea and Divina De Campo, both familiar faces from RuPaul’s Drag Race UK, alongside Michelle McManus, who still has a big following in Scotland. Booking familiar performers helps the event bridge club-night energy with mainstream appeal, so families, students and Pride regulars can all find something to enjoy. If you’re a fan of camp, quick-witted hosting and pop vocals, these acts are the day’s must-sees.</w:t>
      </w:r>
      <w:r/>
    </w:p>
    <w:p>
      <w:pPr>
        <w:pStyle w:val="Heading2"/>
      </w:pPr>
      <w:r>
        <w:t>The Pride March returns , join the walk or watch from the kerb</w:t>
      </w:r>
      <w:r/>
    </w:p>
    <w:p>
      <w:r/>
      <w:r>
        <w:t>After last year’s march drew more than a thousand participants, the procession will again weave through Stirling’s streets to centre the event on visibility and inclusion. The march gives the day its heart: it’s colourful, loud, a little emotional and very public. Whether you march or clap from the pavements, arrive early to secure a good spot on the route and bring a water bottle , crowds, cheers and warm weather make for a thirsty crowd.</w:t>
      </w:r>
      <w:r/>
    </w:p>
    <w:p>
      <w:pPr>
        <w:pStyle w:val="Heading2"/>
      </w:pPr>
      <w:r>
        <w:t>More than a stage , events across the city for every mood</w:t>
      </w:r>
      <w:r/>
    </w:p>
    <w:p>
      <w:r/>
      <w:r>
        <w:t>Organisers promise activity in many city-centre venues, from family-friendly workshops to late-night DJ rooms. There’s also a pre-party at The Tolbooth with comedian and presenter Karen Dunbar getting the crowd warmed up , a nice chance to see a local favourite in an intimate setting before the open-air drama. Check Stirling Pride’s official schedule online for drag bingo nights, smaller gigs and community stalls so you can build a bespoke day out.</w:t>
      </w:r>
      <w:r/>
    </w:p>
    <w:p>
      <w:pPr>
        <w:pStyle w:val="Heading2"/>
      </w:pPr>
      <w:r>
        <w:t>Practical tips: getting there, staying comfortable and enjoying safely</w:t>
      </w:r>
      <w:r/>
    </w:p>
    <w:p>
      <w:r/>
      <w:r>
        <w:t>Expect bigger crowds than in the early years, so plan transport in advance; pick a meeting point if you’re coming with friends. Wear comfy shoes for cobbles and standing, pack sunscreen for a long afternoon on King Street, and bring cash as some independent stalls can still prefer it. If you’re taking kids, note the set times and pick a quieter venue for breaks , there are family activities but the main parade and stage can be loud.</w:t>
      </w:r>
      <w:r/>
    </w:p>
    <w:p>
      <w:r/>
      <w:r>
        <w:t>It’s a small city celebration that keeps growing, but it still feels like a warm, neighbourly party , join in, clap loud and enjoy the colour.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9">
        <w:r>
          <w:rPr>
            <w:color w:val="0000EE"/>
            <w:u w:val="single"/>
          </w:rPr>
          <w:t>[1]</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https://www.dailyrecord.co.uk/news/local-news/stirling-pride-return-details-confirmed-37513464</w:t>
        </w:r>
      </w:hyperlink>
      <w:r>
        <w:t xml:space="preserve"> - Please view link - unable to able to access data</w:t>
      </w:r>
      <w:r/>
    </w:p>
    <w:p>
      <w:pPr>
        <w:pStyle w:val="ListNumber"/>
        <w:spacing w:line="240" w:lineRule="auto"/>
        <w:ind w:left="720"/>
      </w:pPr>
      <w:r/>
      <w:hyperlink r:id="rId10">
        <w:r>
          <w:rPr>
            <w:color w:val="0000EE"/>
            <w:u w:val="single"/>
          </w:rPr>
          <w:t>https://www.stirlingpride.co.uk/events/drag-bingo-with-raspberry</w:t>
        </w:r>
      </w:hyperlink>
      <w:r>
        <w:t xml:space="preserve"> - Stirling Pride is hosting a Drag Bingo event on Friday, 24 April 2026, from 7:00 PM to 10:00 PM at Fallin Miners Welfare in Stirling, Scotland. The event features performances by Raspberry, offering an evening of entertainment with drag performances and bingo. Tickets are priced at £10, which includes bingo cards and entry. The event is for individuals aged 18 and over. Stirling Pride aims to provide inclusive and welcoming events that unite and amplify LGBTQ+ voices within the Forth Valley community.</w:t>
      </w:r>
      <w:r/>
    </w:p>
    <w:p>
      <w:pPr>
        <w:pStyle w:val="ListNumber"/>
        <w:spacing w:line="240" w:lineRule="auto"/>
        <w:ind w:left="720"/>
      </w:pPr>
      <w:r/>
      <w:hyperlink r:id="rId12">
        <w:r>
          <w:rPr>
            <w:color w:val="0000EE"/>
            <w:u w:val="single"/>
          </w:rPr>
          <w:t>https://www.stirlingpride.co.uk/pride-march-2026</w:t>
        </w:r>
      </w:hyperlink>
      <w:r>
        <w:t xml:space="preserve"> - Stirling Pride 2026 is scheduled for 29 August 2026, featuring a Pride March through Stirling. The march will begin at Kings Park at 11:00 AM, with the procession starting at 11:30 AM and concluding at King Street. Organisations, businesses, and charities are encouraged to register in advance, especially those planning to bring more than 10 attendees. A suggested donation of £3 per marcher is requested to assist with the cost of stewarding the march. Stirling Pride is committed to providing inclusive and welcoming events for the LGBTQ+ community.</w:t>
      </w:r>
      <w:r/>
    </w:p>
    <w:p>
      <w:pPr>
        <w:pStyle w:val="ListNumber"/>
        <w:spacing w:line="240" w:lineRule="auto"/>
        <w:ind w:left="720"/>
      </w:pPr>
      <w:r/>
      <w:hyperlink r:id="rId11">
        <w:r>
          <w:rPr>
            <w:color w:val="0000EE"/>
            <w:u w:val="single"/>
          </w:rPr>
          <w:t>https://www.stirlingpride.co.uk/</w:t>
        </w:r>
      </w:hyperlink>
      <w:r>
        <w:t xml:space="preserve"> - Stirling Pride is the first major Pride event in Stirling, Scotland, with over 7,000 attendees in 2024, increasing to 8,000 in 2025. The event aims to continue this success and is scheduled to return to the city centre on 29 August 2026. Stirling Pride offers various events throughout the year and encourages support through becoming a Friend of Stirling Pride, attending events, or sponsoring the organisation. The organisation is dedicated to providing inclusive and welcoming events that unite and amplify LGBTQ+ voices within the Forth Valley community.</w:t>
      </w:r>
      <w:r/>
    </w:p>
    <w:p>
      <w:pPr>
        <w:pStyle w:val="ListNumber"/>
        <w:spacing w:line="240" w:lineRule="auto"/>
        <w:ind w:left="720"/>
      </w:pPr>
      <w:r/>
      <w:hyperlink r:id="rId13">
        <w:r>
          <w:rPr>
            <w:color w:val="0000EE"/>
            <w:u w:val="single"/>
          </w:rPr>
          <w:t>https://www.pridefm.net/</w:t>
        </w:r>
      </w:hyperlink>
      <w:r>
        <w:t xml:space="preserve"> - PRIDE FM is a radio station dedicated to broadcasting Pride events across the UK. It provides information on various Pride events, including Stirling Pride, which is returning to the heart of Stirling on Saturday, 29 August 2026. The event features a Pride March gathering at Kings Park from 11:00 AM, setting off at 11:30 AM through the city centre before arriving on King Street, where the main stage bursts into life at 12:15 PM. Headliners include Divina De Campo, Michelle McManus, and Blu Hydrangea, hosted by Nicola Meighan and Cherry West. The event also includes a Pride Market, a free Pride Ceilidh, a Youth Space, a Quiet Space, and an 18-plus after party.</w:t>
      </w:r>
      <w:r/>
    </w:p>
    <w:p>
      <w:pPr>
        <w:pStyle w:val="ListNumber"/>
        <w:spacing w:line="240" w:lineRule="auto"/>
        <w:ind w:left="720"/>
      </w:pPr>
      <w:r/>
      <w:hyperlink r:id="rId14">
        <w:r>
          <w:rPr>
            <w:color w:val="0000EE"/>
            <w:u w:val="single"/>
          </w:rPr>
          <w:t>https://www.scenemag.co.uk/viola-star-of-rupauls-drag-race-s7-viola-to-host-kendal-pride-2026/</w:t>
        </w:r>
      </w:hyperlink>
      <w:r>
        <w:t xml:space="preserve"> - Viola, a star from RuPaul’s Drag Race UK season seven, is set to host Kendal Pride 2026. Known for her electrifying blend of live vocals and classical violin, Viola will lead the festivities in Kendal, Cumbria, from Friday, 12 June to Sunday, 14 June 2026. The event, described as 'Pride done differently,' will feature a packed programme of entertainment and community activities, including the return of the Pride Village at Abbot Hall and the Big Pride Party at Bowness Bay Brewery.</w:t>
      </w:r>
      <w:r/>
    </w:p>
    <w:p>
      <w:pPr>
        <w:pStyle w:val="ListNumber"/>
        <w:spacing w:line="240" w:lineRule="auto"/>
        <w:ind w:left="720"/>
      </w:pPr>
      <w:r/>
      <w:hyperlink r:id="rId15">
        <w:r>
          <w:rPr>
            <w:color w:val="0000EE"/>
            <w:u w:val="single"/>
          </w:rPr>
          <w:t>https://www.stlukesglasgow.com/events/rupauls-drag-race-uk-season-7-tour-hosted-by-divina-de-campo/</w:t>
        </w:r>
      </w:hyperlink>
      <w:r>
        <w:t xml:space="preserve"> - The Official Series Seven Tour of RuPaul’s Drag Race UK will visit theatres and venues across the country in April 2026. Hosted by Drag Race UK Season One star Divina De Campo, the tour features all 12 queens from Series Seven, including Bonnie Ann Clyde, Bones, Catrin Feelings, Chai T Grande, Elle Vosque, Nyongbella, Paige Three, Pasty, Sally TM, Silllexa Diction, Tayris Mongardi, and Viola. The tour promises a night of pure extravaganza, showcasing the charisma, uniqueness, nerve, and talent of the queens live on stage.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record.co.uk/news/local-news/stirling-pride-return-details-confirmed-37513464" TargetMode="External"/><Relationship Id="rId10" Type="http://schemas.openxmlformats.org/officeDocument/2006/relationships/hyperlink" Target="https://www.stirlingpride.co.uk/events/drag-bingo-with-raspberry" TargetMode="External"/><Relationship Id="rId11" Type="http://schemas.openxmlformats.org/officeDocument/2006/relationships/hyperlink" Target="https://www.stirlingpride.co.uk/" TargetMode="External"/><Relationship Id="rId12" Type="http://schemas.openxmlformats.org/officeDocument/2006/relationships/hyperlink" Target="https://www.stirlingpride.co.uk/pride-march-2026" TargetMode="External"/><Relationship Id="rId13" Type="http://schemas.openxmlformats.org/officeDocument/2006/relationships/hyperlink" Target="https://www.pridefm.net/" TargetMode="External"/><Relationship Id="rId14" Type="http://schemas.openxmlformats.org/officeDocument/2006/relationships/hyperlink" Target="https://www.scenemag.co.uk/viola-star-of-rupauls-drag-race-s7-viola-to-host-kendal-pride-2026/" TargetMode="External"/><Relationship Id="rId15" Type="http://schemas.openxmlformats.org/officeDocument/2006/relationships/hyperlink" Target="https://www.stlukesglasgow.com/events/rupauls-drag-race-uk-season-7-tour-hosted-by-divina-de-camp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