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Stirling Pride 2026 Guide: Everything Locals Need to Know About the Pride March and Events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Expect colour, music and community spirit: Stirling Pride returns on Saturday 29 August with a parade, live stages, a market, youth and quiet spaces, ceilidh and an after‑party , here’s what to plan for, where to go and why this matters for the city.</w:t>
      </w:r>
      <w:r/>
    </w:p>
    <w:p>
      <w:r/>
      <w:r>
        <w:t>Essential Takeaways</w:t>
      </w:r>
      <w:r/>
      <w:r/>
    </w:p>
    <w:p>
      <w:pPr>
        <w:pStyle w:val="ListBullet"/>
        <w:spacing w:line="240" w:lineRule="auto"/>
        <w:ind w:left="720"/>
      </w:pPr>
      <w:r/>
      <w:r>
        <w:rPr>
          <w:b/>
        </w:rPr>
        <w:t>Date and start time:</w:t>
      </w:r>
      <w:r>
        <w:t xml:space="preserve"> Stirling Pride takes place on Saturday 29 August; the march gathers at 11.00am for an 11.30am start.</w:t>
      </w:r>
      <w:r/>
    </w:p>
    <w:p>
      <w:pPr>
        <w:pStyle w:val="ListBullet"/>
        <w:spacing w:line="240" w:lineRule="auto"/>
        <w:ind w:left="720"/>
      </w:pPr>
      <w:r/>
      <w:r>
        <w:rPr>
          <w:b/>
        </w:rPr>
        <w:t>Main entertainment:</w:t>
      </w:r>
      <w:r>
        <w:t xml:space="preserve"> King Street hosts a Main Stage from 12.15pm–5.00pm featuring drag and live acts like Divina De Campo, Michelle McManus and Blu Hydrangea.</w:t>
      </w:r>
      <w:r/>
    </w:p>
    <w:p>
      <w:pPr>
        <w:pStyle w:val="ListBullet"/>
        <w:spacing w:line="240" w:lineRule="auto"/>
        <w:ind w:left="720"/>
      </w:pPr>
      <w:r/>
      <w:r>
        <w:rPr>
          <w:b/>
        </w:rPr>
        <w:t>Family and quieter options:</w:t>
      </w:r>
      <w:r>
        <w:t xml:space="preserve"> A free ceilidh and a Quiet Space are available, plus a Youth Space for 13–25 year‑olds with crafts and music.</w:t>
      </w:r>
      <w:r/>
    </w:p>
    <w:p>
      <w:pPr>
        <w:pStyle w:val="ListBullet"/>
        <w:spacing w:line="240" w:lineRule="auto"/>
        <w:ind w:left="720"/>
      </w:pPr>
      <w:r/>
      <w:r>
        <w:rPr>
          <w:b/>
        </w:rPr>
        <w:t>Market and stalls:</w:t>
      </w:r>
      <w:r>
        <w:t xml:space="preserve"> Around 60 stalls at the Albert Halls from 12.00pm–5.00pm offering crafts, info and freebies , good for browsing and supporting local groups.</w:t>
      </w:r>
      <w:r/>
    </w:p>
    <w:p>
      <w:pPr>
        <w:pStyle w:val="ListBullet"/>
        <w:spacing w:line="240" w:lineRule="auto"/>
        <w:ind w:left="720"/>
      </w:pPr>
      <w:r/>
      <w:r>
        <w:rPr>
          <w:b/>
        </w:rPr>
        <w:t>After‑hours:</w:t>
      </w:r>
      <w:r>
        <w:t xml:space="preserve"> An adult‑only after‑party at Made in Stirling opens 6.30pm (tickets required); a Pride service follows on Sunday evening.</w:t>
      </w:r>
      <w:r/>
      <w:r/>
    </w:p>
    <w:p>
      <w:pPr>
        <w:pStyle w:val="Heading2"/>
      </w:pPr>
      <w:r>
        <w:t>A colourful return: why Stirling Pride matters this August</w:t>
      </w:r>
      <w:r/>
    </w:p>
    <w:p>
      <w:r/>
      <w:r>
        <w:t>Stirling’s second Pride builds on last year’s energy , more than 7,000 people turned out for the inaugural event , and the city will be awash with rainbow light and sound once again. Expect the Wallace Monument and the Tolbooth to glow in rainbow colours, which makes for dramatic photos and a tactile sense that the whole place is joining in. Organisers say the event is about celebration and visibility, and that balance between party and purpose is what draws families, allies and campaigners alike.</w:t>
      </w:r>
      <w:r/>
    </w:p>
    <w:p>
      <w:pPr>
        <w:pStyle w:val="Heading2"/>
      </w:pPr>
      <w:r>
        <w:t>The march route and practical planning</w:t>
      </w:r>
      <w:r/>
    </w:p>
    <w:p>
      <w:r/>
      <w:r>
        <w:t>The march sets off from King’s Park, with participants asked to gather at 11.00am for an 11.30am start, and will finish on King Street after passing Victoria Place, Queen’s Road, Albert Place and Corn Exchange Road. If you’re marching, wear comfortable shoes and bring water; if you’re watching, pick a vantage point early , the parade is lively and moves at walking pace. Rolling road closures have been used previously on King Street, Murray Place and Port Street, so check local updates on the day and allow extra time if you’re driving.</w:t>
      </w:r>
      <w:r/>
    </w:p>
    <w:p>
      <w:pPr>
        <w:pStyle w:val="Heading2"/>
      </w:pPr>
      <w:r>
        <w:t>Main Stage highlights and the feel of the programme</w:t>
      </w:r>
      <w:r/>
    </w:p>
    <w:p>
      <w:r/>
      <w:r>
        <w:t>King Street’s Main Stage runs from lunchtime into the late afternoon, delivering a mix of drag, comedy and music. Hosts and local performers open the programme before bigger names take the spotlight , the line‑up blends familiar faces with local talent, so there’s both spectacle and community warmth. It’s a good day out whether you want high‑energy cabaret or a quieter sit‑down to enjoy a set, and the staging times make it easy to hop between the market and the music without missing key acts.</w:t>
      </w:r>
      <w:r/>
    </w:p>
    <w:p>
      <w:pPr>
        <w:pStyle w:val="Heading2"/>
      </w:pPr>
      <w:r>
        <w:t>Markets, family spaces and quieter options</w:t>
      </w:r>
      <w:r/>
    </w:p>
    <w:p>
      <w:r/>
      <w:r>
        <w:t>The Albert Halls hosts a Pride Market from noon to 5pm with around 60 stalls selling crafts, artwork and providing information from charities and community groups. It’s a tactile, browse‑friendly space that often feels like a mini festival inside the city. Families are catered for: a free ceilidh at the Golden Lion from 12.30pm to 4pm invites all ages to dance, while the Quiet Space at Holy Trinity Church Hall offers tea, crafts and a calmer corner , handy if crowds become overwhelming.</w:t>
      </w:r>
      <w:r/>
    </w:p>
    <w:p>
      <w:pPr>
        <w:pStyle w:val="Heading2"/>
      </w:pPr>
      <w:r>
        <w:t>Youth, after‑party and weekend follow‑ups</w:t>
      </w:r>
      <w:r/>
    </w:p>
    <w:p>
      <w:r/>
      <w:r>
        <w:t>Young people aged 13–25 can head to the Youth Space at Creative Stirling for music and activities, which keeps Pride accessible and creative for teens and young adults. For those wanting to continue the night, the after‑party at Made in Stirling is adult‑only and ticketed, with cabaret and burlesque on the bill. The following evening a Pride service at the Church of the Holy Rude offers a reflective, inclusive close to the weekend. It’s a thoughtful way to round off celebrations and underline Pride’s community angle.</w:t>
      </w:r>
      <w:r/>
    </w:p>
    <w:p>
      <w:r/>
      <w:r>
        <w:t>Closing line Pack a rainbow flag and sensible shoes , it’s a small change that can make every Pride moment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1">
        <w:r>
          <w:rPr>
            <w:color w:val="0000EE"/>
            <w:u w:val="single"/>
          </w:rPr>
          <w:t>[3]</w:t>
        </w:r>
      </w:hyperlink>
      <w:r>
        <w:t xml:space="preserve">, </w:t>
      </w:r>
      <w:hyperlink r:id="rId12">
        <w:r>
          <w:rPr>
            <w:color w:val="0000EE"/>
            <w:u w:val="single"/>
          </w:rPr>
          <w:t>[5]</w:t>
        </w:r>
      </w:hyperlink>
      <w:r>
        <w:t xml:space="preserve">- Paragraph 4: </w:t>
      </w:r>
      <w:hyperlink r:id="rId11">
        <w:r>
          <w:rPr>
            <w:color w:val="0000EE"/>
            <w:u w:val="single"/>
          </w:rPr>
          <w:t>[3]</w:t>
        </w:r>
      </w:hyperlink>
      <w:r>
        <w:t xml:space="preserve">, </w:t>
      </w:r>
      <w:hyperlink r:id="rId12">
        <w:r>
          <w:rPr>
            <w:color w:val="0000EE"/>
            <w:u w:val="single"/>
          </w:rPr>
          <w:t>[5]</w:t>
        </w:r>
      </w:hyperlink>
      <w:r>
        <w:t xml:space="preserve">- Paragraph 5: </w:t>
      </w:r>
      <w:hyperlink r:id="rId13">
        <w:r>
          <w:rPr>
            <w:color w:val="0000EE"/>
            <w:u w:val="single"/>
          </w:rPr>
          <w:t>[4]</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https://www.thecourier.co.uk/fp/news/5082849/stirling-pride-event-all-you-need-to-know/</w:t>
        </w:r>
      </w:hyperlink>
      <w:r>
        <w:t xml:space="preserve"> - Please view link - unable to able to access data</w:t>
      </w:r>
      <w:r/>
    </w:p>
    <w:p>
      <w:pPr>
        <w:pStyle w:val="ListNumber"/>
        <w:spacing w:line="240" w:lineRule="auto"/>
        <w:ind w:left="720"/>
      </w:pPr>
      <w:r/>
      <w:hyperlink r:id="rId10">
        <w:r>
          <w:rPr>
            <w:color w:val="0000EE"/>
            <w:u w:val="single"/>
          </w:rPr>
          <w:t>https://www.stirlingpride.co.uk/pride-march-2026</w:t>
        </w:r>
      </w:hyperlink>
      <w:r>
        <w:t xml:space="preserve"> - Stirling Pride 2026 is scheduled for Saturday, 29th August 2026, featuring a march starting at King's Park at 11:30 am, proceeding through Victoria Place, Queen's Road, Albert Place, and Corn Exchange Road, ending at King Street. Participants are encouraged to gather at 11:00 am. Organisations, businesses, and charities planning to bring more than 10 attendees are asked to register in advance and consider a donation of £3 per marcher to assist with event costs. The event aims to provide a fully inclusive, safe, and welcoming environment for the LGBTQ+ community in the Forth Valley area.</w:t>
      </w:r>
      <w:r/>
    </w:p>
    <w:p>
      <w:pPr>
        <w:pStyle w:val="ListNumber"/>
        <w:spacing w:line="240" w:lineRule="auto"/>
        <w:ind w:left="720"/>
      </w:pPr>
      <w:r/>
      <w:hyperlink r:id="rId11">
        <w:r>
          <w:rPr>
            <w:color w:val="0000EE"/>
            <w:u w:val="single"/>
          </w:rPr>
          <w:t>https://www.stirlingpride.co.uk/</w:t>
        </w:r>
      </w:hyperlink>
      <w:r>
        <w:t xml:space="preserve"> - Stirling Pride is the first major Pride event in Stirling, with over 7,000 attendees in 2024, increasing to 8,000 in 2025. The organisation aims to unite and amplify LGBTQ+ voices within the Forth Valley community, adopting a zero-tolerance approach to discrimination of any kind, including homophobia, lesbophobia, biphobia, transphobia, racism, and ableism. The next event is scheduled for 29th August 2026, with various events planned leading up to it. Supporters can become Friends of Stirling Pride to receive updates and benefits.</w:t>
      </w:r>
      <w:r/>
    </w:p>
    <w:p>
      <w:pPr>
        <w:pStyle w:val="ListNumber"/>
        <w:spacing w:line="240" w:lineRule="auto"/>
        <w:ind w:left="720"/>
      </w:pPr>
      <w:r/>
      <w:hyperlink r:id="rId13">
        <w:r>
          <w:rPr>
            <w:color w:val="0000EE"/>
            <w:u w:val="single"/>
          </w:rPr>
          <w:t>https://www.stirlingpride.co.uk/events/drag-bingo-with-raspberry</w:t>
        </w:r>
      </w:hyperlink>
      <w:r>
        <w:t xml:space="preserve"> - On Friday, 24th April 2026, Stirling Pride hosted an evening of Drag Bingo with the sensational Raspberry at Fallin Miners Welfare. The event featured incredible performances, cheeky banter, and bingo, with bingo cards and entry included in the £10 ticket price. This 18+ event aimed to provide a fully inclusive, safe, and welcoming environment for the LGBTQ+ community in the Forth Valley area.</w:t>
      </w:r>
      <w:r/>
    </w:p>
    <w:p>
      <w:pPr>
        <w:pStyle w:val="ListNumber"/>
        <w:spacing w:line="240" w:lineRule="auto"/>
        <w:ind w:left="720"/>
      </w:pPr>
      <w:r/>
      <w:hyperlink r:id="rId12">
        <w:r>
          <w:rPr>
            <w:color w:val="0000EE"/>
            <w:u w:val="single"/>
          </w:rPr>
          <w:t>https://www.stirlingpride.co.uk/events</w:t>
        </w:r>
      </w:hyperlink>
      <w:r>
        <w:t xml:space="preserve"> - Stirling Pride has a series of events leading up to the main Pride event on 29th August 2026. These include 'Slay' on 19th June 2026, featuring drag performances by stars from RuPaul’s Drag Race UK; 'Callander Craft Market' on 30th May 2026; and 'Howling: A Queer Comedy Night' on 1st May 2026, showcasing Scotland's best queer comedians. These events aim to unite and amplify LGBTQ+ voices within the Forth Valley community.</w:t>
      </w:r>
      <w:r/>
    </w:p>
    <w:p>
      <w:pPr>
        <w:pStyle w:val="ListNumber"/>
        <w:spacing w:line="240" w:lineRule="auto"/>
        <w:ind w:left="720"/>
      </w:pPr>
      <w:r/>
      <w:hyperlink r:id="rId14">
        <w:r>
          <w:rPr>
            <w:color w:val="0000EE"/>
            <w:u w:val="single"/>
          </w:rPr>
          <w:t>https://www.stirlingpride.co.uk/join</w:t>
        </w:r>
      </w:hyperlink>
      <w:r>
        <w:t xml:space="preserve"> - Stirling Pride offers a 'Friend of Stirling Pride' membership scheme for £25 per year. Benefits include priority booking for all Stirling Pride events, access to promo codes on tickets and merchandise, and being the first to know about events and major announcements. The organisation aims to provide a fully inclusive, safe, and welcoming environment for the LGBTQ+ community in the Forth Valley area.</w:t>
      </w:r>
      <w:r/>
    </w:p>
    <w:p>
      <w:pPr>
        <w:pStyle w:val="ListNumber"/>
        <w:spacing w:line="240" w:lineRule="auto"/>
        <w:ind w:left="720"/>
      </w:pPr>
      <w:r/>
      <w:hyperlink r:id="rId15">
        <w:r>
          <w:rPr>
            <w:color w:val="0000EE"/>
            <w:u w:val="single"/>
          </w:rPr>
          <w:t>https://www.stirlingpride.co.uk/2025-sponsors-1</w:t>
        </w:r>
      </w:hyperlink>
      <w:r>
        <w:t xml:space="preserve"> - Stirling Pride 2026 is supported by several sponsors, including The National Lottery Community Fund as the Headliner Sponsor, M&amp;G in the Community Fund, and Lumo as major sponsors. Other sponsors include Hotel Colessio, TPJG Ltd, Go Forth Stirling, Blondie Fizz Burlesque, The Book Nook, National Wallace Monument, Black Lotus Barbers, Brownbear Barber Shop, and Stirling Highland Hotel. These sponsors contribute to making Stirling Pride 2026 possible.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courier.co.uk/fp/news/5082849/stirling-pride-event-all-you-need-to-know/" TargetMode="External"/><Relationship Id="rId10" Type="http://schemas.openxmlformats.org/officeDocument/2006/relationships/hyperlink" Target="https://www.stirlingpride.co.uk/pride-march-2026" TargetMode="External"/><Relationship Id="rId11" Type="http://schemas.openxmlformats.org/officeDocument/2006/relationships/hyperlink" Target="https://www.stirlingpride.co.uk/" TargetMode="External"/><Relationship Id="rId12" Type="http://schemas.openxmlformats.org/officeDocument/2006/relationships/hyperlink" Target="https://www.stirlingpride.co.uk/events" TargetMode="External"/><Relationship Id="rId13" Type="http://schemas.openxmlformats.org/officeDocument/2006/relationships/hyperlink" Target="https://www.stirlingpride.co.uk/events/drag-bingo-with-raspberry" TargetMode="External"/><Relationship Id="rId14" Type="http://schemas.openxmlformats.org/officeDocument/2006/relationships/hyperlink" Target="https://www.stirlingpride.co.uk/join" TargetMode="External"/><Relationship Id="rId15" Type="http://schemas.openxmlformats.org/officeDocument/2006/relationships/hyperlink" Target="https://www.stirlingpride.co.uk/2025-sponsors-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