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Books for August 2026: New Releases to Add to Your Gay TBR Pile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already piling titles into summer stacks , Autostraddle’s roundup of the most anticipated queer books for August 2026 highlights romance, horror, fantasy and vital nonfiction from trans, two-spirit and queer voices, and explains why these releases matter for fans, book clubs and gift lists.</w:t>
      </w:r>
      <w:r/>
    </w:p>
    <w:p>
      <w:r/>
      <w:r>
        <w:t>Essential Takeaways</w:t>
      </w:r>
      <w:r/>
      <w:r/>
    </w:p>
    <w:p>
      <w:pPr>
        <w:pStyle w:val="ListBullet"/>
        <w:spacing w:line="240" w:lineRule="auto"/>
        <w:ind w:left="720"/>
      </w:pPr>
      <w:r/>
      <w:r>
        <w:rPr>
          <w:b/>
        </w:rPr>
        <w:t>Wide range:</w:t>
      </w:r>
      <w:r>
        <w:t xml:space="preserve"> The list spans genres , queer romance, dark horror, speculative fantasy and nonfiction , so there’s something for every mood.</w:t>
      </w:r>
      <w:r/>
    </w:p>
    <w:p>
      <w:pPr>
        <w:pStyle w:val="ListBullet"/>
        <w:spacing w:line="240" w:lineRule="auto"/>
        <w:ind w:left="720"/>
      </w:pPr>
      <w:r/>
      <w:r>
        <w:rPr>
          <w:b/>
        </w:rPr>
        <w:t>Notable voices:</w:t>
      </w:r>
      <w:r>
        <w:t xml:space="preserve"> Several books feature Indigenous, trans, two-spirit and queer authors, offering fresh perspectives and strong cultural resonance.</w:t>
      </w:r>
      <w:r/>
    </w:p>
    <w:p>
      <w:pPr>
        <w:pStyle w:val="ListBullet"/>
        <w:spacing w:line="240" w:lineRule="auto"/>
        <w:ind w:left="720"/>
      </w:pPr>
      <w:r/>
      <w:r>
        <w:rPr>
          <w:b/>
        </w:rPr>
        <w:t>Sensory hooks:</w:t>
      </w:r>
      <w:r>
        <w:t xml:space="preserve"> Expect lush prose, sharp humour, eerie atmospheres and vivid food or music scenes that feel tactile and alive.</w:t>
      </w:r>
      <w:r/>
    </w:p>
    <w:p>
      <w:pPr>
        <w:pStyle w:val="ListBullet"/>
        <w:spacing w:line="240" w:lineRule="auto"/>
        <w:ind w:left="720"/>
      </w:pPr>
      <w:r/>
      <w:r>
        <w:rPr>
          <w:b/>
        </w:rPr>
        <w:t>Perfect for discussion:</w:t>
      </w:r>
      <w:r>
        <w:t xml:space="preserve"> Many titles lend themselves to book-club debate , moral quandaries, identity, and social commentary run through the picks.</w:t>
      </w:r>
      <w:r/>
    </w:p>
    <w:p>
      <w:pPr>
        <w:pStyle w:val="ListBullet"/>
        <w:spacing w:line="240" w:lineRule="auto"/>
        <w:ind w:left="720"/>
      </w:pPr>
      <w:r/>
      <w:r>
        <w:rPr>
          <w:b/>
        </w:rPr>
        <w:t>Quiet month, big quality:</w:t>
      </w:r>
      <w:r>
        <w:t xml:space="preserve"> August is slightly smaller than peak months, but the quality and variety make it easy to build a focused queer TBR.</w:t>
      </w:r>
      <w:r/>
      <w:r/>
    </w:p>
    <w:p>
      <w:pPr>
        <w:pStyle w:val="Heading2"/>
      </w:pPr>
      <w:r>
        <w:t>Ghosts, grief and gorgeous darkness , the Indigenous anthology to watch</w:t>
      </w:r>
      <w:r/>
    </w:p>
    <w:p>
      <w:r/>
      <w:r>
        <w:t>The month opens strong with an illustrated dark fiction anthology featuring 21 new stories from Indigenous writers, including trans, two-spirit and queer contributors such as Billy-Ray Belcourt, Joshua Whitehead and Tommy Orange. The collection leans into eerie, sumptuous storytelling , expect a mix of folklore, modern dread and striking visuals that make each tale feel cinematic. This anthology matters because it centres Indigenous perspectives in speculative and gothic modes, a welcome corrective to genres that have long marginalised those voices. If you love atmospheric short fiction, this is one to dip into between longer reads.</w:t>
      </w:r>
      <w:r/>
    </w:p>
    <w:p>
      <w:pPr>
        <w:pStyle w:val="Heading2"/>
      </w:pPr>
      <w:r>
        <w:t>Dark academia and theatrical chills , why the stage-set romances are irresistible</w:t>
      </w:r>
      <w:r/>
    </w:p>
    <w:p>
      <w:r/>
      <w:r>
        <w:t>Several August releases use theatre and academia as the stage for queer romance and mystery, combining darkly tactile settings with performative intensity. One story takes place amid a Romeo and Juliet production at a sanitarium-turned-university and promises dramaturgical thrills; another unfurls in an elite academy with lingering ghosts and icy rivalries. These books deliver that delicious blend of intellectual claustrophobia and romantic tension fans of dark academia crave. Choose editions with strong production notes or illustrated inserts if you want to savour every atmospheric detail.</w:t>
      </w:r>
      <w:r/>
    </w:p>
    <w:p>
      <w:pPr>
        <w:pStyle w:val="Heading2"/>
      </w:pPr>
      <w:r>
        <w:t>Summers of desire , sapphic coming-of-age and YA highlights</w:t>
      </w:r>
      <w:r/>
    </w:p>
    <w:p>
      <w:r/>
      <w:r>
        <w:t>August’s YA slate is generous: first loves, rites of passage and genre twists populate the month. From a 1985 coming-of-age tale featuring lush illustrations to queer summer romances and sapphic monster stories, the tone runs from tender to fierce. These titles are ideal for readers who want both nostalgia and emotional honesty; several explore friendship as much as romance, so they feel roomy and resonant for teen and adult readers alike. For younger readers, check age guides and content warnings when needed , many deals with big themes and darker elements.</w:t>
      </w:r>
      <w:r/>
    </w:p>
    <w:p>
      <w:pPr>
        <w:pStyle w:val="Heading2"/>
      </w:pPr>
      <w:r>
        <w:t>Romance with a twist , celebrity scandals, sports heat and culinary crushes</w:t>
      </w:r>
      <w:r/>
    </w:p>
    <w:p>
      <w:r/>
      <w:r>
        <w:t>If swoon is what you want, August offers rom-coms and slow-burns with hooks: two A-list actors exiled to a Montana farm; a WNBA spicy romance focused on marriage and rebound; a prep cook in New Haven whose fandom of a wrestler spirals into a complicated online friendship. These books pair warmth and steam with sharp contemporary details , the culinary descriptions, backstage glitz and athletic pressure add texture. They’re great for holiday packing or weekend reads; pick a paperback or ebook for portability and a copy that opens flat for public commuting.</w:t>
      </w:r>
      <w:r/>
    </w:p>
    <w:p>
      <w:pPr>
        <w:pStyle w:val="Heading2"/>
      </w:pPr>
      <w:r>
        <w:t>Nonfiction and critical work that matters , trans lives, public space and community care</w:t>
      </w:r>
      <w:r/>
    </w:p>
    <w:p>
      <w:r/>
      <w:r>
        <w:t>Not all releases are fictional escapes. Several nonfiction books, including an essay-driven examination of anti-trans policies and a philosophical take on everyday trans experiences, give needed context and clarity in a fraught moment for trans rights. These are urgent, rigorous reads that combine memoir, scholarship and political critique. Read them slowly and consider pairing with a discussion group or local reading list , they’re designed to provoke reflection and action, not just contemplation.</w:t>
      </w:r>
      <w:r/>
    </w:p>
    <w:p>
      <w:pPr>
        <w:pStyle w:val="Heading2"/>
      </w:pPr>
      <w:r>
        <w:t>Horror, folk tales and queer gothic , for readers who like it unsettling</w:t>
      </w:r>
      <w:r/>
    </w:p>
    <w:p>
      <w:r/>
      <w:r>
        <w:t>If you want your summer reading to unsettle as much as enchant, August’s horror and folk-horror picks deliver. A queer folk-horror set in an isolated Vermont town, gothic necromancy in 1849 London, and a zombie-adjacent YA apocalypse make for a month of creeping dread and moral complexity. These stories often interrogate family secrets and community complicity, which gives them staying power beyond jump scares. For immersive reading, pick a hardcover or illustrated edition to match the weight of the themes.</w:t>
      </w:r>
      <w:r/>
    </w:p>
    <w:p>
      <w:pPr>
        <w:pStyle w:val="Heading2"/>
      </w:pPr>
      <w:r>
        <w:t>How to choose your August queer read</w:t>
      </w:r>
      <w:r/>
    </w:p>
    <w:p>
      <w:r/>
      <w:r>
        <w:t>Start with mood: want cosy, scary, or romantic? Check author identity and content notes if representation is important to you , many books feature trans, two-spirit, Indigenous and queer authors. For group reads, pick those with clear moral dilemmas or historical context; for solo bingeing, pick up the rom-coms and dark fantasies with strong pacing. Finally, consider format: illustrated anthologies and graphic novels reward print, while fast romance and YA often work nicely on a device.</w:t>
      </w:r>
      <w:r/>
    </w:p>
    <w:p>
      <w:r/>
      <w:r>
        <w:t>It's a small change that can make your summer reading feel richer and more deliberate.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t xml:space="preserve">- Paragraph 6: </w:t>
      </w:r>
      <w:hyperlink r:id="rId9">
        <w:r>
          <w:rPr>
            <w:color w:val="0000EE"/>
            <w:u w:val="single"/>
          </w:rPr>
          <w:t>[2]</w:t>
        </w:r>
      </w:hyperlink>
      <w:r>
        <w:t xml:space="preserve">, </w:t>
      </w:r>
      <w:hyperlink r:id="rId11">
        <w:r>
          <w:rPr>
            <w:color w:val="0000EE"/>
            <w:u w:val="single"/>
          </w:rPr>
          <w:t>[4]</w:t>
        </w:r>
      </w:hyperlink>
      <w:r>
        <w:t xml:space="preserve">- Paragraph 7: </w:t>
      </w:r>
      <w:hyperlink r:id="rId9">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https://www.autostraddle.com/our-most-anticipated-queer-books-for-august-2026/?utm_source=rss&amp;utm_medium=rss&amp;utm_campaign=our-most-anticipated-queer-books-for-august-2026</w:t>
        </w:r>
      </w:hyperlink>
      <w:r>
        <w:t xml:space="preserve"> - Please view link - unable to able to access data</w:t>
      </w:r>
      <w:r/>
    </w:p>
    <w:p>
      <w:pPr>
        <w:pStyle w:val="ListNumber"/>
        <w:spacing w:line="240" w:lineRule="auto"/>
        <w:ind w:left="720"/>
      </w:pPr>
      <w:r/>
      <w:hyperlink r:id="rId9">
        <w:r>
          <w:rPr>
            <w:color w:val="0000EE"/>
            <w:u w:val="single"/>
          </w:rPr>
          <w:t>https://www.autostraddle.com/our-most-anticipated-queer-books-for-august-2026/?utm_source=rss&amp;utm_medium=rss&amp;utm_campaign=our-most-anticipated-queer-books-for-august-2026</w:t>
        </w:r>
      </w:hyperlink>
      <w:r>
        <w:t xml:space="preserve"> - Autostraddle's August 2026 list highlights upcoming LGBTQ+ books, including Nina LaCour's 'Meet Me in the Garden', a tale of love, art, and motherhood set in 1940s New Orleans. The article also features works by authors like Malavika Kannan, Sarah Lamble, and P. Paramita, covering themes from climate activism to anti-trans sentiments. The list encompasses various genres, including romance, fantasy, and sci-fi, offering readers a diverse selection of queer literature to explore.</w:t>
      </w:r>
      <w:r/>
    </w:p>
    <w:p>
      <w:pPr>
        <w:pStyle w:val="ListNumber"/>
        <w:spacing w:line="240" w:lineRule="auto"/>
        <w:ind w:left="720"/>
      </w:pPr>
      <w:r/>
      <w:hyperlink r:id="rId10">
        <w:r>
          <w:rPr>
            <w:color w:val="0000EE"/>
            <w:u w:val="single"/>
          </w:rPr>
          <w:t>https://www.autostraddle.com/our-most-anticipated-queer-books-for-july-2026/</w:t>
        </w:r>
      </w:hyperlink>
      <w:r>
        <w:t xml:space="preserve"> - Autostraddle's July 2026 list presents anticipated LGBTQ+ books, such as 'Meet Me in the Garden' by Nina LaCour, exploring love and art in 1940s New Orleans. The article also features works by Malavika Kannan, Sarah Lamble, and P. Paramita, addressing themes from climate activism to anti-trans sentiments. The selection spans genres like romance, fantasy, and sci-fi, providing readers with a diverse array of queer literature to discover.</w:t>
      </w:r>
      <w:r/>
    </w:p>
    <w:p>
      <w:pPr>
        <w:pStyle w:val="ListNumber"/>
        <w:spacing w:line="240" w:lineRule="auto"/>
        <w:ind w:left="720"/>
      </w:pPr>
      <w:r/>
      <w:hyperlink r:id="rId11">
        <w:r>
          <w:rPr>
            <w:color w:val="0000EE"/>
            <w:u w:val="single"/>
          </w:rPr>
          <w:t>https://www.autostraddle.com/our-most-anticipated-queer-books-for-june-2026/</w:t>
        </w:r>
      </w:hyperlink>
      <w:r>
        <w:t xml:space="preserve"> - Autostraddle's June 2026 list showcases upcoming LGBTQ+ books, including 'Meet Me in the Garden' by Nina LaCour, set in 1940s New Orleans, and works by Malavika Kannan, Sarah Lamble, and P. Paramita. The article highlights themes such as climate activism and anti-trans sentiments, offering readers a diverse selection of queer literature across genres like romance, fantasy, and sci-fi.</w:t>
      </w:r>
      <w:r/>
    </w:p>
    <w:p>
      <w:pPr>
        <w:pStyle w:val="ListNumber"/>
        <w:spacing w:line="240" w:lineRule="auto"/>
        <w:ind w:left="720"/>
      </w:pPr>
      <w:r/>
      <w:hyperlink r:id="rId12">
        <w:r>
          <w:rPr>
            <w:color w:val="0000EE"/>
            <w:u w:val="single"/>
          </w:rPr>
          <w:t>https://www.autostraddle.com/our-most-anticipated-queer-books-for-may-2026/</w:t>
        </w:r>
      </w:hyperlink>
      <w:r>
        <w:t xml:space="preserve"> - Autostraddle's May 2026 list features anticipated LGBTQ+ books, including 'Meet Me in the Garden' by Nina LaCour, set in 1940s New Orleans, and works by Malavika Kannan, Sarah Lamble, and P. Paramita. The article addresses themes like climate activism and anti-trans sentiments, providing readers with a diverse selection of queer literature across genres such as romance, fantasy, and sci-fi.</w:t>
      </w:r>
      <w:r/>
    </w:p>
    <w:p>
      <w:pPr>
        <w:pStyle w:val="ListNumber"/>
        <w:spacing w:line="240" w:lineRule="auto"/>
        <w:ind w:left="720"/>
      </w:pPr>
      <w:r/>
      <w:hyperlink r:id="rId13">
        <w:r>
          <w:rPr>
            <w:color w:val="0000EE"/>
            <w:u w:val="single"/>
          </w:rPr>
          <w:t>https://www.autostraddle.com/our-most-anticipated-queer-books-for-april-2026/</w:t>
        </w:r>
      </w:hyperlink>
      <w:r>
        <w:t xml:space="preserve"> - Autostraddle's April 2026 list highlights upcoming LGBTQ+ books, including 'Meet Me in the Garden' by Nina LaCour, set in 1940s New Orleans, and works by Malavika Kannan, Sarah Lamble, and P. Paramita. The article explores themes like climate activism and anti-trans sentiments, offering readers a diverse selection of queer literature across genres such as romance, fantasy, and sci-fi.</w:t>
      </w:r>
      <w:r/>
    </w:p>
    <w:p>
      <w:pPr>
        <w:pStyle w:val="ListNumber"/>
        <w:spacing w:line="240" w:lineRule="auto"/>
        <w:ind w:left="720"/>
      </w:pPr>
      <w:r/>
      <w:hyperlink r:id="rId14">
        <w:r>
          <w:rPr>
            <w:color w:val="0000EE"/>
            <w:u w:val="single"/>
          </w:rPr>
          <w:t>https://www.autostraddle.com/our-most-anticipated-queer-books-for-february-2026/</w:t>
        </w:r>
      </w:hyperlink>
      <w:r>
        <w:t xml:space="preserve"> - Autostraddle's February 2026 list presents anticipated LGBTQ+ books, including 'Meet Me in the Garden' by Nina LaCour, set in 1940s New Orleans, and works by Malavika Kannan, Sarah Lamble, and P. Paramita. The article addresses themes like climate activism and anti-trans sentiments, providing readers with a diverse selection of queer literature across genres such as romance, fantasy, and sci-fi.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our-most-anticipated-queer-books-for-august-2026/?utm_source=rss&amp;utm_medium=rss&amp;utm_campaign=our-most-anticipated-queer-books-for-august-2026" TargetMode="External"/><Relationship Id="rId10" Type="http://schemas.openxmlformats.org/officeDocument/2006/relationships/hyperlink" Target="https://www.autostraddle.com/our-most-anticipated-queer-books-for-july-2026/" TargetMode="External"/><Relationship Id="rId11" Type="http://schemas.openxmlformats.org/officeDocument/2006/relationships/hyperlink" Target="https://www.autostraddle.com/our-most-anticipated-queer-books-for-june-2026/" TargetMode="External"/><Relationship Id="rId12" Type="http://schemas.openxmlformats.org/officeDocument/2006/relationships/hyperlink" Target="https://www.autostraddle.com/our-most-anticipated-queer-books-for-may-2026/" TargetMode="External"/><Relationship Id="rId13" Type="http://schemas.openxmlformats.org/officeDocument/2006/relationships/hyperlink" Target="https://www.autostraddle.com/our-most-anticipated-queer-books-for-april-2026/" TargetMode="External"/><Relationship Id="rId14" Type="http://schemas.openxmlformats.org/officeDocument/2006/relationships/hyperlink" Target="https://www.autostraddle.com/our-most-anticipated-queer-books-for-february-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