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2026 Events You Shouldn’t Miss — free HIV testing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buzz: organisers and visitors are flocking to Prague Pride 2026 for music, talks, and practical health services, including free, anonymous HIV and STI testing across Pride Village and Pride Park , here's what to know, where to go, and why it matters.</w:t>
      </w:r>
      <w:r/>
    </w:p>
    <w:p>
      <w:r/>
      <w:r>
        <w:t>Essential Takeaways</w:t>
      </w:r>
      <w:r/>
      <w:r/>
    </w:p>
    <w:p>
      <w:pPr>
        <w:pStyle w:val="ListBullet"/>
        <w:spacing w:line="240" w:lineRule="auto"/>
        <w:ind w:left="720"/>
      </w:pPr>
      <w:r/>
      <w:r>
        <w:rPr>
          <w:b/>
        </w:rPr>
        <w:t>Free, anonymous testing:</w:t>
      </w:r>
      <w:r>
        <w:t xml:space="preserve"> Rapid finger‑prick tests for HIV, syphilis, and hepatitis B and C available with results in about 30 minutes.</w:t>
      </w:r>
      <w:r/>
    </w:p>
    <w:p>
      <w:pPr>
        <w:pStyle w:val="ListBullet"/>
        <w:spacing w:line="240" w:lineRule="auto"/>
        <w:ind w:left="720"/>
      </w:pPr>
      <w:r/>
      <w:r>
        <w:rPr>
          <w:b/>
        </w:rPr>
        <w:t>Where to find it:</w:t>
      </w:r>
      <w:r>
        <w:t xml:space="preserve"> Weekday testing at Pride Village on Střelecký ostrov; moves to Pride Park on Štvanice for Saturday.</w:t>
      </w:r>
      <w:r/>
    </w:p>
    <w:p>
      <w:pPr>
        <w:pStyle w:val="ListBullet"/>
        <w:spacing w:line="240" w:lineRule="auto"/>
        <w:ind w:left="720"/>
      </w:pPr>
      <w:r/>
      <w:r>
        <w:rPr>
          <w:b/>
        </w:rPr>
        <w:t>Expanded sexual health care:</w:t>
      </w:r>
      <w:r>
        <w:t xml:space="preserve"> A venereology clinic on site offers tests for gonorrhoea and chlamydia and prevention advice.</w:t>
      </w:r>
      <w:r/>
    </w:p>
    <w:p>
      <w:pPr>
        <w:pStyle w:val="ListBullet"/>
        <w:spacing w:line="240" w:lineRule="auto"/>
        <w:ind w:left="720"/>
      </w:pPr>
      <w:r/>
      <w:r>
        <w:rPr>
          <w:b/>
        </w:rPr>
        <w:t>No appointment needed:</w:t>
      </w:r>
      <w:r>
        <w:t xml:space="preserve"> Walk‑ins accepted, service is fully free and confidential.</w:t>
      </w:r>
      <w:r/>
    </w:p>
    <w:p>
      <w:pPr>
        <w:pStyle w:val="ListBullet"/>
        <w:spacing w:line="240" w:lineRule="auto"/>
        <w:ind w:left="720"/>
      </w:pPr>
      <w:r/>
      <w:r>
        <w:rPr>
          <w:b/>
        </w:rPr>
        <w:t>Practical comfort:</w:t>
      </w:r>
      <w:r>
        <w:t xml:space="preserve"> Testing is quick, discreet, and pairs with festival safety and health info for a smoother visit.</w:t>
      </w:r>
      <w:r/>
      <w:r/>
    </w:p>
    <w:p>
      <w:pPr>
        <w:pStyle w:val="Heading2"/>
      </w:pPr>
      <w:r>
        <w:t>Why free, on‑site testing is a practical showstopper</w:t>
      </w:r>
      <w:r/>
    </w:p>
    <w:p>
      <w:r/>
      <w:r>
        <w:t>It’s easy to picture the festival as just one long party, but the free testing tents are quietly doing something important , they make sexual health as effortless as grabbing a coffee. A finger‑prick rapid test gives results in roughly 30 minutes, so you can walk in, get checked, and get back to events the same day. According to Prague Pride’s health guidance, the setup is anonymous and designed to be low‑stress, which is great if needles make you nervous but you still want peace of mind.</w:t>
      </w:r>
      <w:r/>
    </w:p>
    <w:p>
      <w:pPr>
        <w:pStyle w:val="Heading2"/>
      </w:pPr>
      <w:r>
        <w:t>Where to go: Střelecký ostrov and Štvanice explained</w:t>
      </w:r>
      <w:r/>
    </w:p>
    <w:p>
      <w:r/>
      <w:r>
        <w:t>During the week, the testing hub is in Pride Village on Střelecký ostrov, a leafy, central spot that’s easy to reach from the old town. On Saturday the service relocates to Pride Park on Štvanice , the festival’s main weekend heartland, where concerts and the parade energy are concentrated. The festival’s location pages explain logistics and opening hours, so it’s worth checking those before you go to time your visit between performances.</w:t>
      </w:r>
      <w:r/>
    </w:p>
    <w:p>
      <w:pPr>
        <w:pStyle w:val="Heading2"/>
      </w:pPr>
      <w:r>
        <w:t>What tests are offered and how they work</w:t>
      </w:r>
      <w:r/>
    </w:p>
    <w:p>
      <w:r/>
      <w:r>
        <w:t>The free service covers rapid HIV and syphilis tests plus hepatitis B and C screening; results from the rapid kit arrive in about half an hour. The venereology clinic on site can offer laboratory tests and consultations for gonorrhoea and chlamydia, and staff can advise on prevention, PrEP and where to access follow‑up care. If your result needs confirmation or treatment, organisers and local partners will point you to clinics that can help.</w:t>
      </w:r>
      <w:r/>
    </w:p>
    <w:p>
      <w:pPr>
        <w:pStyle w:val="Heading2"/>
      </w:pPr>
      <w:r>
        <w:t>Safety, confidentiality and festival care</w:t>
      </w:r>
      <w:r/>
    </w:p>
    <w:p>
      <w:r/>
      <w:r>
        <w:t>Prague Pride publishes practical safety and health information for visitors, and the testing programme sits within that framework , anonymous, discreet, and free. Festival staff and medical partners aim to keep queues moving and preserve privacy, which matters when you’re mixing health checks with a public celebration. If you’re attending with friends, make a plan: go together for moral support, or pick a quiet slot during weekday events to avoid the weekend rush.</w:t>
      </w:r>
      <w:r/>
    </w:p>
    <w:p>
      <w:pPr>
        <w:pStyle w:val="Heading2"/>
      </w:pPr>
      <w:r>
        <w:t>How to make the most of the service</w:t>
      </w:r>
      <w:r/>
    </w:p>
    <w:p>
      <w:r/>
      <w:r>
        <w:t>No appointment is necessary, but turn up early if you want a short wait. Bring ID only if you’re seeking follow‑up care that requires registration , the on‑site test itself is anonymous. Ask about condoms, PrEP information, and local referral options while you’re there; the venereology staff are a good resource for practical next steps. And don’t feel pressured , the teams are used to festival crowds and aim to be friendly and non‑judgemental.</w:t>
      </w:r>
      <w:r/>
    </w:p>
    <w:p>
      <w:r/>
      <w:r>
        <w:t>It’s a small move that can make your weekend safer and more carefree.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https://www.blesk.cz/clanek/regiony-praha-praha-volny-cas/845316/prague-pride-2026-neni-to-jen-pruvod-vyber-akci-ktere-byste-si-nemeli-nechat-ujit.html</w:t>
        </w:r>
      </w:hyperlink>
      <w:r>
        <w:t xml:space="preserve"> - Please view link - unable to able to access data</w:t>
      </w:r>
      <w:r/>
    </w:p>
    <w:p>
      <w:pPr>
        <w:pStyle w:val="ListNumber"/>
        <w:spacing w:line="240" w:lineRule="auto"/>
        <w:ind w:left="720"/>
      </w:pPr>
      <w:r/>
      <w:hyperlink r:id="rId10">
        <w:r>
          <w:rPr>
            <w:color w:val="0000EE"/>
            <w:u w:val="single"/>
          </w:rPr>
          <w:t>https://festival.praguepride.com/en/practical-info/safety-at-the-festival/</w:t>
        </w:r>
      </w:hyperlink>
      <w:r>
        <w:t xml:space="preserve"> - This page provides information on safety measures at the Prague Pride Festival, including free and anonymous testing for HIV and other sexually transmitted infections available in Pride Village and on Saturday in Pride Park. It also details the location and accessibility of Pride Park on Štvanice Island, which offers a unique experience with shade from mature trees and proximity to the river.</w:t>
      </w:r>
      <w:r/>
    </w:p>
    <w:p>
      <w:pPr>
        <w:pStyle w:val="ListNumber"/>
        <w:spacing w:line="240" w:lineRule="auto"/>
        <w:ind w:left="720"/>
      </w:pPr>
      <w:r/>
      <w:hyperlink r:id="rId11">
        <w:r>
          <w:rPr>
            <w:color w:val="0000EE"/>
            <w:u w:val="single"/>
          </w:rPr>
          <w:t>https://festival.praguepride.com/en/practical-info/health-at-the-festival/</w:t>
        </w:r>
      </w:hyperlink>
      <w:r>
        <w:t xml:space="preserve"> - This section outlines the health services available during the Prague Pride Festival, highlighting the Czech AIDS Help Society's (ČSAP) testing booth in Pride Village from Monday to Friday, and in Pride Park on Saturday. Visitors can receive free and anonymous tests for HIV, syphilis, and hepatitis B and C, with results available within about 30 minutes. The process is quick, especially if the pre-test questionnaire is filled out online in advance.</w:t>
      </w:r>
      <w:r/>
    </w:p>
    <w:p>
      <w:pPr>
        <w:pStyle w:val="ListNumber"/>
        <w:spacing w:line="240" w:lineRule="auto"/>
        <w:ind w:left="720"/>
      </w:pPr>
      <w:r/>
      <w:hyperlink r:id="rId14">
        <w:r>
          <w:rPr>
            <w:color w:val="0000EE"/>
            <w:u w:val="single"/>
          </w:rPr>
          <w:t>https://www.ceskenoviny.cz/tiskove/zpravy/bezplatne-testovani-venerologie-i-debaty-o-hiv-csap-na-prague-pride-2026/2855813</w:t>
        </w:r>
      </w:hyperlink>
      <w:r>
        <w:t xml:space="preserve"> - This article discusses the Czech AIDS Help Society's (ČSAP) participation in the Prague Pride Festival, offering free and anonymous testing for HIV, syphilis, hepatitis B and C, as well as venereological examinations for gonorrhoea and chlamydia. The testing is available from August 3 to August 8 at two locations in Prague: Pride Village on Střelecký Island and Pride Park on Štvanice Island. The article also mentions two expert meetings on PrEP and living with HIV.</w:t>
      </w:r>
      <w:r/>
    </w:p>
    <w:p>
      <w:pPr>
        <w:pStyle w:val="ListNumber"/>
        <w:spacing w:line="240" w:lineRule="auto"/>
        <w:ind w:left="720"/>
      </w:pPr>
      <w:r/>
      <w:hyperlink r:id="rId12">
        <w:r>
          <w:rPr>
            <w:color w:val="0000EE"/>
            <w:u w:val="single"/>
          </w:rPr>
          <w:t>https://festival.praguepride.com/en/lokace/pride-park/</w:t>
        </w:r>
      </w:hyperlink>
      <w:r>
        <w:t xml:space="preserve"> - This page provides details about Pride Park, the grand finale of the Prague Pride Festival, which will take place on Štvanice Island. The event features five stages packed with music, performances, and talks, including a dedicated HIV Testing Zone offering free, anonymous testing for HIV, syphilis, and hepatitis B and C. The page also provides information on the VIP Zone, NGO Market, and accessibility of the location.</w:t>
      </w:r>
      <w:r/>
    </w:p>
    <w:p>
      <w:pPr>
        <w:pStyle w:val="ListNumber"/>
        <w:spacing w:line="240" w:lineRule="auto"/>
        <w:ind w:left="720"/>
      </w:pPr>
      <w:r/>
      <w:hyperlink r:id="rId13">
        <w:r>
          <w:rPr>
            <w:color w:val="0000EE"/>
            <w:u w:val="single"/>
          </w:rPr>
          <w:t>https://www.praguepride.com/</w:t>
        </w:r>
      </w:hyperlink>
      <w:r>
        <w:t xml:space="preserve"> - The official website of Prague Pride, a non-profit organisation that organises the annual Prague Pride Festival. The site offers information on the festival's events, including the Pride Parade on August 8, 2026, from Wenceslas Square to Štvanice Island. It also provides details on support services, such as free English-speaking support groups, legal counselling, and individual counselling for LGBT+ individuals.</w:t>
      </w:r>
      <w:r/>
    </w:p>
    <w:p>
      <w:pPr>
        <w:pStyle w:val="ListNumber"/>
        <w:spacing w:line="240" w:lineRule="auto"/>
        <w:ind w:left="720"/>
      </w:pPr>
      <w:r/>
      <w:hyperlink r:id="rId15">
        <w:r>
          <w:rPr>
            <w:color w:val="0000EE"/>
            <w:u w:val="single"/>
          </w:rPr>
          <w:t>https://www.hiv-testovani.cz/</w:t>
        </w:r>
      </w:hyperlink>
      <w:r>
        <w:t xml:space="preserve"> - This website offers information on anonymous and free testing for HIV, syphilis, hepatitis B and C, and other sexually transmitted infections at various locations in the Czech Republic. It provides details on testing schedules, including mobile testing events, and emphasizes the importance of regular testing for sexually active individuals. The site also offers an online consultation service for those seeking more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lesk.cz/clanek/regiony-praha-praha-volny-cas/845316/prague-pride-2026-neni-to-jen-pruvod-vyber-akci-ktere-byste-si-nemeli-nechat-ujit.html" TargetMode="External"/><Relationship Id="rId10" Type="http://schemas.openxmlformats.org/officeDocument/2006/relationships/hyperlink" Target="https://festival.praguepride.com/en/practical-info/safety-at-the-festival/" TargetMode="External"/><Relationship Id="rId11" Type="http://schemas.openxmlformats.org/officeDocument/2006/relationships/hyperlink" Target="https://festival.praguepride.com/en/practical-info/health-at-the-festival/" TargetMode="External"/><Relationship Id="rId12" Type="http://schemas.openxmlformats.org/officeDocument/2006/relationships/hyperlink" Target="https://festival.praguepride.com/en/lokace/pride-park/" TargetMode="External"/><Relationship Id="rId13" Type="http://schemas.openxmlformats.org/officeDocument/2006/relationships/hyperlink" Target="https://www.praguepride.com/" TargetMode="External"/><Relationship Id="rId14" Type="http://schemas.openxmlformats.org/officeDocument/2006/relationships/hyperlink" Target="https://www.ceskenoviny.cz/tiskove/zpravy/bezplatne-testovani-venerologie-i-debaty-o-hiv-csap-na-prague-pride-2026/2855813" TargetMode="External"/><Relationship Id="rId15" Type="http://schemas.openxmlformats.org/officeDocument/2006/relationships/hyperlink" Target="https://www.hiv-testovani.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