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 on the Mountain Tips for a Pride Night at Magic Mountain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thrill-seekers are flocking to Six Flags Magic Mountain’s Out on the Mountain , a Pride after‑hours that pairs roller coasters, drag and dance. Here’s what to expect, why performers April Carrión and Jessica Wild make it special, and how to get the most joyful, safe night out.</w:t>
      </w:r>
      <w:r/>
    </w:p>
    <w:p>
      <w:r/>
      <w:r>
        <w:t>Essential Takeaways</w:t>
      </w:r>
      <w:r/>
      <w:r/>
    </w:p>
    <w:p>
      <w:pPr>
        <w:pStyle w:val="ListBullet"/>
        <w:spacing w:line="240" w:lineRule="auto"/>
        <w:ind w:left="720"/>
      </w:pPr>
      <w:r/>
      <w:r>
        <w:rPr>
          <w:b/>
        </w:rPr>
        <w:t>Date and place:</w:t>
      </w:r>
      <w:r>
        <w:t xml:space="preserve"> Out on the Mountain returns to Six Flags Magic Mountain in Valencia; advance tickets required and sold at the event website.</w:t>
      </w:r>
      <w:r/>
    </w:p>
    <w:p>
      <w:pPr>
        <w:pStyle w:val="ListBullet"/>
        <w:spacing w:line="240" w:lineRule="auto"/>
        <w:ind w:left="720"/>
      </w:pPr>
      <w:r/>
      <w:r>
        <w:rPr>
          <w:b/>
        </w:rPr>
        <w:t>Lineup highlights:</w:t>
      </w:r>
      <w:r>
        <w:t xml:space="preserve"> RuPaul’s Drag Race alums April Carrión and Jessica Wild headline alongside DJs and hosts for a mix of drag, dance parties and rides.</w:t>
      </w:r>
      <w:r/>
    </w:p>
    <w:p>
      <w:pPr>
        <w:pStyle w:val="ListBullet"/>
        <w:spacing w:line="240" w:lineRule="auto"/>
        <w:ind w:left="720"/>
      </w:pPr>
      <w:r/>
      <w:r>
        <w:rPr>
          <w:b/>
        </w:rPr>
        <w:t>Event vibe:</w:t>
      </w:r>
      <w:r>
        <w:t xml:space="preserve"> After‑hours, high‑energy celebration that blends family‑friendly park atmosphere with bold Pride performance and community connection.</w:t>
      </w:r>
      <w:r/>
    </w:p>
    <w:p>
      <w:pPr>
        <w:pStyle w:val="ListBullet"/>
        <w:spacing w:line="240" w:lineRule="auto"/>
        <w:ind w:left="720"/>
      </w:pPr>
      <w:r/>
      <w:r>
        <w:rPr>
          <w:b/>
        </w:rPr>
        <w:t>Practical note:</w:t>
      </w:r>
      <w:r>
        <w:t xml:space="preserve"> Tickets aren’t sold at the gate, plan transport and arrival times , expect queues for popular coasters but also exclusive access windows.</w:t>
      </w:r>
      <w:r/>
    </w:p>
    <w:p>
      <w:pPr>
        <w:pStyle w:val="ListBullet"/>
        <w:spacing w:line="240" w:lineRule="auto"/>
        <w:ind w:left="720"/>
      </w:pPr>
      <w:r/>
      <w:r>
        <w:rPr>
          <w:b/>
        </w:rPr>
        <w:t>Sensory cues:</w:t>
      </w:r>
      <w:r>
        <w:t xml:space="preserve"> Think neon lights, loud music, the smell of funnel cake and that collective, buzzing joy when the ride drops.</w:t>
      </w:r>
      <w:r/>
      <w:r/>
    </w:p>
    <w:p>
      <w:pPr>
        <w:pStyle w:val="Heading2"/>
      </w:pPr>
      <w:r>
        <w:t>Why this Pride event feels unlike any other</w:t>
      </w:r>
      <w:r/>
    </w:p>
    <w:p>
      <w:r/>
      <w:r>
        <w:t>Out on the Mountain combines the physical thrill of some of the country’s fastest roller coasters with the communal high of a Pride party. That contrast , shrieking on a ride one minute, cheering a drag number the next , is part of its magic. According to the event pages and listings, it’s an after‑hours takeover, so you get park access in a way daytime visitors don’t. For performers and attendees alike, that unexpected setting makes the celebration feel fresh and a little rebellious.</w:t>
      </w:r>
      <w:r/>
    </w:p>
    <w:p>
      <w:pPr>
        <w:pStyle w:val="Heading2"/>
      </w:pPr>
      <w:r>
        <w:t>What April Carrión and Jessica Wild bring to the stage</w:t>
      </w:r>
      <w:r/>
    </w:p>
    <w:p>
      <w:r/>
      <w:r>
        <w:t>Both queens talk about community first. April Carrión teases culture, laughs and high‑impact performance, while Jessica Wild promises energy, dancing and a strong Puerto Rican influence. Their backgrounds on RuPaul’s Drag Race give them big audience experience, but the park setting lets them do something looser and more playful. If you’re there for the drag, expect theatrical numbers that read well in big, open spaces , and a few moments that’ll make the crowd feel like part of the show.</w:t>
      </w:r>
      <w:r/>
    </w:p>
    <w:p>
      <w:pPr>
        <w:pStyle w:val="Heading2"/>
      </w:pPr>
      <w:r>
        <w:t>Planning your night: tickets, timing and travel</w:t>
      </w:r>
      <w:r/>
    </w:p>
    <w:p>
      <w:r/>
      <w:r>
        <w:t>Tickets must be bought in advance on the event website; there are no gate sales on the night. That means book early and double‑check entry windows, because the party is after hours and access times can be limited. If you drive, allow extra time for parking and post‑event traffic; if you’re using rails or rideshare, arrange a pickup point in advance. Bring a small bag, layer up for cooling evening air, and charge your phone , you’ll want photos after a sunset coaster run.</w:t>
      </w:r>
      <w:r/>
    </w:p>
    <w:p>
      <w:pPr>
        <w:pStyle w:val="Heading2"/>
      </w:pPr>
      <w:r>
        <w:t>How to enjoy both rides and performances without missing out</w:t>
      </w:r>
      <w:r/>
    </w:p>
    <w:p>
      <w:r/>
      <w:r>
        <w:t>Create a simple plan: hit one or two must‑ride coasters first when lines are shortest, then settle into the performance spaces for the drag and DJ sets. The organisers list DJs and hosts across stages, so check schedules early to avoid missing headline acts. For groups, split up briefly , some can queue for the roller coasters while others claim a spot near the stage , then regroup to dance or ride together. If you’ve got sensory concerns, bring earplugs or scope quieter areas; the event is loud and proud, but you can still find a comfortable corner.</w:t>
      </w:r>
      <w:r/>
    </w:p>
    <w:p>
      <w:pPr>
        <w:pStyle w:val="Heading2"/>
      </w:pPr>
      <w:r>
        <w:t>What the event leaves behind , more than a show</w:t>
      </w:r>
      <w:r/>
    </w:p>
    <w:p>
      <w:r/>
      <w:r>
        <w:t>Both performers say they hope guests leave with something beyond a good night: joy, connection and inspiration. That feels important in a big, public celebration where families, longtime friends and new communities mix. Events like this are part theatre, part carnival and part community building. If you come for the thrills, you might leave with a little ritual , a shared laugh, a new friend, or a memory of watching drag in an unexpectedly joyful place.</w:t>
      </w:r>
      <w:r/>
    </w:p>
    <w:p>
      <w:r/>
      <w:r>
        <w:t>It's a small change that can make every Pride night feel bigger and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https://ragemonthly.com/out-on-the-mountain-returns-for-a-night-of-pride-thrills-and-drag/</w:t>
        </w:r>
      </w:hyperlink>
      <w:r>
        <w:t xml:space="preserve"> - Please view link - unable to able to access data</w:t>
      </w:r>
      <w:r/>
    </w:p>
    <w:p>
      <w:pPr>
        <w:pStyle w:val="ListNumber"/>
        <w:spacing w:line="240" w:lineRule="auto"/>
        <w:ind w:left="720"/>
      </w:pPr>
      <w:r/>
      <w:hyperlink r:id="rId10">
        <w:r>
          <w:rPr>
            <w:color w:val="0000EE"/>
            <w:u w:val="single"/>
          </w:rPr>
          <w:t>https://www.outonthemountain.com/index.html</w:t>
        </w:r>
      </w:hyperlink>
      <w:r>
        <w:t xml:space="preserve"> - Out on the Mountain is an annual LGBTQ+ Pride event held at Six Flags Magic Mountain in Valencia, California. The 2026 event is scheduled for August 21, featuring performers April Carrión and Jessica Wild from RuPaul's Drag Race, along with DJs Ray Rhodes, SRO, and Casey Alva. The event offers exclusive access to the park's thrill rides, live entertainment, dance parties, and a vibrant Pride atmosphere. Tickets must be purchased online in advance, as they are not sold at the gate. A portion of the proceeds supports local LGBTQ+ organizations. The event is open to all ages, with free parking included with ticket purchase. Attendees can enjoy the park from 10:30 am to 6 pm, with the private party running from 6 pm to 12 am. The event is closed to the general public after 6 pm, with no regular tickets, season passes, or memberships accepted. For more information and ticket purchases, visit the official website.</w:t>
      </w:r>
      <w:r/>
    </w:p>
    <w:p>
      <w:pPr>
        <w:pStyle w:val="ListNumber"/>
        <w:spacing w:line="240" w:lineRule="auto"/>
        <w:ind w:left="720"/>
      </w:pPr>
      <w:r/>
      <w:hyperlink r:id="rId11">
        <w:r>
          <w:rPr>
            <w:color w:val="0000EE"/>
            <w:u w:val="single"/>
          </w:rPr>
          <w:t>https://www.sixflags.com/magicmountain/events/out-on-the-mountain</w:t>
        </w:r>
      </w:hyperlink>
      <w:r>
        <w:t xml:space="preserve"> - Six Flags Magic Mountain hosts the annual Out on the Mountain event, a private LGBTQ+ Pride celebration. The 2026 event is scheduled for August 21, offering attendees exclusive access to the park's thrill rides, live entertainment, dance parties, and a vibrant Pride atmosphere. Tickets must be purchased online in advance, as they are not sold at the gate. A portion of the proceeds supports local LGBTQ+ organizations. The event is open to all ages, with free parking included with ticket purchase. Attendees can enjoy the park from 10:30 am to 6 pm, with the private party running from 6 pm to 12 am. The event is closed to the general public after 6 pm, with no regular tickets, season passes, or memberships accepted. For more information and ticket purchases, visit the official Six Flags Magic Mountain website.</w:t>
      </w:r>
      <w:r/>
    </w:p>
    <w:p>
      <w:pPr>
        <w:pStyle w:val="ListNumber"/>
        <w:spacing w:line="240" w:lineRule="auto"/>
        <w:ind w:left="720"/>
      </w:pPr>
      <w:r/>
      <w:hyperlink r:id="rId13">
        <w:r>
          <w:rPr>
            <w:color w:val="0000EE"/>
            <w:u w:val="single"/>
          </w:rPr>
          <w:t>https://ra.co/events/1969939</w:t>
        </w:r>
      </w:hyperlink>
      <w:r>
        <w:t xml:space="preserve"> - Out on the Mountain is an annual LGBTQ+ Pride event held at Six Flags Magic Mountain in Valencia, California. The 2024 event took place on August 16, featuring live performances by Kylie Sonique Love and Luxx Noir London from RuPaul's Drag Race, along with DJs Ray Rhodes, SRO, and Les Ortiz. The event offered exclusive access to the park's thrill rides, multiple dance parties, and a vibrant Pride atmosphere. Tickets were available online in advance, as they were not sold at the gate. A portion of the proceeds supported local LGBTQ+ organizations. The event was open to all ages, with free parking included with ticket purchase. Attendees enjoyed the park from 10:30 am to 6 pm, with the private party running from 6 pm to 12 am. The event was closed to the general public after 6 pm, with no regular tickets, season passes, or memberships accepted. For more information and ticket purchases, visit the RA Events website.</w:t>
      </w:r>
      <w:r/>
    </w:p>
    <w:p>
      <w:pPr>
        <w:pStyle w:val="ListNumber"/>
        <w:spacing w:line="240" w:lineRule="auto"/>
        <w:ind w:left="720"/>
      </w:pPr>
      <w:r/>
      <w:hyperlink r:id="rId12">
        <w:r>
          <w:rPr>
            <w:color w:val="0000EE"/>
            <w:u w:val="single"/>
          </w:rPr>
          <w:t>https://thefightmag.com/2024/08/out-on-the-mountain-is-back-the-official-six-flags-magic-mountain-lgbtq-private-party/</w:t>
        </w:r>
      </w:hyperlink>
      <w:r>
        <w:t xml:space="preserve"> - Out on the Mountain is an annual LGBTQ+ Pride event held at Six Flags Magic Mountain in Valencia, California. The 2024 event took place on August 16, featuring live performances by Kylie Sonique Love and Luxx Noir London from RuPaul's Drag Race, along with DJs Ray Rhodes, SRO, and Les Ortiz. The event offered exclusive access to the park's thrill rides, multiple dance parties, and a vibrant Pride atmosphere. Tickets were available online in advance, as they were not sold at the gate. A portion of the proceeds supported local LGBTQ+ organizations, including The OUTreach Center, wayOUT, PFLAG Santa Clarita, and local GSA chapters. The event was open to all ages, with free parking included with ticket purchase. Attendees enjoyed the park from 10:30 am to 6 pm, with the private party running from 6 pm to 12 am. The event was closed to the general public after 6 pm, with no regular tickets, season passes, or memberships accepted. For more information and ticket purchases, visit The Fight Magazine website.</w:t>
      </w:r>
      <w:r/>
    </w:p>
    <w:p>
      <w:pPr>
        <w:pStyle w:val="ListNumber"/>
        <w:spacing w:line="240" w:lineRule="auto"/>
        <w:ind w:left="720"/>
      </w:pPr>
      <w:r/>
      <w:hyperlink r:id="rId14">
        <w:r>
          <w:rPr>
            <w:color w:val="0000EE"/>
            <w:u w:val="single"/>
          </w:rPr>
          <w:t>https://ra.co/events/2494854</w:t>
        </w:r>
      </w:hyperlink>
      <w:r>
        <w:t xml:space="preserve"> - Out on the Mountain is an annual LGBTQ+ Pride event held at Six Flags Magic Mountain in Valencia, California. The 2026 event is scheduled for August 21, featuring performers April Carrión and Jessica Wild from RuPaul's Drag Race, along with DJs Ray Rhodes, SRO, and Casey Alva. The event offers exclusive access to the park's thrill rides, live entertainment, dance parties, and a vibrant Pride atmosphere. Tickets must be purchased online in advance, as they are not sold at the gate. A portion of the proceeds supports local LGBTQ+ organizations. The event is open to all ages, with free parking included with ticket purchase. Attendees can enjoy the park from 10:30 am to 6 pm, with the private party running from 6 pm to 12 am. The event is closed to the general public after 6 pm, with no regular tickets, season passes, or memberships accepted. For more information and ticket purchases, visit the RA Events website.</w:t>
      </w:r>
      <w:r/>
    </w:p>
    <w:p>
      <w:pPr>
        <w:pStyle w:val="ListNumber"/>
        <w:spacing w:line="240" w:lineRule="auto"/>
        <w:ind w:left="720"/>
      </w:pPr>
      <w:r/>
      <w:hyperlink r:id="rId15">
        <w:r>
          <w:rPr>
            <w:color w:val="0000EE"/>
            <w:u w:val="single"/>
          </w:rPr>
          <w:t>https://ra.co/events/1730874</w:t>
        </w:r>
      </w:hyperlink>
      <w:r>
        <w:t xml:space="preserve"> - Out on the Mountain is an annual LGBTQ+ Pride event held at Six Flags Magic Mountain in Valencia, California. The 2023 event took place on August 18, featuring live performances by Salina EsTitties from RuPaul's Drag Race, along with DJs Ray Rhodes, SRO, and Les Ortiz. The event offered exclusive access to the park's thrill rides, multiple dance parties, and a vibrant Pride atmosphere. Tickets were available online in advance, as they were not sold at the gate. A portion of the proceeds supported local LGBTQ+ organizations. The event was open to all ages, with free parking included with ticket purchase. Attendees enjoyed the park from 10:30 am to 6 pm, with the private party running from 6 pm to 12 am. The event was closed to the general public after 6 pm, with no regular tickets, season passes, or memberships accepted. For more information and ticket purchases, visit the RA Events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agemonthly.com/out-on-the-mountain-returns-for-a-night-of-pride-thrills-and-drag/" TargetMode="External"/><Relationship Id="rId10" Type="http://schemas.openxmlformats.org/officeDocument/2006/relationships/hyperlink" Target="https://www.outonthemountain.com/index.html" TargetMode="External"/><Relationship Id="rId11" Type="http://schemas.openxmlformats.org/officeDocument/2006/relationships/hyperlink" Target="https://www.sixflags.com/magicmountain/events/out-on-the-mountain" TargetMode="External"/><Relationship Id="rId12" Type="http://schemas.openxmlformats.org/officeDocument/2006/relationships/hyperlink" Target="https://thefightmag.com/2024/08/out-on-the-mountain-is-back-the-official-six-flags-magic-mountain-lgbtq-private-party/" TargetMode="External"/><Relationship Id="rId13" Type="http://schemas.openxmlformats.org/officeDocument/2006/relationships/hyperlink" Target="https://ra.co/events/1969939" TargetMode="External"/><Relationship Id="rId14" Type="http://schemas.openxmlformats.org/officeDocument/2006/relationships/hyperlink" Target="https://ra.co/events/2494854" TargetMode="External"/><Relationship Id="rId15" Type="http://schemas.openxmlformats.org/officeDocument/2006/relationships/hyperlink" Target="https://ra.co/events/17308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