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Orlando Out Fest Returns: What to Expect from the 2026 Queer Arts Showcase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live culture and curious locals are cheering: Orlando Fringe is bringing back Out Fest Sept. 10–13, 2026, a four-day celebration of queer theatre, art, music and cinema curated with The Center Orlando , a welcome comeback after last year’s cancellation and a sign the city’s queer artists will be centre stage.</w:t>
      </w:r>
      <w:r/>
    </w:p>
    <w:p>
      <w:r/>
      <w:r>
        <w:t>Essential Takeaways</w:t>
      </w:r>
      <w:r/>
      <w:r/>
    </w:p>
    <w:p>
      <w:pPr>
        <w:pStyle w:val="ListBullet"/>
        <w:spacing w:line="240" w:lineRule="auto"/>
        <w:ind w:left="720"/>
      </w:pPr>
      <w:r/>
      <w:r>
        <w:rPr>
          <w:b/>
        </w:rPr>
        <w:t>Dates confirmed:</w:t>
      </w:r>
      <w:r>
        <w:t xml:space="preserve"> Out Fest runs Sept. 10–13, 2026, a four-day curated festival.</w:t>
      </w:r>
      <w:r/>
    </w:p>
    <w:p>
      <w:pPr>
        <w:pStyle w:val="ListBullet"/>
        <w:spacing w:line="240" w:lineRule="auto"/>
        <w:ind w:left="720"/>
      </w:pPr>
      <w:r/>
      <w:r>
        <w:rPr>
          <w:b/>
        </w:rPr>
        <w:t>Curated focus:</w:t>
      </w:r>
      <w:r>
        <w:t xml:space="preserve"> The event is built around LGBTQIA+ stories and artists, curated by George Wallace of The Center Orlando.</w:t>
      </w:r>
      <w:r/>
    </w:p>
    <w:p>
      <w:pPr>
        <w:pStyle w:val="ListBullet"/>
        <w:spacing w:line="240" w:lineRule="auto"/>
        <w:ind w:left="720"/>
      </w:pPr>
      <w:r/>
      <w:r>
        <w:rPr>
          <w:b/>
        </w:rPr>
        <w:t>Return after pause:</w:t>
      </w:r>
      <w:r>
        <w:t xml:space="preserve"> The festival was cancelled in 2025 amid financial restructuring; its comeback signals renewed commitment.</w:t>
      </w:r>
      <w:r/>
    </w:p>
    <w:p>
      <w:pPr>
        <w:pStyle w:val="ListBullet"/>
        <w:spacing w:line="240" w:lineRule="auto"/>
        <w:ind w:left="720"/>
      </w:pPr>
      <w:r/>
      <w:r>
        <w:rPr>
          <w:b/>
        </w:rPr>
        <w:t>Lineup pending:</w:t>
      </w:r>
      <w:r>
        <w:t xml:space="preserve"> Fringe has not released venues, ticketing or programming yet , expect announcements soon.</w:t>
      </w:r>
      <w:r/>
    </w:p>
    <w:p>
      <w:pPr>
        <w:pStyle w:val="ListBullet"/>
        <w:spacing w:line="240" w:lineRule="auto"/>
        <w:ind w:left="720"/>
      </w:pPr>
      <w:r/>
      <w:r>
        <w:rPr>
          <w:b/>
        </w:rPr>
        <w:t>Local impact:</w:t>
      </w:r>
      <w:r>
        <w:t xml:space="preserve"> The festival was created to centre queer voices rather than folding them into broader programming.</w:t>
      </w:r>
      <w:r/>
      <w:r/>
    </w:p>
    <w:p>
      <w:pPr>
        <w:pStyle w:val="Heading2"/>
      </w:pPr>
      <w:r>
        <w:t>A meaningful comeback for Orlando’s queer arts scene</w:t>
      </w:r>
      <w:r/>
    </w:p>
    <w:p>
      <w:r/>
      <w:r>
        <w:t>This return feels less like a box-ticking exercise and more like a deliberate re-opening of a platform that was missed. The inaugural Out Fest in 2024 carved out intentional space for LGBTQIA+ artists; cancelling 2025 left a visible gap in the calendar and in community momentum. Now, with Fringe announcing the September dates, there’s a palpable sense of relief , and optimism , among artists and audiences who want work presented by and for them.</w:t>
      </w:r>
      <w:r/>
    </w:p>
    <w:p>
      <w:r/>
      <w:r>
        <w:t>Fringe framed the festival as a curated showcase, not a scattergun fringe-friendly slot. That matters because curation signals care: choices will likely highlight identity, history and local voices alongside touring work. Practically, that means expect programming that reaches across theatre, film, music and visual art, and a tone that privileges storytelling rooted in queer experience.</w:t>
      </w:r>
      <w:r/>
    </w:p>
    <w:p>
      <w:pPr>
        <w:pStyle w:val="Heading2"/>
      </w:pPr>
      <w:r>
        <w:t>Why the pause happened , and why the return matters</w:t>
      </w:r>
      <w:r/>
    </w:p>
    <w:p>
      <w:r/>
      <w:r>
        <w:t>Orlando Fringe paused the 2025 edition while it overhauled finances and sought sustainability; the organisation has been candid about the tough stretch it faced. That moment of regrouping was frustrating for artists who’d planned projects, but it also let Fringe rethink how to support a festival long-term.</w:t>
      </w:r>
      <w:r/>
    </w:p>
    <w:p>
      <w:r/>
      <w:r>
        <w:t>Bringing Out Fest back suggests those financial conversations made headway. For audiences, the return is less about nostalgia and more about continuity: consistent festivals build audiences, networks and career paths for artists. For local venues and small businesses, the festival’s return is a practical boost to autumn footfall in the city.</w:t>
      </w:r>
      <w:r/>
    </w:p>
    <w:p>
      <w:pPr>
        <w:pStyle w:val="Heading2"/>
      </w:pPr>
      <w:r>
        <w:t>Who’s steering the ship this time</w:t>
      </w:r>
      <w:r/>
    </w:p>
    <w:p>
      <w:r/>
      <w:r>
        <w:t>George Wallace, executive director of The Center Orlando, is curating Out Fest, a choice that anchors the festival in community leadership. The Center Orlando has a track record of programming that blends celebration with advocacy, so Wallace’s curatorial role hints at a programme that will balance cultural joy and historical awareness.</w:t>
      </w:r>
      <w:r/>
    </w:p>
    <w:p>
      <w:r/>
      <w:r>
        <w:t>Curators can shape tone as much as selections, so Wallace’s involvement is a signal to artists that Out Fest is being steered by someone who understands the local queer ecosystem. Expect collaborations with community groups, likely late-night variety shows, screenings and stage pieces that foreground lived experience.</w:t>
      </w:r>
      <w:r/>
    </w:p>
    <w:p>
      <w:pPr>
        <w:pStyle w:val="Heading2"/>
      </w:pPr>
      <w:r>
        <w:t>What to watch for in the programme and planning</w:t>
      </w:r>
      <w:r/>
    </w:p>
    <w:p>
      <w:r/>
      <w:r>
        <w:t>Fringe hasn’t published the lineup, venues or ticket details yet, so patience is the practical virtue here. When announcements come, look for a few clear things: local premiere slots, mixed-price ticketing to keep access broad, and family-friendly versus adult-only scheduling so audiences know what to expect.</w:t>
      </w:r>
      <w:r/>
    </w:p>
    <w:p>
      <w:r/>
      <w:r>
        <w:t>If you’re an artist wanting to apply or a curious punter, sign up to Orlando Fringe’s mailing list and The Center Orlando’s updates. That’s often where first offerings and early-bird tickets land. And if you care about access, keep an eye out for sliding-scale pricing or community passes , those are the small details that make a festival genuinely inclusive.</w:t>
      </w:r>
      <w:r/>
    </w:p>
    <w:p>
      <w:pPr>
        <w:pStyle w:val="Heading2"/>
      </w:pPr>
      <w:r>
        <w:t>How Out Fest fits into Orlando’s cultural calendar</w:t>
      </w:r>
      <w:r/>
    </w:p>
    <w:p>
      <w:r/>
      <w:r>
        <w:t>Out Fest joins a busy events landscape in Orlando but fills a distinct niche: a queer-centred, curated multi-arts festival in early autumn. That positioning may help it avoid clashes with bigger summer events while giving tourists and locals a reason to plan visits around the city’s queer cultural moment.</w:t>
      </w:r>
      <w:r/>
    </w:p>
    <w:p>
      <w:r/>
      <w:r>
        <w:t>Culturally, it’s also part of a wider movement where festivals aim to be more intentional about whose work they platform. Audiences are increasingly savvy; they want representation that isn’t an afterthought. Out Fest’s return is a reminder that festivals can reset and re-emerge in ways that better serve artists and communities.</w:t>
      </w:r>
      <w:r/>
    </w:p>
    <w:p>
      <w:r/>
      <w:r>
        <w:t>It's a small change that can make every show feel like it was made for you.</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1">
        <w:r>
          <w:rPr>
            <w:color w:val="0000EE"/>
            <w:u w:val="single"/>
          </w:rPr>
          <w:t>[4]</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0">
        <w:r>
          <w:rPr>
            <w:color w:val="0000EE"/>
            <w:u w:val="single"/>
          </w:rPr>
          <w:t>[2]</w:t>
        </w:r>
      </w:hyperlink>
      <w:r>
        <w:t xml:space="preserve">, </w:t>
      </w:r>
      <w:hyperlink r:id="rId12">
        <w:r>
          <w:rPr>
            <w:color w:val="0000EE"/>
            <w:u w:val="single"/>
          </w:rPr>
          <w:t>[3]</w:t>
        </w:r>
      </w:hyperlink>
      <w:r>
        <w:t xml:space="preserve">- Paragraph 6: </w:t>
      </w:r>
      <w:hyperlink r:id="rId11">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https://bungalower.com/2026/08/04/orlando-fringe-brings-out-fest-back-after-last-years-cancellation/</w:t>
        </w:r>
      </w:hyperlink>
      <w:r>
        <w:t xml:space="preserve"> - Please view link - unable to able to access data</w:t>
      </w:r>
      <w:r/>
    </w:p>
    <w:p>
      <w:pPr>
        <w:pStyle w:val="ListNumber"/>
        <w:spacing w:line="240" w:lineRule="auto"/>
        <w:ind w:left="720"/>
      </w:pPr>
      <w:r/>
      <w:hyperlink r:id="rId10">
        <w:r>
          <w:rPr>
            <w:color w:val="0000EE"/>
            <w:u w:val="single"/>
          </w:rPr>
          <w:t>https://www.orlandofringe.org/orlando-out-fest</w:t>
        </w:r>
      </w:hyperlink>
      <w:r>
        <w:t xml:space="preserve"> - Orlando Fringe has announced the return of Out Fest, a curated festival celebrating LGBTQIA+ stories, artists, and history. Scheduled for September 10–13, 2026, the event aims to provide a platform for queer artists and audiences, focusing on their work, stories, and experiences. While specific details about the lineup, venues, and ticketing are forthcoming, the festival promises an unforgettable experience celebrating creativity and diversity.</w:t>
      </w:r>
      <w:r/>
    </w:p>
    <w:p>
      <w:pPr>
        <w:pStyle w:val="ListNumber"/>
        <w:spacing w:line="240" w:lineRule="auto"/>
        <w:ind w:left="720"/>
      </w:pPr>
      <w:r/>
      <w:hyperlink r:id="rId12">
        <w:r>
          <w:rPr>
            <w:color w:val="0000EE"/>
            <w:u w:val="single"/>
          </w:rPr>
          <w:t>https://www.clickorlando.com/news/local/2024/09/19/new-orlando-fringe-arts-festival-celebrates-lgbtqia-community/</w:t>
        </w:r>
      </w:hyperlink>
      <w:r>
        <w:t xml:space="preserve"> - In September 2024, Orlando Fringe introduced Out Fest, a new arts festival dedicated to celebrating the LGBTQIA+ community. Held at Fringe ArtSpace, the event showcased a variety of performances, including stand-up comedy, singing, and dancing, highlighting the vibrant creativity of Orlando's queer artists. The festival aimed to provide a dedicated space for LGBTQIA+ stories and artistry, emphasizing the importance of representation and inclusion within the arts.</w:t>
      </w:r>
      <w:r/>
    </w:p>
    <w:p>
      <w:pPr>
        <w:pStyle w:val="ListNumber"/>
        <w:spacing w:line="240" w:lineRule="auto"/>
        <w:ind w:left="720"/>
      </w:pPr>
      <w:r/>
      <w:hyperlink r:id="rId11">
        <w:r>
          <w:rPr>
            <w:color w:val="0000EE"/>
            <w:u w:val="single"/>
          </w:rPr>
          <w:t>https://www.orlandoweekly.com/arts/orlando-fringe-announces-first-ever-out-fest-highlighting-lgbtq-artists-36353905/</w:t>
        </w:r>
      </w:hyperlink>
      <w:r>
        <w:t xml:space="preserve"> - Orlando Fringe announced its inaugural Out Fest, a celebration of LGBTQIA+ voices in the arts, set to take place from June 27–30, 2024, at Fringe ArtSpace. The festival featured a lineup of 12 local LGBTQIA+ artists presenting plays, musicals, and more. This initiative aimed to highlight and support the LGBTQ+ community within the arts, providing a platform for diverse voices and stories.</w:t>
      </w:r>
      <w:r/>
    </w:p>
    <w:p>
      <w:pPr>
        <w:pStyle w:val="ListNumber"/>
        <w:spacing w:line="240" w:lineRule="auto"/>
        <w:ind w:left="720"/>
      </w:pPr>
      <w:r/>
      <w:hyperlink r:id="rId13">
        <w:r>
          <w:rPr>
            <w:color w:val="0000EE"/>
            <w:u w:val="single"/>
          </w:rPr>
          <w:t>https://www.orlandoweekly.com/arts/live-active-cultures/orlando-fringe-critics-choice-awards-capped-a-stunningly-successful-2026-festival/</w:t>
        </w:r>
      </w:hyperlink>
      <w:r>
        <w:t xml:space="preserve"> - The 2026 Orlando International Fringe Theatre Festival concluded with 116 sold-out performances, 43,901 tickets sold, and 63,096 patrons. The event returned nearly $518,196 to over 1,700 local and traveling artists. The Critics’ Choice Awards, presented during the closing ceremonies, recognized outstanding performances, with 'Then, Eve' by Billie Jane being highlighted as one of the most entertaining and affecting original scripts seen at Orlando Fringe.</w:t>
      </w:r>
      <w:r/>
    </w:p>
    <w:p>
      <w:pPr>
        <w:pStyle w:val="ListNumber"/>
        <w:spacing w:line="240" w:lineRule="auto"/>
        <w:ind w:left="720"/>
      </w:pPr>
      <w:r/>
      <w:hyperlink r:id="rId15">
        <w:r>
          <w:rPr>
            <w:color w:val="0000EE"/>
            <w:u w:val="single"/>
          </w:rPr>
          <w:t>https://www.broadwayworld.com/orlando/regional/Revelations---Tainted-Waters-Productions</w:t>
        </w:r>
      </w:hyperlink>
      <w:r>
        <w:t xml:space="preserve"> - Presented by Tainted Waters Productions, 'Revelations' was part of the inaugural Orlando Out Fest in 2024. The play delved into the complexities of belief and trust at St. Dymphna’s School for Girls, prompting faculty and students to confront their biases and determine who can truly speak for God. This thought-provoking piece was among the seven shows performed over three days, celebrating LGBTQIA+ stories and artists.</w:t>
      </w:r>
      <w:r/>
    </w:p>
    <w:p>
      <w:pPr>
        <w:pStyle w:val="ListNumber"/>
        <w:spacing w:line="240" w:lineRule="auto"/>
        <w:ind w:left="720"/>
      </w:pPr>
      <w:r/>
      <w:hyperlink r:id="rId14">
        <w:r>
          <w:rPr>
            <w:color w:val="0000EE"/>
            <w:u w:val="single"/>
          </w:rPr>
          <w:t>https://www.broadwayworld.com/orlando/regional/A-Big-Gay-Variety-Show---The-Center-Orlando</w:t>
        </w:r>
      </w:hyperlink>
      <w:r>
        <w:t xml:space="preserve"> - Hosted by George Wallace, 'A Big Gay Variety Show' featured a dynamic lineup of Orlando's top queer entertainers, including stand-up comedy, singing, and dancing. This one-night performance was part of the inaugural Orlando Out Fest in 2024, aiming to celebrate LGBTQIA+ stories and artistry while supporting The Center Orlando. The event showcased the vibrant creativity of the LGBTQIA+ community in a lively and engaging setting.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ungalower.com/2026/08/04/orlando-fringe-brings-out-fest-back-after-last-years-cancellation/" TargetMode="External"/><Relationship Id="rId10" Type="http://schemas.openxmlformats.org/officeDocument/2006/relationships/hyperlink" Target="https://www.orlandofringe.org/orlando-out-fest" TargetMode="External"/><Relationship Id="rId11" Type="http://schemas.openxmlformats.org/officeDocument/2006/relationships/hyperlink" Target="https://www.orlandoweekly.com/arts/orlando-fringe-announces-first-ever-out-fest-highlighting-lgbtq-artists-36353905/" TargetMode="External"/><Relationship Id="rId12" Type="http://schemas.openxmlformats.org/officeDocument/2006/relationships/hyperlink" Target="https://www.clickorlando.com/news/local/2024/09/19/new-orlando-fringe-arts-festival-celebrates-lgbtqia-community/" TargetMode="External"/><Relationship Id="rId13" Type="http://schemas.openxmlformats.org/officeDocument/2006/relationships/hyperlink" Target="https://www.orlandoweekly.com/arts/live-active-cultures/orlando-fringe-critics-choice-awards-capped-a-stunningly-successful-2026-festival/" TargetMode="External"/><Relationship Id="rId14" Type="http://schemas.openxmlformats.org/officeDocument/2006/relationships/hyperlink" Target="https://www.broadwayworld.com/orlando/regional/A-Big-Gay-Variety-Show---The-Center-Orlando" TargetMode="External"/><Relationship Id="rId15" Type="http://schemas.openxmlformats.org/officeDocument/2006/relationships/hyperlink" Target="https://www.broadwayworld.com/orlando/regional/Revelations---Tainted-Waters-Produc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