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of Brighton &amp; Hove Pride 2026: Stars, Sparkle and Community Impact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flocked to Preston Park as Brighton &amp; Hove Pride returned for a glittering weekend of music, icons and fundraising , a vivid celebration that blended headline glamour with local community purpose, and left the city buzzing long after the final encore.</w:t>
      </w:r>
      <w:r/>
    </w:p>
    <w:p>
      <w:r/>
      <w:r>
        <w:t>Essential Takeaways</w:t>
      </w:r>
      <w:r/>
      <w:r/>
    </w:p>
    <w:p>
      <w:pPr>
        <w:pStyle w:val="ListBullet"/>
        <w:spacing w:line="240" w:lineRule="auto"/>
        <w:ind w:left="720"/>
      </w:pPr>
      <w:r/>
      <w:r>
        <w:rPr>
          <w:b/>
        </w:rPr>
        <w:t>Headline draw:</w:t>
      </w:r>
      <w:r>
        <w:t xml:space="preserve"> Diana Ross closed the festival on Sunday with multiple outfit changes, classics and a special song, delivering a show with a nostalgic, triumphant feel.</w:t>
      </w:r>
      <w:r/>
    </w:p>
    <w:p>
      <w:pPr>
        <w:pStyle w:val="ListBullet"/>
        <w:spacing w:line="240" w:lineRule="auto"/>
        <w:ind w:left="720"/>
      </w:pPr>
      <w:r/>
      <w:r>
        <w:rPr>
          <w:b/>
        </w:rPr>
        <w:t>Icon moments:</w:t>
      </w:r>
      <w:r>
        <w:t xml:space="preserve"> Paris Hilton took the icon slot, performing covers and Stars Are Blind in a diamanté Union Jack dress that felt deliberately theatrical.</w:t>
      </w:r>
      <w:r/>
    </w:p>
    <w:p>
      <w:pPr>
        <w:pStyle w:val="ListBullet"/>
        <w:spacing w:line="240" w:lineRule="auto"/>
        <w:ind w:left="720"/>
      </w:pPr>
      <w:r/>
      <w:r>
        <w:rPr>
          <w:b/>
        </w:rPr>
        <w:t>Day one highlights:</w:t>
      </w:r>
      <w:r>
        <w:t xml:space="preserve"> Jessie J, RuPaul, Leigh-Anne, G-Flip and Raye delivered club-ready energy and pop heart, with Raye closing Saturday on a high note.</w:t>
      </w:r>
      <w:r/>
    </w:p>
    <w:p>
      <w:pPr>
        <w:pStyle w:val="ListBullet"/>
        <w:spacing w:line="240" w:lineRule="auto"/>
        <w:ind w:left="720"/>
      </w:pPr>
      <w:r/>
      <w:r>
        <w:rPr>
          <w:b/>
        </w:rPr>
        <w:t>Varied bill:</w:t>
      </w:r>
      <w:r>
        <w:t xml:space="preserve"> The lineup mixed legacy performers, chart acts and club culture names , Mel C even dropped a DJ set , so there was something for every Pride palate.</w:t>
      </w:r>
      <w:r/>
    </w:p>
    <w:p>
      <w:pPr>
        <w:pStyle w:val="ListBullet"/>
        <w:spacing w:line="240" w:lineRule="auto"/>
        <w:ind w:left="720"/>
      </w:pPr>
      <w:r/>
      <w:r>
        <w:rPr>
          <w:b/>
        </w:rPr>
        <w:t>Community focus:</w:t>
      </w:r>
      <w:r>
        <w:t xml:space="preserve"> Pride on the Park remains Brighton’s official fundraiser for local LGBTQ+ groups, keeping the weekend firmly rooted in charity and activism.</w:t>
      </w:r>
      <w:r/>
      <w:r/>
    </w:p>
    <w:p>
      <w:pPr>
        <w:pStyle w:val="Heading2"/>
      </w:pPr>
      <w:r>
        <w:t>Diana Ross closed with glamour , and a bespoke moment</w:t>
      </w:r>
      <w:r/>
    </w:p>
    <w:p>
      <w:r/>
      <w:r>
        <w:t>Diana Ross’s headline set was the kind of finale that made the whole weekend feel cinematic, with outfit changes and one of those songs written specifically for the crowd. The performance landed as a heartfelt nod to Motown’s golden era, and to the festival’s history of championing queer joy. According to local coverage, the crowd responded with warm, nostalgic enthusiasm , a reminder that legacy acts still bring deep emotional resonance. If you were there, expect a blend of choreography, costume drama and singalongs.</w:t>
      </w:r>
      <w:r/>
    </w:p>
    <w:p>
      <w:pPr>
        <w:pStyle w:val="Heading2"/>
      </w:pPr>
      <w:r>
        <w:t>Paris Hilton brought camp, charisma and a Union Jack</w:t>
      </w:r>
      <w:r/>
    </w:p>
    <w:p>
      <w:r/>
      <w:r>
        <w:t>Paris Hilton’s icon slot leant into costume and crowd-pleasing familiarity, performing a mix of covers and her signature Stars Are Blind while decked out in a diamanté Union Jack dress and matching boots. The set felt designed for spectacle , playful, glamorous and a little cheeky , which is exactly what an icon moment should be. For festival planners, her appearance underscores a trend towards pairing nostalgia acts with high-visibility pop culture names to broaden appeal.</w:t>
      </w:r>
      <w:r/>
    </w:p>
    <w:p>
      <w:pPr>
        <w:pStyle w:val="Heading2"/>
      </w:pPr>
      <w:r>
        <w:t>Saturday served pop, performance and club energy</w:t>
      </w:r>
      <w:r/>
    </w:p>
    <w:p>
      <w:r/>
      <w:r>
        <w:t>Day one of Pride on the Park packed in big-chart names and queer cultural figures: Jessie J, RuPaul, Leigh-Anne and G-Flip, with Raye closing out Saturday. Raye’s set included her biggest hits and landed with intensity that balanced the breezier, party-focused moments elsewhere. The mix of established pop stars and DJs keeps the weekend feeling both relevant and celebratory , perfect if you like your Pride packed with hits, dramatic vocal moments and a dash of runway-ready flair.</w:t>
      </w:r>
      <w:r/>
    </w:p>
    <w:p>
      <w:pPr>
        <w:pStyle w:val="Heading2"/>
      </w:pPr>
      <w:r>
        <w:t>DJs, club culture and crossover acts kept the tempo high</w:t>
      </w:r>
      <w:r/>
    </w:p>
    <w:p>
      <w:r/>
      <w:r>
        <w:t>The festival didn’t rely on vocal acts alone. Mel C’s DJ set and other club-focused bookings pulled in rave-ready energy, creating spaces where late-summer dancing felt inevitable. Industry write-ups flagged this as part of a larger shift: PAs that blend live acts with club culture attract younger crowds and extend the festival’s after-dark vibe. If you’re choosing your Pride weekend, check the daytime line-up versus the club slots , it’ll help you plan whether you want singalongs, front-row pop or a late-night dancefloor.</w:t>
      </w:r>
      <w:r/>
    </w:p>
    <w:p>
      <w:pPr>
        <w:pStyle w:val="Heading2"/>
      </w:pPr>
      <w:r>
        <w:t>Why the fundraising angle still matters</w:t>
      </w:r>
      <w:r/>
    </w:p>
    <w:p>
      <w:r/>
      <w:r>
        <w:t>Pride on the Park is Brighton’s official fundraiser for local LGBTQ+ community groups, and that purpose was woven through the weekend. Big-name bookings raise profile and ticket sales, sure, but they also translate into vital cash for grassroots organisations. Local reporting has emphasised that the event’s community remit keeps it anchored, even as headline acts grab national headlines. If you’re attending future events, look out for stallholders and charity partners on-site , it’s an easy, meaningful way to deepen your Pride experience.</w:t>
      </w:r>
      <w:r/>
    </w:p>
    <w:p>
      <w:r/>
      <w:r>
        <w:t>It's a weekend that proves big-name glamour and community heart can coexist , and that sometimes the best encore is the work that happens after the stage lights go down.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[7]</w:t>
        </w:r>
      </w:hyperlink>
      <w:r>
        <w:t xml:space="preserve">, </w:t>
      </w:r>
      <w:hyperlink r:id="rId11">
        <w:r>
          <w:rPr>
            <w:color w:val="0000EE"/>
            <w:u w:val="single"/>
          </w:rPr>
          <w:t>[4]</w:t>
        </w:r>
      </w:hyperlink>
      <w:r>
        <w:t xml:space="preserve">- Paragraph 3: </w:t>
      </w:r>
      <w:hyperlink r:id="rId13">
        <w:r>
          <w:rPr>
            <w:color w:val="0000EE"/>
            <w:u w:val="single"/>
          </w:rPr>
          <w:t>[6]</w:t>
        </w:r>
      </w:hyperlink>
      <w:r>
        <w:t xml:space="preserve">, </w:t>
      </w:r>
      <w:hyperlink r:id="rId9">
        <w:r>
          <w:rPr>
            <w:color w:val="0000EE"/>
            <w:u w:val="single"/>
          </w:rPr>
          <w:t>[1]</w:t>
        </w:r>
      </w:hyperlink>
      <w:r>
        <w:t xml:space="preserve">- Paragraph 4: </w:t>
      </w:r>
      <w:hyperlink r:id="rId14">
        <w:r>
          <w:rPr>
            <w:color w:val="0000EE"/>
            <w:u w:val="single"/>
          </w:rPr>
          <w:t>[3]</w:t>
        </w:r>
      </w:hyperlink>
      <w:r>
        <w:t xml:space="preserve">, </w:t>
      </w:r>
      <w:hyperlink r:id="rId10">
        <w:r>
          <w:rPr>
            <w:color w:val="0000EE"/>
            <w:u w:val="single"/>
          </w:rPr>
          <w:t>[2]</w:t>
        </w:r>
      </w:hyperlink>
      <w:r>
        <w:t xml:space="preserve">- Paragraph 5: </w:t>
      </w:r>
      <w:hyperlink r:id="rId15">
        <w:r>
          <w:rPr>
            <w:color w:val="0000EE"/>
            <w:u w:val="single"/>
          </w:rPr>
          <w:t>[5]</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https://www.theargus.co.uk/news/26431339.brighton-hove-pride-day-two-performers-pictures/?ref=rss</w:t>
        </w:r>
      </w:hyperlink>
      <w:r>
        <w:t xml:space="preserve"> - Please view link - unable to able to access data</w:t>
      </w:r>
      <w:r/>
    </w:p>
    <w:p>
      <w:pPr>
        <w:pStyle w:val="ListNumber"/>
        <w:spacing w:line="240" w:lineRule="auto"/>
        <w:ind w:left="720"/>
      </w:pPr>
      <w:r/>
      <w:hyperlink r:id="rId10">
        <w:r>
          <w:rPr>
            <w:color w:val="0000EE"/>
            <w:u w:val="single"/>
          </w:rPr>
          <w:t>https://www.skiddle.com/news/all/Brighton-Pride-On-The-Park-unveils-full-lineup/61504/</w:t>
        </w:r>
      </w:hyperlink>
      <w:r>
        <w:t xml:space="preserve"> - Skiddle reports that Brighton &amp; Hove Pride has announced the full lineup for Pride On The Park, taking place on Saturday 1st and Sunday 2nd August 2026. The event features headliners such as Paris Hilton, Melanie C, Leigh-Anne, and Holly Johnson, alongside RAYE and Diana Ross. The dance stage lineup includes The Blessed Madonna, HAAi, I.JORDAN, Hannah Wants, Bimini, Daniel Avery, Patrick Mason, and Girls Don’t Sync, with headliners Armand Van Helden and Purple Disco Machine.</w:t>
      </w:r>
      <w:r/>
    </w:p>
    <w:p>
      <w:pPr>
        <w:pStyle w:val="ListNumber"/>
        <w:spacing w:line="240" w:lineRule="auto"/>
        <w:ind w:left="720"/>
      </w:pPr>
      <w:r/>
      <w:hyperlink r:id="rId14">
        <w:r>
          <w:rPr>
            <w:color w:val="0000EE"/>
            <w:u w:val="single"/>
          </w:rPr>
          <w:t>https://www.visitbrighton.com/whats-on/brighton-and-hove-pride-p2571021</w:t>
        </w:r>
      </w:hyperlink>
      <w:r>
        <w:t xml:space="preserve"> - Visit Brighton provides details on Pride on the Park 2026, scheduled for Saturday 1st and Sunday 2nd August. The event celebrates Brighton &amp; Hove Pride’s 35th anniversary and features performances from RAYE, Jessie J, Self Esteem, Leigh-Anne, G FLIP, Moonchild Sanelly, RuPaul (DJ Set), Purple Disco Machine, Bimini, Daniel Avery, Oxylion &amp; Danger, and Patrick Mason. The Sunday lineup includes Diana Ross, FIVE, Holly Johnson, Melanie C (DJ Set), Paris Hilton (Live), Armand Van Helden, The Blessed Madonna, Girls Don’t Sync, HAAi, Hannah Wants, and I. Jordan.</w:t>
      </w:r>
      <w:r/>
    </w:p>
    <w:p>
      <w:pPr>
        <w:pStyle w:val="ListNumber"/>
        <w:spacing w:line="240" w:lineRule="auto"/>
        <w:ind w:left="720"/>
      </w:pPr>
      <w:r/>
      <w:hyperlink r:id="rId11">
        <w:r>
          <w:rPr>
            <w:color w:val="0000EE"/>
            <w:u w:val="single"/>
          </w:rPr>
          <w:t>https://www.brightonandhovenews.org/2026/06/03/diana-ross-raye-rupaul-paris-hilton-holly-johnson-many-more-booked-for-brighton-hove-pride/</w:t>
        </w:r>
      </w:hyperlink>
      <w:r>
        <w:t xml:space="preserve"> - Brighton and Hove News announces that Brighton &amp; Hove Pride has booked Diana Ross, RAYE, RuPaul, Paris Hilton, Holly Johnson, and many more for the 2026 event. The festival, celebrating its 35th birthday, is set to take place on 1st and 2nd August. The lineup includes global icon Diana Ross, the sensational RAYE, Frankie Goes To Hollywood star Holly Johnson, Spice Girl Melanie C, Leigh-Anne, Jessie J, Self Esteem, with RuPaul and Paris Hilton performing in the 2026 Icons slot.</w:t>
      </w:r>
      <w:r/>
    </w:p>
    <w:p>
      <w:pPr>
        <w:pStyle w:val="ListNumber"/>
        <w:spacing w:line="240" w:lineRule="auto"/>
        <w:ind w:left="720"/>
      </w:pPr>
      <w:r/>
      <w:hyperlink r:id="rId15">
        <w:r>
          <w:rPr>
            <w:color w:val="0000EE"/>
            <w:u w:val="single"/>
          </w:rPr>
          <w:t>https://www.brightonandhovenews.org/2026/03/26/brighton-hove-pride-announces-full-2026-line-up/</w:t>
        </w:r>
      </w:hyperlink>
      <w:r>
        <w:t xml:space="preserve"> - Brighton and Hove News reports that Brighton &amp; Hove Pride has announced its full lineup for the 2026 'Pride On The Park' event. Paris Hilton is set to headline on Sunday 2nd August, with Holly Johnson of Frankie Goes to Hollywood taking over the Legends slot. The main stage lineup also includes Leigh-Anne, G Flip, and Moonchild Sanelly, while Melanie C is set to perform a dynamic DJ set. The dance arena features The Blessed Madonna, HAAi, I.Jordan, Hannah Wants, Bimini, Daniel Avery, Patrick Mason, and Girls Don’t Sync, with headliners Armand Van Helden and Purple Disco Machine.</w:t>
      </w:r>
      <w:r/>
    </w:p>
    <w:p>
      <w:pPr>
        <w:pStyle w:val="ListNumber"/>
        <w:spacing w:line="240" w:lineRule="auto"/>
        <w:ind w:left="720"/>
      </w:pPr>
      <w:r/>
      <w:hyperlink r:id="rId13">
        <w:r>
          <w:rPr>
            <w:color w:val="0000EE"/>
            <w:u w:val="single"/>
          </w:rPr>
          <w:t>https://www.officialcharts.com/chart-news/brighton-hove-pride-pride-on-the-park-2026-lineup-tickets-buy-paris-hilton-leigh-anne/</w:t>
        </w:r>
      </w:hyperlink>
      <w:r>
        <w:t xml:space="preserve"> - Official Charts announces the full lineup for Brighton &amp; Hove Pride's 'Pride on the Park' 2026 event. Paris Hilton is set to headline on Sunday 2nd August, with Holly Johnson of Frankie Goes to Hollywood taking over the Legends slot. The main stage lineup includes Leigh-Anne, G Flip, and Melanie C, while the dance arena features The Blessed Madonna, HAAi, I.Jordan, Hannah Wants, Bimini, Daniel Avery, Patrick Mason, and Girls Don’t Sync, with headliners Armand Van Helden and Purple Disco Machine.</w:t>
      </w:r>
      <w:r/>
    </w:p>
    <w:p>
      <w:pPr>
        <w:pStyle w:val="ListNumber"/>
        <w:spacing w:line="240" w:lineRule="auto"/>
        <w:ind w:left="720"/>
      </w:pPr>
      <w:r/>
      <w:hyperlink r:id="rId12">
        <w:r>
          <w:rPr>
            <w:color w:val="0000EE"/>
            <w:u w:val="single"/>
          </w:rPr>
          <w:t>https://sussex.news/events/pride/brighton-hove-pride-2026-a-defining-line-up-blending-icons-club-culture-and-queer-futures/39087/</w:t>
        </w:r>
      </w:hyperlink>
      <w:r>
        <w:t xml:space="preserve"> - Sussex News provides an overview of Brighton &amp; Hove Pride 2026, highlighting a lineup that blends icons, club culture, and queer futures. The headliners include Diana Ross, RAYE, and Paris Hilton. The main stage and featured acts comprise Leigh-Anne, G Flip, Moonchild Sanelly, Melanie C, Holly Johnson, Jessie J, RuPaul, Self Esteem, and Five. The dance arena features Armand Van Helden, Purple Disco Machine, The Blessed Madonna, HAAi, I. Jordan, Hannah Wants, Bimini, Daniel Avery, Patrick Mason, and Girls Don’t Sync.</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31339.brighton-hove-pride-day-two-performers-pictures/?ref=rss" TargetMode="External"/><Relationship Id="rId10" Type="http://schemas.openxmlformats.org/officeDocument/2006/relationships/hyperlink" Target="https://www.skiddle.com/news/all/Brighton-Pride-On-The-Park-unveils-full-lineup/61504/" TargetMode="External"/><Relationship Id="rId11" Type="http://schemas.openxmlformats.org/officeDocument/2006/relationships/hyperlink" Target="https://www.brightonandhovenews.org/2026/06/03/diana-ross-raye-rupaul-paris-hilton-holly-johnson-many-more-booked-for-brighton-hove-pride/" TargetMode="External"/><Relationship Id="rId12" Type="http://schemas.openxmlformats.org/officeDocument/2006/relationships/hyperlink" Target="https://sussex.news/events/pride/brighton-hove-pride-2026-a-defining-line-up-blending-icons-club-culture-and-queer-futures/39087/" TargetMode="External"/><Relationship Id="rId13" Type="http://schemas.openxmlformats.org/officeDocument/2006/relationships/hyperlink" Target="https://www.officialcharts.com/chart-news/brighton-hove-pride-pride-on-the-park-2026-lineup-tickets-buy-paris-hilton-leigh-anne/" TargetMode="External"/><Relationship Id="rId14" Type="http://schemas.openxmlformats.org/officeDocument/2006/relationships/hyperlink" Target="https://www.visitbrighton.com/whats-on/brighton-and-hove-pride-p2571021" TargetMode="External"/><Relationship Id="rId15" Type="http://schemas.openxmlformats.org/officeDocument/2006/relationships/hyperlink" Target="https://www.brightonandhovenews.org/2026/03/26/brighton-hove-pride-announces-full-2026-line-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