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Real-Life LGBTQ+ Dating Events: Heyy Gay! Soirée Brings the Screen to West Hollywood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social butterflies are drifting from apps to actual conversations as Heyy Gay! took its digital dating series into real life , the inaugural Heyy Gay! Soirée in West Hollywood gathered creators, entrepreneurs and allies for a relaxed night of drinks, chats and genuine connection.</w:t>
      </w:r>
      <w:r/>
    </w:p>
    <w:p>
      <w:r/>
      <w:r>
        <w:t>Essential Takeaways</w:t>
      </w:r>
      <w:r/>
      <w:r/>
    </w:p>
    <w:p>
      <w:pPr>
        <w:pStyle w:val="ListBullet"/>
        <w:spacing w:line="240" w:lineRule="auto"/>
        <w:ind w:left="720"/>
      </w:pPr>
      <w:r/>
      <w:r>
        <w:rPr>
          <w:b/>
        </w:rPr>
        <w:t>Community-first vibe:</w:t>
      </w:r>
      <w:r>
        <w:t xml:space="preserve"> The event felt low-key and welcoming, with guests mingling easily and conversations flowing.</w:t>
      </w:r>
      <w:r/>
    </w:p>
    <w:p>
      <w:pPr>
        <w:pStyle w:val="ListBullet"/>
        <w:spacing w:line="240" w:lineRule="auto"/>
        <w:ind w:left="720"/>
      </w:pPr>
      <w:r/>
      <w:r>
        <w:rPr>
          <w:b/>
        </w:rPr>
        <w:t>Hosted by a familiar face:</w:t>
      </w:r>
      <w:r>
        <w:t xml:space="preserve"> Darren Kennedy, the show’s creator and on-screen wingman, led the evening with warmth and humour.</w:t>
      </w:r>
      <w:r/>
    </w:p>
    <w:p>
      <w:pPr>
        <w:pStyle w:val="ListBullet"/>
        <w:spacing w:line="240" w:lineRule="auto"/>
        <w:ind w:left="720"/>
      </w:pPr>
      <w:r/>
      <w:r>
        <w:rPr>
          <w:b/>
        </w:rPr>
        <w:t>Big-name partners:</w:t>
      </w:r>
      <w:r>
        <w:t xml:space="preserve"> Don Julio Tequila and Ketel One Vodka supported the soirée, supplying cocktails and a convivial atmosphere.</w:t>
      </w:r>
      <w:r/>
    </w:p>
    <w:p>
      <w:pPr>
        <w:pStyle w:val="ListBullet"/>
        <w:spacing w:line="240" w:lineRule="auto"/>
        <w:ind w:left="720"/>
      </w:pPr>
      <w:r/>
      <w:r>
        <w:rPr>
          <w:b/>
        </w:rPr>
        <w:t>Offline dating trend:</w:t>
      </w:r>
      <w:r>
        <w:t xml:space="preserve"> The gathering mirrors a wider shift away from apps toward in-person meetups that feel more organic.</w:t>
      </w:r>
      <w:r/>
    </w:p>
    <w:p>
      <w:pPr>
        <w:pStyle w:val="ListBullet"/>
        <w:spacing w:line="240" w:lineRule="auto"/>
        <w:ind w:left="720"/>
      </w:pPr>
      <w:r/>
      <w:r>
        <w:rPr>
          <w:b/>
        </w:rPr>
        <w:t>Plans to grow:</w:t>
      </w:r>
      <w:r>
        <w:t xml:space="preserve"> Organisers have announced additional soirées as the brand expands its real-world community.</w:t>
      </w:r>
      <w:r/>
      <w:r/>
    </w:p>
    <w:p>
      <w:pPr>
        <w:pStyle w:val="Heading2"/>
      </w:pPr>
      <w:r>
        <w:t>Why this soirée felt like a breath of fresh air</w:t>
      </w:r>
      <w:r/>
    </w:p>
    <w:p>
      <w:r/>
      <w:r>
        <w:t>The strongest impression was how unforced the night felt , a soft hum of laughter, a few earnest introductions, and drinks that loosened conversation rather than drowning it. According to Los Angeles Magazine coverage, there’s a growing appetite for dating formats that move people out from behind screens and into shared spaces. That’s exactly what Heyy Gay! translates from Instagram into reality, offering an alternative to swiping fatigue.</w:t>
      </w:r>
      <w:r/>
    </w:p>
    <w:p>
      <w:r/>
      <w:r>
        <w:t>How it came together is straightforward: the show’s popularity made the leap natural. The format, created and hosted by Darren Kennedy, has been presented as a digital-first dating series that champions face-to-face connection. Bringing that into a West Hollywood coffee-and-cocktails setting felt like a smart next step, and attendees seemed to appreciate the chance to meet without the pressure of a profile or a message thread.</w:t>
      </w:r>
      <w:r/>
    </w:p>
    <w:p>
      <w:pPr>
        <w:pStyle w:val="Heading2"/>
      </w:pPr>
      <w:r>
        <w:t>The host makes the difference</w:t>
      </w:r>
      <w:r/>
    </w:p>
    <w:p>
      <w:r/>
      <w:r>
        <w:t>Darren Kennedy’s presence gave the soirée a familiar, friendly centre. People knew the concept from the show and turned up ready to be open and playful rather than performative. Kennedy’s line about creating opportunities for “real connection” is exactly the ethos guides these evenings, and it shows , guests were introducers as much as participants, helping conversations start and stick.</w:t>
      </w:r>
      <w:r/>
    </w:p>
    <w:p>
      <w:r/>
      <w:r>
        <w:t>For anyone thinking of hosting something similar, pick a host who’s credible and casual. A known face gives permission for strangers to say hello.</w:t>
      </w:r>
      <w:r/>
    </w:p>
    <w:p>
      <w:pPr>
        <w:pStyle w:val="Heading2"/>
      </w:pPr>
      <w:r>
        <w:t>Drinks, partnerships and atmosphere matter</w:t>
      </w:r>
      <w:r/>
    </w:p>
    <w:p>
      <w:r/>
      <w:r>
        <w:t>Brand partners Don Julio and Ketel One weren’t just logo placements , their backing produced a measured, grown-up party vibe that kept the room lively but easy. Industry events like this benefit from partners who understand the desired tone: cocktails that are well-made, a venue that feels intimate yet public, and staff who can keep things humming without interrupting conversation.</w:t>
      </w:r>
      <w:r/>
    </w:p>
    <w:p>
      <w:r/>
      <w:r>
        <w:t>If you’re planning to attend a future soirée, aim for an arrival time when the crowd’s still forming. Early arrivals tend to meet other early birds and have the room to themselves before the peak chatter arrives.</w:t>
      </w:r>
      <w:r/>
    </w:p>
    <w:p>
      <w:pPr>
        <w:pStyle w:val="Heading2"/>
      </w:pPr>
      <w:r>
        <w:t>This is part of a bigger romance reset</w:t>
      </w:r>
      <w:r/>
    </w:p>
    <w:p>
      <w:r/>
      <w:r>
        <w:t>Coverage in outlets such as Los Angeles Magazine suggests Heyy Gay!’s move isn’t isolated. Pride season and a greater cultural nudge toward authenticity have encouraged creators to stage in-person experiences that build community, not just content. Events listed around West Hollywood and wider Pride programming show that audiences are seeking real-world contexts to meet and mingle.</w:t>
      </w:r>
      <w:r/>
    </w:p>
    <w:p>
      <w:r/>
      <w:r>
        <w:t>That trend matters because apps are fine for convenience, but they can’t replicate the chemistry of standing next to someone with a drink in their hand, laughing at the same joke. For queer communities especially, those shared public spaces can be affirming in a way a direct message never is.</w:t>
      </w:r>
      <w:r/>
    </w:p>
    <w:p>
      <w:pPr>
        <w:pStyle w:val="Heading2"/>
      </w:pPr>
      <w:r>
        <w:t>How to get the most from a Heyy Gay!-style soirée</w:t>
      </w:r>
      <w:r/>
    </w:p>
    <w:p>
      <w:r/>
      <w:r>
        <w:t>Show up curious, not performative. Leave your pitch at the door and be ready to listen. Dress for comfort rather than spectacle; people notice ease more than flash. If you’re shy, come with a friend to anchor you, or set a small goal , meet three new people, or stay for one hour only. And yes, follow the show on Instagram to catch future dates and photo recaps.</w:t>
      </w:r>
      <w:r/>
    </w:p>
    <w:p>
      <w:r/>
      <w:r>
        <w:t>These gatherings are less about instant romance and more about expanding your network of friends and potential dates in a relaxed, human-centred way.</w:t>
      </w:r>
      <w:r/>
    </w:p>
    <w:p>
      <w:r/>
      <w:r>
        <w:t>It's a small change that can make every conversation feel more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[4]</w:t>
        </w:r>
      </w:hyperlink>
      <w:r>
        <w:t xml:space="preserve">- Paragraph 6: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https://fashionweekdaily.com/heyy-gay-summer-soiree-west-hollywood/</w:t>
        </w:r>
      </w:hyperlink>
      <w:r>
        <w:t xml:space="preserve"> - Please view link - unable to able to access data</w:t>
      </w:r>
      <w:r/>
    </w:p>
    <w:p>
      <w:pPr>
        <w:pStyle w:val="ListNumber"/>
        <w:spacing w:line="240" w:lineRule="auto"/>
        <w:ind w:left="720"/>
      </w:pPr>
      <w:r/>
      <w:hyperlink r:id="rId10">
        <w:r>
          <w:rPr>
            <w:color w:val="0000EE"/>
            <w:u w:val="single"/>
          </w:rPr>
          <w:t>https://lamag.com/lgbtq/pride-month-sees-a-real-world-romance-reset-with-new-lgbtq-dating-show/</w:t>
        </w:r>
      </w:hyperlink>
      <w:r>
        <w:t xml:space="preserve"> - The article discusses the launch of 'Heyy Gay!', a new LGBTQ+ dating show that encourages real-life encounters over online dating apps. Hosted by Darren Kennedy and produced by MixTape Content House, the show premiered on June 14, 2026, releasing new episodes weekly on Instagram and YouTube. The series aims to foster genuine connections within the gay community by moving beyond digital platforms. In each episode, Kennedy interacts with a dater to understand their personality and then seeks a match, potentially setting up a dinner date. The show has garnered attention for its unique approach to dating, focusing on immediate post-meeting interactions rather than online profiles. Kennedy, known for his work on various television platforms, brings his experience to the show, emphasizing the need for more human and playful connections in today's dating scene. The article highlights the show's mission to create spaces where individuals can meet, chat, and enjoy each other's company without the pressures of dating apps.</w:t>
      </w:r>
      <w:r/>
    </w:p>
    <w:p>
      <w:pPr>
        <w:pStyle w:val="ListNumber"/>
        <w:spacing w:line="240" w:lineRule="auto"/>
        <w:ind w:left="720"/>
      </w:pPr>
      <w:r/>
      <w:hyperlink r:id="rId11">
        <w:r>
          <w:rPr>
            <w:color w:val="0000EE"/>
            <w:u w:val="single"/>
          </w:rPr>
          <w:t>https://ra.co/events/2178215</w:t>
        </w:r>
      </w:hyperlink>
      <w:r>
        <w:t xml:space="preserve"> - This event, titled 'COOKIE presents: Outloud After Dark', took place at The Roxy in West Hollywood on May 30, 2025. The event featured performances by Blu DeTiger (DJ Set) and KITO, with additional acts from Kaleena Zanders, Venessa Michaels, and chloe404. The event was part of The Roxy's PRIDE 2025 series, highlighting LGBTQ+ talent in the heart of West Hollywood. A portion of the ticket sales was donated to the Los Angeles LGBT Center, supporting its mission to provide services to the LGBTQ+ community. The event aimed to celebrate and promote LGBTQ+ culture through music and community engagement.</w:t>
      </w:r>
      <w:r/>
    </w:p>
    <w:p>
      <w:pPr>
        <w:pStyle w:val="ListNumber"/>
        <w:spacing w:line="240" w:lineRule="auto"/>
        <w:ind w:left="720"/>
      </w:pPr>
      <w:r/>
      <w:hyperlink r:id="rId13">
        <w:r>
          <w:rPr>
            <w:color w:val="0000EE"/>
            <w:u w:val="single"/>
          </w:rPr>
          <w:t>https://roccosweho.com/events/gtfo-fridays/</w:t>
        </w:r>
      </w:hyperlink>
      <w:r>
        <w:t xml:space="preserve"> - GTFO FRIDAYS is a weekly dance party event held every Friday night from 10 PM to 4 AM at Rocco's WeHo in West Hollywood. The event is presented by Paul Nicholls and Beau Byron, featuring rotating DJs and a vibrant atmosphere. The venue offers a no-cover charge policy for attendees aged 21 and over. The event is part of Rocco's WeHo's regular programming, which includes various themed nights and specials throughout the week, contributing to the lively LGBTQ+ nightlife scene in West Hollywood.</w:t>
      </w:r>
      <w:r/>
    </w:p>
    <w:p>
      <w:pPr>
        <w:pStyle w:val="ListNumber"/>
        <w:spacing w:line="240" w:lineRule="auto"/>
        <w:ind w:left="720"/>
      </w:pPr>
      <w:r/>
      <w:hyperlink r:id="rId14">
        <w:r>
          <w:rPr>
            <w:color w:val="0000EE"/>
            <w:u w:val="single"/>
          </w:rPr>
          <w:t>https://thebayouweho.com/pages/match-dating-site</w:t>
        </w:r>
      </w:hyperlink>
      <w:r>
        <w:t xml:space="preserve"> - The Bayou WeHo offers live gay speed dating events in West Hollywood on select Mondays. Each week, a bachelor or bachelorette goes on live, on-stage dates with single gay contestants, featuring games, drinks, and crowd energy. The events aim to foster real connections without the use of dating apps, providing a platform for individuals to meet and interact in person. The venue also offers LGBTQIA+ merchandise and serves as a hub for the local LGBTQ+ community, hosting various events and gatherings.</w:t>
      </w:r>
      <w:r/>
    </w:p>
    <w:p>
      <w:pPr>
        <w:pStyle w:val="ListNumber"/>
        <w:spacing w:line="240" w:lineRule="auto"/>
        <w:ind w:left="720"/>
      </w:pPr>
      <w:r/>
      <w:hyperlink r:id="rId15">
        <w:r>
          <w:rPr>
            <w:color w:val="0000EE"/>
            <w:u w:val="single"/>
          </w:rPr>
          <w:t>https://ra.co/events/2461560</w:t>
        </w:r>
      </w:hyperlink>
      <w:r>
        <w:t xml:space="preserve"> - QUEER INDUSTRY NIGHT is an event that took place at Employees Only LA in West Hollywood on June 15, 2026. The event celebrated its 5th year as a service industry pride party, featuring a team of LGBTQ+ bartenders from Los Angeles's best bars and music from queer DJs. A portion of the ticket proceeds was donated to APLA Health, an organization dedicated to achieving health care equity and promoting well-being for the LGBTQ+ community and people living with HIV. The event aimed to support and celebrate the queer service industry in Los Angeles.</w:t>
      </w:r>
      <w:r/>
    </w:p>
    <w:p>
      <w:pPr>
        <w:pStyle w:val="ListNumber"/>
        <w:spacing w:line="240" w:lineRule="auto"/>
        <w:ind w:left="720"/>
      </w:pPr>
      <w:r/>
      <w:hyperlink r:id="rId12">
        <w:r>
          <w:rPr>
            <w:color w:val="0000EE"/>
            <w:u w:val="single"/>
          </w:rPr>
          <w:t>https://www.out.com/events/netflix-equalpride-all-out</w:t>
        </w:r>
      </w:hyperlink>
      <w:r>
        <w:t xml:space="preserve"> - Netflix and equalpride hosted the 'All Out' event at Heart WeHo in West Hollywood on May 15, 2023. The event celebrated Netflix's inclusive LGBTQ+ reality content and the upcoming Pride season. Attendees included cast members from popular shows like 'Queer Eye', 'The Ultimatum: Queer Love', 'Selling Sunset', 'Never Have I Ever', 'RuPaul's Drag Race', and 'Glee'. The event featured performances by drag icon Alaska Thunderfuck 5000 and DJ sets from Mike Taylor, Kittens, and The Muses, contributing to the vibrant LGBTQ+ nightlife in West Hollywood.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shionweekdaily.com/heyy-gay-summer-soiree-west-hollywood/" TargetMode="External"/><Relationship Id="rId10" Type="http://schemas.openxmlformats.org/officeDocument/2006/relationships/hyperlink" Target="https://lamag.com/lgbtq/pride-month-sees-a-real-world-romance-reset-with-new-lgbtq-dating-show/" TargetMode="External"/><Relationship Id="rId11" Type="http://schemas.openxmlformats.org/officeDocument/2006/relationships/hyperlink" Target="https://ra.co/events/2178215" TargetMode="External"/><Relationship Id="rId12" Type="http://schemas.openxmlformats.org/officeDocument/2006/relationships/hyperlink" Target="https://www.out.com/events/netflix-equalpride-all-out" TargetMode="External"/><Relationship Id="rId13" Type="http://schemas.openxmlformats.org/officeDocument/2006/relationships/hyperlink" Target="https://roccosweho.com/events/gtfo-fridays/" TargetMode="External"/><Relationship Id="rId14" Type="http://schemas.openxmlformats.org/officeDocument/2006/relationships/hyperlink" Target="https://thebayouweho.com/pages/match-dating-site" TargetMode="External"/><Relationship Id="rId15" Type="http://schemas.openxmlformats.org/officeDocument/2006/relationships/hyperlink" Target="https://ra.co/events/24615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