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 Books in August 2026 — Top Queer Releases and Picks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August's bumper crop of queer fiction, nonfiction and picture books, with readers finding messy sapphic lit, tense thrillers, a gentle aro/ace picture book and more , here’s a lively guide to the standout new LGBTQ books you shouldn’t miss this month.</w:t>
      </w:r>
      <w:r/>
    </w:p>
    <w:p>
      <w:r/>
      <w:r>
        <w:t>Essential Takeaways</w:t>
      </w:r>
      <w:r/>
      <w:r/>
    </w:p>
    <w:p>
      <w:pPr>
        <w:pStyle w:val="ListBullet"/>
        <w:spacing w:line="240" w:lineRule="auto"/>
        <w:ind w:left="720"/>
      </w:pPr>
      <w:r/>
      <w:r>
        <w:rPr>
          <w:b/>
        </w:rPr>
        <w:t>Big variety:</w:t>
      </w:r>
      <w:r>
        <w:t xml:space="preserve"> 24 notable queer titles this month, from sapphic litfic to thrillers, romance and YA.</w:t>
      </w:r>
      <w:r/>
    </w:p>
    <w:p>
      <w:pPr>
        <w:pStyle w:val="ListBullet"/>
        <w:spacing w:line="240" w:lineRule="auto"/>
        <w:ind w:left="720"/>
      </w:pPr>
      <w:r/>
      <w:r>
        <w:rPr>
          <w:b/>
        </w:rPr>
        <w:t>Standout genres:</w:t>
      </w:r>
      <w:r>
        <w:t xml:space="preserve"> messy coming‑of‑age, trans mysteries, gay thrillers and paranormal MMF romance.</w:t>
      </w:r>
      <w:r/>
    </w:p>
    <w:p>
      <w:pPr>
        <w:pStyle w:val="ListBullet"/>
        <w:spacing w:line="240" w:lineRule="auto"/>
        <w:ind w:left="720"/>
      </w:pPr>
      <w:r/>
      <w:r>
        <w:rPr>
          <w:b/>
        </w:rPr>
        <w:t>Notable names:</w:t>
      </w:r>
      <w:r>
        <w:t xml:space="preserve"> Nina LaCour, Jack Silver, Malavika Kannan and Mason Deaver among the highlights.</w:t>
      </w:r>
      <w:r/>
    </w:p>
    <w:p>
      <w:pPr>
        <w:pStyle w:val="ListBullet"/>
        <w:spacing w:line="240" w:lineRule="auto"/>
        <w:ind w:left="720"/>
      </w:pPr>
      <w:r/>
      <w:r>
        <w:rPr>
          <w:b/>
        </w:rPr>
        <w:t>Tone and texture:</w:t>
      </w:r>
      <w:r>
        <w:t xml:space="preserve"> books range from cosy seaside vampire mysteries to tense, Yellowface‑adjacent literary thrillers.</w:t>
      </w:r>
      <w:r/>
    </w:p>
    <w:p>
      <w:pPr>
        <w:pStyle w:val="ListBullet"/>
        <w:spacing w:line="240" w:lineRule="auto"/>
        <w:ind w:left="720"/>
      </w:pPr>
      <w:r/>
      <w:r>
        <w:rPr>
          <w:b/>
        </w:rPr>
        <w:t>Practical read tips:</w:t>
      </w:r>
      <w:r>
        <w:t xml:space="preserve"> expect second‑chance romance on a cruise, historical sapphic drama and an aro/ace picture book for younger readers.</w:t>
      </w:r>
      <w:r/>
      <w:r/>
    </w:p>
    <w:p>
      <w:pPr>
        <w:pStyle w:val="Heading2"/>
      </w:pPr>
      <w:r>
        <w:t>August’s queer list feels like a festival , messy, warm and a little bit dramatic</w:t>
      </w:r>
      <w:r/>
    </w:p>
    <w:p>
      <w:r/>
      <w:r>
        <w:t>If you like books that wear their feeling on their sleeve, you’re in luck. The month’s list leans into emotional, complicated stories , messy sapphic lit that resists tidy endings, coming‑of‑age novels that taste like late nights and lukewarm coffee, and relationships that fumble and repair in very human ways. The Book Riot roundup collected two dozen titles that prove publishers are still betting on nuanced queer voices across genres. For readers who love texture and emotional risk, August is generous.</w:t>
      </w:r>
      <w:r/>
    </w:p>
    <w:p>
      <w:r/>
      <w:r>
        <w:t>Context: publishing calendars usually ease off in late summer, but this year queer books popped up across the board. For shoppers, that means choices: a trans woman mystery one day, a paranormal MMF romp the next. My tip: pick one mood‑driven book and one lighter read so you can shift pace between chapters.</w:t>
      </w:r>
      <w:r/>
    </w:p>
    <w:p>
      <w:pPr>
        <w:pStyle w:val="Heading2"/>
      </w:pPr>
      <w:r>
        <w:t>Messy sapphic litfic and historical love stories , Nina LaCour leads the quiet, aching end of the spectrum</w:t>
      </w:r>
      <w:r/>
    </w:p>
    <w:p>
      <w:r/>
      <w:r>
        <w:t>Literary sapphic work takes centre stage with titles that favour interiority and slow revelation. Nina LaCour’s historical novel set in 1944 New Orleans centres on sisters and buried desire, showing how secrecy and survival tangle across decades. These books feel tactile , gardens, kitchens, houses that creak with memory , and they reward readers who savour atmosphere and restraint.</w:t>
      </w:r>
      <w:r/>
    </w:p>
    <w:p>
      <w:r/>
      <w:r>
        <w:t>Why it matters: sapphic litfic often captures social nuance and emotional consequence in ways romcoms don’t. If you want a book that lingers after the last page, start here. Practical buying tip: look for editions with notes or author interviews if you enjoy contextual essays about inspiration and setting.</w:t>
      </w:r>
      <w:r/>
    </w:p>
    <w:p>
      <w:pPr>
        <w:pStyle w:val="Heading2"/>
      </w:pPr>
      <w:r>
        <w:t>Thrillers and literary suspense , from Yellowface‑adjacent hooks to cold‑case trans detective stories</w:t>
      </w:r>
      <w:r/>
    </w:p>
    <w:p>
      <w:r/>
      <w:r>
        <w:t>Thrillers this month skew sharp and morally tangled. One standout riffs on the uneasy territory of cultural appropriation and literary theft, recalling the razor‑edged energy of Yellowface. Another puts a trans detective in a cold‑case unit, where professional competence collides with institutional bias and personal history.</w:t>
      </w:r>
      <w:r/>
    </w:p>
    <w:p>
      <w:r/>
      <w:r>
        <w:t>Readers who love tense, ethically fraught plots should pay attention: expect unreliable narrators, secrets that escalate quickly and ethical questions that don't resolve neatly. If you buy thrillers for commute reads, choose the sharper, page‑turning titles; if you want something more reflective, try the slow‑burn mystery.</w:t>
      </w:r>
      <w:r/>
    </w:p>
    <w:p>
      <w:pPr>
        <w:pStyle w:val="Heading2"/>
      </w:pPr>
      <w:r>
        <w:t>Romance picks , forced proximity, second chances and queer domestic life</w:t>
      </w:r>
      <w:r/>
    </w:p>
    <w:p>
      <w:r/>
      <w:r>
        <w:t>Romance fans get plenty to swipe right on: a second‑chance M/M romance that plays out on a cramped cruise ship, plus sapphic domestic drama involving pro athletes and marriage in trouble. These are romances built on character work , reunion, the strain of touring life, reconnection after loss.</w:t>
      </w:r>
      <w:r/>
    </w:p>
    <w:p>
      <w:r/>
      <w:r>
        <w:t>Practical insight: pay attention to character notes and trigger warnings on listings, especially where long histories of trauma, addiction or medical issues appear. For beach reading, the cruise romance offers escapism; for a deeper emotional workout, the marriage‑in‑crisis title delivers.</w:t>
      </w:r>
      <w:r/>
    </w:p>
    <w:p>
      <w:pPr>
        <w:pStyle w:val="Heading2"/>
      </w:pPr>
      <w:r>
        <w:t>Paranormal, fantasy and queer speculative , vampires, devourers and wraiths make for odd, lovable chaos</w:t>
      </w:r>
      <w:r/>
    </w:p>
    <w:p>
      <w:r/>
      <w:r>
        <w:t>If you want something weird and fun, August brings paranormal entries that mix humour with menace: a cosy vampire mystery set in Italy with a talking cat, and a new paranormal MMF series featuring an ancient devourer who gets entangled with mortals. These books are playful in tone but often attach serious stakes to supernatural bonds.</w:t>
      </w:r>
      <w:r/>
    </w:p>
    <w:p>
      <w:r/>
      <w:r>
        <w:t>Trend note: queer speculative fiction continues to experiment with genre mashups, pairing romance tropes with mythic or gothic elements. If you’re new to the subgenre, try a novella or paperback first; if you adore high concept, dive into the series entries.</w:t>
      </w:r>
      <w:r/>
    </w:p>
    <w:p>
      <w:pPr>
        <w:pStyle w:val="Heading2"/>
      </w:pPr>
      <w:r>
        <w:t>Picture books and YA , aromantic and asexual representation plus lively coming‑of‑age tales</w:t>
      </w:r>
      <w:r/>
    </w:p>
    <w:p>
      <w:r/>
      <w:r>
        <w:t>August isn’t just grown‑up fare. There’s an aro/ace picture book that parents, teachers and librarians will appreciate for clear, gentle representation. YA offerings include climate‑tinged Gen Z coming‑of‑age stories where farm collectives, parasocial friendships and messy sex lives collide , vivid settings and frank, contemporary voice make these great for teen readers seeking authenticity.</w:t>
      </w:r>
      <w:r/>
    </w:p>
    <w:p>
      <w:r/>
      <w:r>
        <w:t>Buying tip for caregivers: check age recommendations and look for read‑aloud friendliness in picture‑book formats; for teens, skip‑ahead sample chapters to gauge language and content.</w:t>
      </w:r>
      <w:r/>
    </w:p>
    <w:p>
      <w:r/>
      <w:r>
        <w:t>Closing line Pick a mood, pick a genre and let August’s queer releases surprise you , there’s something here for a late‑summer weekend, an emotional deep dive or a cosy, uncanny detour.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https://bookriot.com/new-lgbtq-books-august-2026/</w:t>
        </w:r>
      </w:hyperlink>
      <w:r>
        <w:t xml:space="preserve"> - Please view link - unable to able to access data</w:t>
      </w:r>
      <w:r/>
    </w:p>
    <w:p>
      <w:pPr>
        <w:pStyle w:val="ListNumber"/>
        <w:spacing w:line="240" w:lineRule="auto"/>
        <w:ind w:left="720"/>
      </w:pPr>
      <w:r/>
      <w:hyperlink r:id="rId10">
        <w:r>
          <w:rPr>
            <w:color w:val="0000EE"/>
            <w:u w:val="single"/>
          </w:rPr>
          <w:t>https://www.romance.io/new/monthly/august-2026</w:t>
        </w:r>
      </w:hyperlink>
      <w:r>
        <w:t xml:space="preserve"> - This article presents a curated list of new romance book releases for August 2026, featuring works by authors such as Hannah Nicole Maehrer, Emily Rath, Tarah Dewitt, and others. Each book is accompanied by a brief description, highlighting its genre, themes, and unique aspects, providing readers with a comprehensive overview of the latest additions to the romance genre.</w:t>
      </w:r>
      <w:r/>
    </w:p>
    <w:p>
      <w:pPr>
        <w:pStyle w:val="ListNumber"/>
        <w:spacing w:line="240" w:lineRule="auto"/>
        <w:ind w:left="720"/>
      </w:pPr>
      <w:r/>
      <w:hyperlink r:id="rId13">
        <w:r>
          <w:rPr>
            <w:color w:val="0000EE"/>
            <w:u w:val="single"/>
          </w:rPr>
          <w:t>https://www.queerty.com/our-most-anticipated-lgbtq-books-of-2026-from-bro-fantasies-to-inspiration-prn-to-cher-20260103/</w:t>
        </w:r>
      </w:hyperlink>
      <w:r>
        <w:t xml:space="preserve"> - Queerty's article showcases a selection of the most anticipated LGBTQ+ books of 2026, ranging from bro fantasies to inspirational works and Cher-related content. The piece offers insights into upcoming releases, reflecting the diverse narratives and voices expected to emerge in the LGBTQ+ literary scene throughout the year.</w:t>
      </w:r>
      <w:r/>
    </w:p>
    <w:p>
      <w:pPr>
        <w:pStyle w:val="ListNumber"/>
        <w:spacing w:line="240" w:lineRule="auto"/>
        <w:ind w:left="720"/>
      </w:pPr>
      <w:r/>
      <w:hyperlink r:id="rId12">
        <w:r>
          <w:rPr>
            <w:color w:val="0000EE"/>
            <w:u w:val="single"/>
          </w:rPr>
          <w:t>https://www.kirkusreviews.com/book-lists/20-best-books-read-august-2026/</w:t>
        </w:r>
      </w:hyperlink>
      <w:r>
        <w:t xml:space="preserve"> - Kirkus Reviews compiles a list of 20 notable books to read in August 2026, encompassing various genres and themes. Each entry includes a brief overview, highlighting the book's significance and appeal, assisting readers in discovering noteworthy titles for their reading lists.</w:t>
      </w:r>
      <w:r/>
    </w:p>
    <w:p>
      <w:pPr>
        <w:pStyle w:val="ListNumber"/>
        <w:spacing w:line="240" w:lineRule="auto"/>
        <w:ind w:left="720"/>
      </w:pPr>
      <w:r/>
      <w:hyperlink r:id="rId14">
        <w:r>
          <w:rPr>
            <w:color w:val="0000EE"/>
            <w:u w:val="single"/>
          </w:rPr>
          <w:t>https://www.forewordreviews.com/reviews/by/publication-date/2026-08-18/</w:t>
        </w:r>
      </w:hyperlink>
      <w:r>
        <w:t xml:space="preserve"> - Foreword Reviews provides a comprehensive list of books published on August 18, 2026, featuring reviews across multiple genres. The article offers insights into the latest literary works, assisting readers in exploring new releases and making informed reading choices.</w:t>
      </w:r>
      <w:r/>
    </w:p>
    <w:p>
      <w:pPr>
        <w:pStyle w:val="ListNumber"/>
        <w:spacing w:line="240" w:lineRule="auto"/>
        <w:ind w:left="720"/>
      </w:pPr>
      <w:r/>
      <w:hyperlink r:id="rId11">
        <w:r>
          <w:rPr>
            <w:color w:val="0000EE"/>
            <w:u w:val="single"/>
          </w:rPr>
          <w:t>https://www.bookbrowse.com/coming_soon/index.cfm?xdate=1</w:t>
        </w:r>
      </w:hyperlink>
      <w:r>
        <w:t xml:space="preserve"> - BookBrowse presents a selection of the best new books publishing in August 2026, including titles like 'A Clash of Carnivores: Mastery of Monsters #2' by Liselle Sambury and 'All We Hide' by Robyn Gigl. Each book is accompanied by a brief description, providing readers with a glimpse into upcoming releases across various genres.</w:t>
      </w:r>
      <w:r/>
    </w:p>
    <w:p>
      <w:pPr>
        <w:pStyle w:val="ListNumber"/>
        <w:spacing w:line="240" w:lineRule="auto"/>
        <w:ind w:left="720"/>
      </w:pPr>
      <w:r/>
      <w:hyperlink r:id="rId15">
        <w:r>
          <w:rPr>
            <w:color w:val="0000EE"/>
            <w:u w:val="single"/>
          </w:rPr>
          <w:t>https://www.fictiondb.com/new-releases/new-books-by-month.htm?date=aug-2026</w:t>
        </w:r>
      </w:hyperlink>
      <w:r>
        <w:t xml:space="preserve"> - FictionDB offers a comprehensive list of fiction books released in August 2026, featuring new series entries, standalone novels, and upcoming titles by popular authors. The platform provides detailed information on each book, assisting readers in discovering new releases and planning their reading schedules.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okriot.com/new-lgbtq-books-august-2026/" TargetMode="External"/><Relationship Id="rId10" Type="http://schemas.openxmlformats.org/officeDocument/2006/relationships/hyperlink" Target="https://www.romance.io/new/monthly/august-2026" TargetMode="External"/><Relationship Id="rId11" Type="http://schemas.openxmlformats.org/officeDocument/2006/relationships/hyperlink" Target="https://www.bookbrowse.com/coming_soon/index.cfm?xdate=1" TargetMode="External"/><Relationship Id="rId12" Type="http://schemas.openxmlformats.org/officeDocument/2006/relationships/hyperlink" Target="https://www.kirkusreviews.com/book-lists/20-best-books-read-august-2026/" TargetMode="External"/><Relationship Id="rId13" Type="http://schemas.openxmlformats.org/officeDocument/2006/relationships/hyperlink" Target="https://www.queerty.com/our-most-anticipated-lgbtq-books-of-2026-from-bro-fantasies-to-inspiration-prn-to-cher-20260103/" TargetMode="External"/><Relationship Id="rId14" Type="http://schemas.openxmlformats.org/officeDocument/2006/relationships/hyperlink" Target="https://www.forewordreviews.com/reviews/by/publication-date/2026-08-18/" TargetMode="External"/><Relationship Id="rId15" Type="http://schemas.openxmlformats.org/officeDocument/2006/relationships/hyperlink" Target="https://www.fictiondb.com/new-releases/new-books-by-month.htm?date=aug-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