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Adult Animation: Why Jim Queen Is the Riotous Chloroqueer Hit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this wild, all‑gay animated comedy that’s been tearing up festival crowds; Jim Queen blends filthy satire, techno beats and an oddly tender heart, and it matters because it gives messy, joyful queer life the spotlight it rarely gets in adult animation.</w:t>
      </w:r>
      <w:r/>
    </w:p>
    <w:p>
      <w:r/>
      <w:r>
        <w:t>Essential Takeaways</w:t>
      </w:r>
      <w:r/>
      <w:r/>
    </w:p>
    <w:p>
      <w:pPr>
        <w:pStyle w:val="ListBullet"/>
        <w:spacing w:line="240" w:lineRule="auto"/>
        <w:ind w:left="720"/>
      </w:pPr>
      <w:r/>
      <w:r>
        <w:rPr>
          <w:b/>
        </w:rPr>
        <w:t>Festival favourite:</w:t>
      </w:r>
      <w:r>
        <w:t xml:space="preserve"> A crowd‑pleasing hit at Fantasia with high energy and loud laughs.</w:t>
      </w:r>
      <w:r/>
    </w:p>
    <w:p>
      <w:pPr>
        <w:pStyle w:val="ListBullet"/>
        <w:spacing w:line="240" w:lineRule="auto"/>
        <w:ind w:left="720"/>
      </w:pPr>
      <w:r/>
      <w:r>
        <w:rPr>
          <w:b/>
        </w:rPr>
        <w:t>Logline:</w:t>
      </w:r>
      <w:r>
        <w:t xml:space="preserve"> A Parisian gay influencer battles an STI that turns men straight while seeking a cure called "Chloroqueer."</w:t>
      </w:r>
      <w:r/>
    </w:p>
    <w:p>
      <w:pPr>
        <w:pStyle w:val="ListBullet"/>
        <w:spacing w:line="240" w:lineRule="auto"/>
        <w:ind w:left="720"/>
      </w:pPr>
      <w:r/>
      <w:r>
        <w:rPr>
          <w:b/>
        </w:rPr>
        <w:t>Tone and look:</w:t>
      </w:r>
      <w:r>
        <w:t xml:space="preserve"> Clean, cartoony animation with a Rick &amp; Morty‑adjacent aesthetic and kinetic club‑music score.</w:t>
      </w:r>
      <w:r/>
    </w:p>
    <w:p>
      <w:pPr>
        <w:pStyle w:val="ListBullet"/>
        <w:spacing w:line="240" w:lineRule="auto"/>
        <w:ind w:left="720"/>
      </w:pPr>
      <w:r/>
      <w:r>
        <w:rPr>
          <w:b/>
        </w:rPr>
        <w:t>Standout elements:</w:t>
      </w:r>
      <w:r>
        <w:t xml:space="preserve"> Outrageous satire, a show‑stealing talking prostate, and a soundtrack full of techno and house.</w:t>
      </w:r>
      <w:r/>
    </w:p>
    <w:p>
      <w:pPr>
        <w:pStyle w:val="ListBullet"/>
        <w:spacing w:line="240" w:lineRule="auto"/>
        <w:ind w:left="720"/>
      </w:pPr>
      <w:r/>
      <w:r>
        <w:rPr>
          <w:b/>
        </w:rPr>
        <w:t>Why it lands:</w:t>
      </w:r>
      <w:r>
        <w:t xml:space="preserve"> Sharp critique of clout culture and closet politics, paired with genuine queer tenderness.</w:t>
      </w:r>
      <w:r/>
      <w:r/>
    </w:p>
    <w:p>
      <w:pPr>
        <w:pStyle w:val="Heading2"/>
      </w:pPr>
      <w:r>
        <w:t>A festival riot that feels made for midnight screenings</w:t>
      </w:r>
      <w:r/>
    </w:p>
    <w:p>
      <w:r/>
      <w:r>
        <w:t>The opening night reaction at Fantasia says it all: this one is built for audience noise, gasps and belly laughs. According to coverage from the festival, Jim Queen plays like a laugh‑a‑minute riot with jokes that keep coming, and the crowd matched that manic energy. The film’s humour is filthy and fast, so expect to be startled, delighted and occasionally a bit grossed out, in the best way.</w:t>
      </w:r>
      <w:r/>
    </w:p>
    <w:p>
      <w:r/>
      <w:r>
        <w:t>Backstory-wise, the movie arrives during a moment when adult animation is loosening its ties to family fare and leaning harder into explicit, satirical storytelling. That’s good news for viewers who want sharper, queer‑led takes in the medium. If you’re planning to see it, pick a late show where people won’t whisper.</w:t>
      </w:r>
      <w:r/>
    </w:p>
    <w:p>
      <w:pPr>
        <w:pStyle w:val="Heading2"/>
      </w:pPr>
      <w:r>
        <w:t>Plot: clout, catastrophe and a very specific cure</w:t>
      </w:r>
      <w:r/>
    </w:p>
    <w:p>
      <w:r/>
      <w:r>
        <w:t>At its centre is Jim Parfait, king of the Paris gay scene, whose status implodes when "Heterosis" , a bizarre STI that flips men straight , sweeps through clubs and gyms. The stakes become personal when Jim becomes infected and his followers evaporate. He teams up with Lucien, the devoted fan hoarding memorabilia, on a frantic citywide search for a doctor promising a cure called Chloroqueer.</w:t>
      </w:r>
      <w:r/>
    </w:p>
    <w:p>
      <w:r/>
      <w:r>
        <w:t>The setup lets the film lampoon social‑media obsession and in‑group policing without losing sight of a small, human question: do you chase followers or real love? That dilemma gives the chaos a pulse, so the movie is as much about messy relationships and identity as it is about gag‑after‑gag.</w:t>
      </w:r>
      <w:r/>
    </w:p>
    <w:p>
      <w:pPr>
        <w:pStyle w:val="Heading2"/>
      </w:pPr>
      <w:r>
        <w:t>Characters and performances that stick in the head</w:t>
      </w:r>
      <w:r/>
    </w:p>
    <w:p>
      <w:r/>
      <w:r>
        <w:t>Voice performances pull this off. Reviews singled out Alex Ramirès as an ideal Jim, tracking the character’s slide from suave clout king to frazzled man on the run, while Jérémy Gillet’s Lucien brings a sweet vulnerability that anchors the jokes. Then there’s Philippe Katerine, who voices Lucien’s talking prostate and practically steals the film with bizarre, oddly profound guest lines.</w:t>
      </w:r>
      <w:r/>
    </w:p>
    <w:p>
      <w:r/>
      <w:r>
        <w:t>The characters are drawn with purposeful exaggeration , think gym chests and satin closets , so the visuals underline the satire. If you love outsider, caricatured comedy with a soul, the cast gives you that mix.</w:t>
      </w:r>
      <w:r/>
    </w:p>
    <w:p>
      <w:pPr>
        <w:pStyle w:val="Heading2"/>
      </w:pPr>
      <w:r>
        <w:t>Style, music and that club pulse</w:t>
      </w:r>
      <w:r/>
    </w:p>
    <w:p>
      <w:r/>
      <w:r>
        <w:t>Jim Queen dresses itself in club culture: the animation is sleek and punchy, and Kirosen’s score roots scenes in techno and house. Many reviewers noted the soundtrack’s jumpy energy; you’ll leave humming beats that would slot straight into a gym playlist. Visually, the film nods to queer iconography , Lucien’s satin grotto screams pageant‑level camp , so the design works as both homage and parody.</w:t>
      </w:r>
      <w:r/>
    </w:p>
    <w:p>
      <w:r/>
      <w:r>
        <w:t>From a viewer’s perspective, the film’s aesthetics help the satire land. If you’re sensitive to explicit sexual content, be warned the film is gleefully smutty, but for fans of ravey animation that leans into adult themes, it’s a highlight.</w:t>
      </w:r>
      <w:r/>
    </w:p>
    <w:p>
      <w:pPr>
        <w:pStyle w:val="Heading2"/>
      </w:pPr>
      <w:r>
        <w:t>What it means for queer cinema and where it might play next</w:t>
      </w:r>
      <w:r/>
    </w:p>
    <w:p>
      <w:r/>
      <w:r>
        <w:t>Critics and festival audiences are already saying Jim Queen does something important: it gives visibility to a wide range of queer subcultures , twinks, bears, gym queens, drag performers and more , without sanitising them. That’s why programmers at queer festivals and allied lineups should be queuing for prints. According to festival coverage, the film’s combination of provocation and heart makes it festival gold.</w:t>
      </w:r>
      <w:r/>
    </w:p>
    <w:p>
      <w:r/>
      <w:r>
        <w:t>Looking forward, expect this to travel the circuit and pop up in specialised screenings, late‑night blocks and possibly streaming homes that house edgy animation. It’s the sort of title that sparks debate, playlists and, yes, themed parties.</w:t>
      </w:r>
      <w:r/>
    </w:p>
    <w:p>
      <w:r/>
      <w:r>
        <w:t>One practical tip: if you’re bringing friends, warn them it’s loud, obscene and tender all at once; it plays best with an audience that’s ready to cheer.</w:t>
      </w:r>
      <w:r/>
    </w:p>
    <w:p>
      <w:r/>
      <w:r>
        <w:t>It's a small change that can make every chew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https://screenanarchy.com/2026/08/fantasia-2026-review-jim-queen.html</w:t>
        </w:r>
      </w:hyperlink>
      <w:r>
        <w:t xml:space="preserve"> - Please view link - unable to able to access data</w:t>
      </w:r>
      <w:r/>
    </w:p>
    <w:p>
      <w:pPr>
        <w:pStyle w:val="ListNumber"/>
        <w:spacing w:line="240" w:lineRule="auto"/>
        <w:ind w:left="720"/>
      </w:pPr>
      <w:r/>
      <w:hyperlink r:id="rId10">
        <w:r>
          <w:rPr>
            <w:color w:val="0000EE"/>
            <w:u w:val="single"/>
          </w:rPr>
          <w:t>https://www.rottentomatoes.com/m/jim_queen</w:t>
        </w:r>
      </w:hyperlink>
      <w:r>
        <w:t xml:space="preserve"> - 'Jim Queen' is an adult animated film directed by Nicolas Athané and Marco Nguyen, featuring a 91% critic score on Rotten Tomatoes. The film follows Jim Parfait, a Parisian gay icon and influencer, who contracts 'Heterosis', a virus that turns gay men straight, leading to his downfall. The animation style is compared to 'Rick &amp; Morty', and the voice cast, including Alex Ramirès and Jérémy Gillet, receive praise for their performances. The soundtrack, composed by Kirosen, adds to the film's energetic atmosphere. (</w:t>
      </w:r>
      <w:hyperlink r:id="rId16">
        <w:r>
          <w:rPr>
            <w:color w:val="0000EE"/>
            <w:u w:val="single"/>
          </w:rPr>
          <w:t>rottentomatoes.com</w:t>
        </w:r>
      </w:hyperlink>
      <w:r>
        <w:t>)</w:t>
      </w:r>
      <w:r/>
    </w:p>
    <w:p>
      <w:pPr>
        <w:pStyle w:val="ListNumber"/>
        <w:spacing w:line="240" w:lineRule="auto"/>
        <w:ind w:left="720"/>
      </w:pPr>
      <w:r/>
      <w:hyperlink r:id="rId12">
        <w:r>
          <w:rPr>
            <w:color w:val="0000EE"/>
            <w:u w:val="single"/>
          </w:rPr>
          <w:t>https://cineuropa.org/en/newsdetail/491639/</w:t>
        </w:r>
      </w:hyperlink>
      <w:r>
        <w:t xml:space="preserve"> - 'Jim Queen' is an adult animated film directed by Nicolas Athané and Marco Nguyen, co-written with Simon Balteaux and Brice Chevillard. The film centres on a fictional disease called 'heterosis', which transforms gay men into heterosexuals. It premiered in the Midnight Screenings section at the Cannes Film Festival. The story follows 'Perfect Jim', a gay icon and influencer in Paris, who contracts heterosis, leading to his world unraveling. (</w:t>
      </w:r>
      <w:hyperlink r:id="rId17">
        <w:r>
          <w:rPr>
            <w:color w:val="0000EE"/>
            <w:u w:val="single"/>
          </w:rPr>
          <w:t>cineuropa.org</w:t>
        </w:r>
      </w:hyperlink>
      <w:r>
        <w:t>)</w:t>
      </w:r>
      <w:r/>
    </w:p>
    <w:p>
      <w:pPr>
        <w:pStyle w:val="ListNumber"/>
        <w:spacing w:line="240" w:lineRule="auto"/>
        <w:ind w:left="720"/>
      </w:pPr>
      <w:r/>
      <w:hyperlink r:id="rId11">
        <w:r>
          <w:rPr>
            <w:color w:val="0000EE"/>
            <w:u w:val="single"/>
          </w:rPr>
          <w:t>https://www.flickermagazine.art/post/jim-queen-review-a-gloriously-filthy-gay-satire-with-claws</w:t>
        </w:r>
      </w:hyperlink>
      <w:r>
        <w:t xml:space="preserve"> - 'Jim Queen' is an adult animated satire that critiques the toxic hierarchies within gay male culture. Directed by Marco Nguyen and Nicolas Athané, the film is described as rude, horny, and sharp, using camp to challenge societal norms. The film's animation is compared to a glitter bomb thrown into a gay club bathroom, being loud, vulgar, chaotic, and sharper than it appears. (</w:t>
      </w:r>
      <w:hyperlink r:id="rId18">
        <w:r>
          <w:rPr>
            <w:color w:val="0000EE"/>
            <w:u w:val="single"/>
          </w:rPr>
          <w:t>flickermagazine.art</w:t>
        </w:r>
      </w:hyperlink>
      <w:r>
        <w:t>)</w:t>
      </w:r>
      <w:r/>
    </w:p>
    <w:p>
      <w:pPr>
        <w:pStyle w:val="ListNumber"/>
        <w:spacing w:line="240" w:lineRule="auto"/>
        <w:ind w:left="720"/>
      </w:pPr>
      <w:r/>
      <w:hyperlink r:id="rId13">
        <w:r>
          <w:rPr>
            <w:color w:val="0000EE"/>
            <w:u w:val="single"/>
          </w:rPr>
          <w:t>https://www.irishtimes.com/culture/film/review/2026/05/19/cannes-first-look-review-jim-queen-this-gay-influencer-animated-comedy-is-gleefully-smutty/</w:t>
        </w:r>
      </w:hyperlink>
      <w:r>
        <w:t xml:space="preserve"> - 'Jim Queen' is an animated comedy directed by Nicolas Athané and Marco Nguyen, featuring a preening Parisian gay influencer infected with 'heterosis', a virus that turns gay men straight. The film is described as a frantic barrage of jokes about gym culture, sex toys, fetishes, football obsession, and queer tribalism, delivered with crass energy and colourful animation. The film's style is compared to 'Rick and Morty', with musical flourishes and takedowns of gay and straight clichés. (</w:t>
      </w:r>
      <w:hyperlink r:id="rId19">
        <w:r>
          <w:rPr>
            <w:color w:val="0000EE"/>
            <w:u w:val="single"/>
          </w:rPr>
          <w:t>irishtimes.com</w:t>
        </w:r>
      </w:hyperlink>
      <w:r>
        <w:t>)</w:t>
      </w:r>
      <w:r/>
    </w:p>
    <w:p>
      <w:pPr>
        <w:pStyle w:val="ListNumber"/>
        <w:spacing w:line="240" w:lineRule="auto"/>
        <w:ind w:left="720"/>
      </w:pPr>
      <w:r/>
      <w:hyperlink r:id="rId14">
        <w:r>
          <w:rPr>
            <w:color w:val="0000EE"/>
            <w:u w:val="single"/>
          </w:rPr>
          <w:t>https://www.premiere.fr/film/Jim-Queen/critiques</w:t>
        </w:r>
      </w:hyperlink>
      <w:r>
        <w:t xml:space="preserve"> - 'Jim Queen' is an adult animated film directed by Nicolas Athané and Marco Nguyen, produced by Bobbypills. The film follows Jim, a gay icon and gym enthusiast in Paris, who contracts 'Heterosis' and loses his physique, aura, and followers. The film is described as crude, funny, outrageous, evocative, and deeply provoking, with a distinct heart and sharp bite. (</w:t>
      </w:r>
      <w:hyperlink r:id="rId20">
        <w:r>
          <w:rPr>
            <w:color w:val="0000EE"/>
            <w:u w:val="single"/>
          </w:rPr>
          <w:t>premiere.fr</w:t>
        </w:r>
      </w:hyperlink>
      <w:r>
        <w:t>)</w:t>
      </w:r>
      <w:r/>
    </w:p>
    <w:p>
      <w:pPr>
        <w:pStyle w:val="ListNumber"/>
        <w:spacing w:line="240" w:lineRule="auto"/>
        <w:ind w:left="720"/>
      </w:pPr>
      <w:r/>
      <w:hyperlink r:id="rId15">
        <w:r>
          <w:rPr>
            <w:color w:val="0000EE"/>
            <w:u w:val="single"/>
          </w:rPr>
          <w:t>https://www.senscritique.com/film/jim_queen/111672935/critiques</w:t>
        </w:r>
      </w:hyperlink>
      <w:r>
        <w:t xml:space="preserve"> - 'Jim Queen' is an adult animated film directed by Marco Nguyen and Nicolas Athané, produced by Bobbypills. The film is described as a rare anomaly in the French film landscape, being a queer, political, and comedic adult animation. The film uses humour to address themes such as dating apps, muscle influencers, sub-community rivalries, masculinity clichés, and the quest for social validation. The animation is described as elastic, obscene, and joyously regressive, drawing from both American adult cartoons and a newly embraced French tradition. (</w:t>
      </w:r>
      <w:hyperlink r:id="rId21">
        <w:r>
          <w:rPr>
            <w:color w:val="0000EE"/>
            <w:u w:val="single"/>
          </w:rPr>
          <w:t>senscritique.com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creenanarchy.com/2026/08/fantasia-2026-review-jim-queen.html" TargetMode="External"/><Relationship Id="rId10" Type="http://schemas.openxmlformats.org/officeDocument/2006/relationships/hyperlink" Target="https://www.rottentomatoes.com/m/jim_queen" TargetMode="External"/><Relationship Id="rId11" Type="http://schemas.openxmlformats.org/officeDocument/2006/relationships/hyperlink" Target="https://www.flickermagazine.art/post/jim-queen-review-a-gloriously-filthy-gay-satire-with-claws" TargetMode="External"/><Relationship Id="rId12" Type="http://schemas.openxmlformats.org/officeDocument/2006/relationships/hyperlink" Target="https://cineuropa.org/en/newsdetail/491639/" TargetMode="External"/><Relationship Id="rId13" Type="http://schemas.openxmlformats.org/officeDocument/2006/relationships/hyperlink" Target="https://www.irishtimes.com/culture/film/review/2026/05/19/cannes-first-look-review-jim-queen-this-gay-influencer-animated-comedy-is-gleefully-smutty/" TargetMode="External"/><Relationship Id="rId14" Type="http://schemas.openxmlformats.org/officeDocument/2006/relationships/hyperlink" Target="https://www.premiere.fr/film/Jim-Queen/critiques" TargetMode="External"/><Relationship Id="rId15" Type="http://schemas.openxmlformats.org/officeDocument/2006/relationships/hyperlink" Target="https://www.senscritique.com/film/jim_queen/111672935/critiques" TargetMode="External"/><Relationship Id="rId16" Type="http://schemas.openxmlformats.org/officeDocument/2006/relationships/hyperlink" Target="https://www.rottentomatoes.com/m/jim_queen?utm_source=openai" TargetMode="External"/><Relationship Id="rId17" Type="http://schemas.openxmlformats.org/officeDocument/2006/relationships/hyperlink" Target="https://cineuropa.org/en/newsdetail/491639/?utm_source=openai" TargetMode="External"/><Relationship Id="rId18" Type="http://schemas.openxmlformats.org/officeDocument/2006/relationships/hyperlink" Target="https://www.flickermagazine.art/post/jim-queen-review-a-gloriously-filthy-gay-satire-with-claws?utm_source=openai" TargetMode="External"/><Relationship Id="rId19" Type="http://schemas.openxmlformats.org/officeDocument/2006/relationships/hyperlink" Target="https://www.irishtimes.com/culture/film/review/2026/05/19/cannes-first-look-review-jim-queen-this-gay-influencer-animated-comedy-is-gleefully-smutty/?utm_source=openai" TargetMode="External"/><Relationship Id="rId20" Type="http://schemas.openxmlformats.org/officeDocument/2006/relationships/hyperlink" Target="https://www.premiere.fr/film/Jim-Queen/critiques?utm_source=openai" TargetMode="External"/><Relationship Id="rId21" Type="http://schemas.openxmlformats.org/officeDocument/2006/relationships/hyperlink" Target="https://www.senscritique.com/film/jim_queen/111672935/critiqu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