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Mid‑Year LGBTQIA+ Festivals and Events — Your Free Festival Guide for 2026</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party‑goers are already planning: the free Festival Guide Presented By DNA maps the best LGBTQIA+ festivals, venues and gaybourhoods across every Australian state and territory between now and the end of November, so you can spend less time organising and more time on the dancefloor.</w:t>
      </w:r>
      <w:r/>
    </w:p>
    <w:p>
      <w:r/>
      <w:r>
        <w:t>Essential Takeaways</w:t>
      </w:r>
      <w:r/>
      <w:r/>
    </w:p>
    <w:p>
      <w:pPr>
        <w:pStyle w:val="ListBullet"/>
        <w:spacing w:line="240" w:lineRule="auto"/>
        <w:ind w:left="720"/>
      </w:pPr>
      <w:r/>
      <w:r>
        <w:rPr>
          <w:b/>
        </w:rPr>
        <w:t>Free and easy:</w:t>
      </w:r>
      <w:r>
        <w:t xml:space="preserve"> The 52‑page Festival Guide is available as a free digital edition and in print at LGBTQIA+ venues and retail outlets nationwide.</w:t>
      </w:r>
      <w:r/>
    </w:p>
    <w:p>
      <w:pPr>
        <w:pStyle w:val="ListBullet"/>
        <w:spacing w:line="240" w:lineRule="auto"/>
        <w:ind w:left="720"/>
      </w:pPr>
      <w:r/>
      <w:r>
        <w:rPr>
          <w:b/>
        </w:rPr>
        <w:t>Nationwide coverage:</w:t>
      </w:r>
      <w:r>
        <w:t xml:space="preserve"> City‑by‑city listings include Melbourne, Sydney, Brisbane, Perth, Adelaide, Hobart, Darwin and Canberra with dates, ticket links and essential services.</w:t>
      </w:r>
      <w:r/>
    </w:p>
    <w:p>
      <w:pPr>
        <w:pStyle w:val="ListBullet"/>
        <w:spacing w:line="240" w:lineRule="auto"/>
        <w:ind w:left="720"/>
      </w:pPr>
      <w:r/>
      <w:r>
        <w:rPr>
          <w:b/>
        </w:rPr>
        <w:t>Highlight events:</w:t>
      </w:r>
      <w:r>
        <w:t xml:space="preserve"> Velvet Inferno at the Sydney Opera House, Hedwig &amp; The Angry Inch at MIFF, Melt Festival in Brisbane and Big Gay Day in Townsville are among featured picks.</w:t>
      </w:r>
      <w:r/>
    </w:p>
    <w:p>
      <w:pPr>
        <w:pStyle w:val="ListBullet"/>
        <w:spacing w:line="240" w:lineRule="auto"/>
        <w:ind w:left="720"/>
      </w:pPr>
      <w:r/>
      <w:r>
        <w:rPr>
          <w:b/>
        </w:rPr>
        <w:t>Perth on the rise:</w:t>
      </w:r>
      <w:r>
        <w:t xml:space="preserve"> Perth hosts PrideFEST and is flagged as the 2030 Gay Games host, signalling long‑term growth for WA’s scene.</w:t>
      </w:r>
      <w:r/>
    </w:p>
    <w:p>
      <w:pPr>
        <w:pStyle w:val="ListBullet"/>
        <w:spacing w:line="240" w:lineRule="auto"/>
        <w:ind w:left="720"/>
      </w:pPr>
      <w:r/>
      <w:r>
        <w:rPr>
          <w:b/>
        </w:rPr>
        <w:t>Visual and cultural focus:</w:t>
      </w:r>
      <w:r>
        <w:t xml:space="preserve"> The cover stars acrobat and cabaret artist Adam Malone, hinting at the guide’s mix of circus, club and queer art.</w:t>
      </w:r>
      <w:r/>
      <w:r/>
    </w:p>
    <w:p>
      <w:pPr>
        <w:pStyle w:val="Heading2"/>
      </w:pPr>
      <w:r>
        <w:t>Pick up the guide and stop juggling your calendar</w:t>
      </w:r>
      <w:r/>
    </w:p>
    <w:p>
      <w:r/>
      <w:r>
        <w:t>You can feel the relief already: coordinating travel, tickets and parties is a real slog, and DNA’s new mid‑year Festival Guide does the heavy lifting. It runs city by city so you can find what’s on where, when and how to get tickets, plus the practical bits , venues, services and gaybourhood tips that actually save time. The guide is short, punchy and free, which feels rare these days.</w:t>
      </w:r>
      <w:r/>
    </w:p>
    <w:p>
      <w:r/>
      <w:r>
        <w:t>Backstory: DNA has bundled what might otherwise be half a dozen tabs and frantic messages into one 52‑page package. If you’re the sort who hates missing out because you forgot to bookmark a sale or a show, this is the one‑stop list that gets you from planning to party.</w:t>
      </w:r>
      <w:r/>
    </w:p>
    <w:p>
      <w:r/>
      <w:r>
        <w:t>Practical tip: download the digital edition if you’re travelling or if your local venue always sells out of copies. There’s a QR code on the cover that takes you straight to the issue.</w:t>
      </w:r>
      <w:r/>
    </w:p>
    <w:p>
      <w:pPr>
        <w:pStyle w:val="Heading2"/>
      </w:pPr>
      <w:r>
        <w:t>What to book first , a few can't‑miss events</w:t>
      </w:r>
      <w:r/>
    </w:p>
    <w:p>
      <w:r/>
      <w:r>
        <w:t>If you like spectacle, Velvet Inferno at the Sydney Opera House Studio is on until 13 September and promises circus plus Studio 54 disco energy with Marcia Hines and Brendan Maclean fronting the show. Film lovers should watch for John Cameron Mitchell’s in‑person appearance at the Melbourne International Film Festival in August to present a restored 4K Hedwig &amp; The Angry Inch with live commentary. And if you want to dance into summer, Mel C is DJing at Brisbane’s Melt Festival from 21 October.</w:t>
      </w:r>
      <w:r/>
    </w:p>
    <w:p>
      <w:r/>
      <w:r>
        <w:t>DNA’s roundup is useful because it brings big, headline names together with smaller community festivals, so you can mix a glossy night out with something grassroots. If you’re trying to choose, think about the vibe: theatrical and glossy, intimate and queer‑first, or full‑on rave.</w:t>
      </w:r>
      <w:r/>
    </w:p>
    <w:p>
      <w:r/>
      <w:r>
        <w:t>Quick decision guide: pick a genre first , theatre, film, DJ sets , then check nearby gaybourhood events so you can stretch the night out.</w:t>
      </w:r>
      <w:r/>
    </w:p>
    <w:p>
      <w:pPr>
        <w:pStyle w:val="Heading2"/>
      </w:pPr>
      <w:r>
        <w:t>Big Gay Day moved , the calendar is shifting</w:t>
      </w:r>
      <w:r/>
    </w:p>
    <w:p>
      <w:r/>
      <w:r>
        <w:t>Not everything sticks to the same dates each year. Big Gay Day has shifted off its traditional May slot this year to Sunday 4 October at The Wickham, which is the kind of scheduling change you need to know about early. Feast Festival in Adelaide still takes over November as it has since 1997, which is handy if you plan a spring road trip.</w:t>
      </w:r>
      <w:r/>
    </w:p>
    <w:p>
      <w:r/>
      <w:r>
        <w:t>Festival organisers are clearly adapting to new rhythms and audiences, and DNA’s guide flags these calendar changes so you don’t show up a month early. Pro tip: set calendar alerts as soon as you spot moved dates , that’s saved more than one friendship.</w:t>
      </w:r>
      <w:r/>
    </w:p>
    <w:p>
      <w:pPr>
        <w:pStyle w:val="Heading2"/>
      </w:pPr>
      <w:r>
        <w:t>Perth is playing the long game , why that matters</w:t>
      </w:r>
      <w:r/>
    </w:p>
    <w:p>
      <w:r/>
      <w:r>
        <w:t>Perth’s PrideFEST closes with the Northbridge parade on 28 November, but the guide also points further ahead: Perth won the 2030 Gay Games, making it the first Australian host since Sydney in 2002. That’s a big signal , infrastructure, visibility and tourism all get a boost when a city wins a global event.</w:t>
      </w:r>
      <w:r/>
    </w:p>
    <w:p>
      <w:r/>
      <w:r>
        <w:t>It’s worth watching Perth for longer runs and venue investment. Connections in Northbridge, opened in 1975, still holds the title of Australia’s longest‑running nightclub , a reassuring anchor for any nightlife scene.</w:t>
      </w:r>
      <w:r/>
    </w:p>
    <w:p>
      <w:r/>
      <w:r>
        <w:t>Practical takeaway: if you’re considering a festival pilgrimage, Perth might reward an early visit now that it’s on the international map.</w:t>
      </w:r>
      <w:r/>
    </w:p>
    <w:p>
      <w:pPr>
        <w:pStyle w:val="Heading2"/>
      </w:pPr>
      <w:r>
        <w:t>The guide’s look and feel , culture meets clubbing</w:t>
      </w:r>
      <w:r/>
    </w:p>
    <w:p>
      <w:r/>
      <w:r>
        <w:t>On the cover is Adam Malone, an acrobat and cabaret artist shot mid‑action, which says a lot about the guide’s mix: circus, cabaret and queer performance alongside parties and parades. That variety is useful , sometimes you want a sweaty dancefloor, sometimes a mesmerising live act.</w:t>
      </w:r>
      <w:r/>
    </w:p>
    <w:p>
      <w:r/>
      <w:r>
        <w:t>DNA’s approach feels celebratory rather than purely transactional. There are useful service listings, ticket links and neighbourhood recommendations, but it still reads like a love letter to local scenes.</w:t>
      </w:r>
      <w:r/>
    </w:p>
    <w:p>
      <w:r/>
      <w:r>
        <w:t>Reader tip: if you’re scouting new venues, use the guide to pick one new spot per trip and treat it like a mini‑adventure.</w:t>
      </w:r>
      <w:r/>
    </w:p>
    <w:p>
      <w:r/>
      <w:r>
        <w:t>It's a small change that can make every festival plan feel easier and more fun.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[1]</w:t>
        </w:r>
      </w:hyperlink>
      <w:r>
        <w:t xml:space="preserve">, </w:t>
      </w:r>
      <w:hyperlink r:id="rId12">
        <w:r>
          <w:rPr>
            <w:color w:val="0000EE"/>
            <w:u w:val="single"/>
          </w:rPr>
          <w:t>[6]</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https://www.dnamagazine.com.au/festival-guide-presented-by-dna-mid-year-2026/</w:t>
        </w:r>
      </w:hyperlink>
      <w:r>
        <w:t xml:space="preserve"> - Please view link - unable to able to access data</w:t>
      </w:r>
      <w:r/>
    </w:p>
    <w:p>
      <w:pPr>
        <w:pStyle w:val="ListNumber"/>
        <w:spacing w:line="240" w:lineRule="auto"/>
        <w:ind w:left="720"/>
      </w:pPr>
      <w:r/>
      <w:hyperlink r:id="rId9">
        <w:r>
          <w:rPr>
            <w:color w:val="0000EE"/>
            <w:u w:val="single"/>
          </w:rPr>
          <w:t>https://www.dnamagazine.com.au/festival-guide-presented-by-dna-mid-year-2026/</w:t>
        </w:r>
      </w:hyperlink>
      <w:r>
        <w:t xml:space="preserve"> - The 'Festival Guide Presented By DNA' is a comprehensive 52-page publication mapping LGBTQIA+ events, venues, and communities across Australia from now until November. Available in physical copies at LGBTQIA+ venues and retail outlets nationwide, the guide offers detailed information on events in Melbourne, Sydney, Brisbane, Perth, Adelaide, Hobart, Darwin, and Canberra, including dates, ticket links, essential services, and recommended venues. For those unable to access physical copies, the full digital edition is available for free online, ensuring everyone can plan their participation in the vibrant LGBTQIA+ scene across the country.</w:t>
      </w:r>
      <w:r/>
    </w:p>
    <w:p>
      <w:pPr>
        <w:pStyle w:val="ListNumber"/>
        <w:spacing w:line="240" w:lineRule="auto"/>
        <w:ind w:left="720"/>
      </w:pPr>
      <w:r/>
      <w:hyperlink r:id="rId11">
        <w:r>
          <w:rPr>
            <w:color w:val="0000EE"/>
            <w:u w:val="single"/>
          </w:rPr>
          <w:t>https://www.sydneyoperahouse.com/events/whats-on/2026/velvet-inferno.html</w:t>
        </w:r>
      </w:hyperlink>
      <w:r>
        <w:t xml:space="preserve"> - Velvet Inferno is a Studio 54 tribute performance at the Sydney Opera House Studio, running until 13 September 2026. Featuring Marcia Hines and Brendan Maclean, the show combines circus and disco elements, offering a unique and immersive experience that pays homage to the iconic Studio 54 era. The performance is part of the 'Festival Guide Presented By DNA', highlighting significant LGBTQIA+ events in Australia during mid-2026.</w:t>
      </w:r>
      <w:r/>
    </w:p>
    <w:p>
      <w:pPr>
        <w:pStyle w:val="ListNumber"/>
        <w:spacing w:line="240" w:lineRule="auto"/>
        <w:ind w:left="720"/>
      </w:pPr>
      <w:r/>
      <w:hyperlink r:id="rId10">
        <w:r>
          <w:rPr>
            <w:color w:val="0000EE"/>
            <w:u w:val="single"/>
          </w:rPr>
          <w:t>https://miff.com.au/program/hedwig-and-the-angry-inch</w:t>
        </w:r>
      </w:hyperlink>
      <w:r>
        <w:t xml:space="preserve"> - John Cameron Mitchell will present a restored 4K version of 'Hedwig and the Angry Inch' with live commentary at the Melbourne International Film Festival in August 2026. This special event is featured in the 'Festival Guide Presented By DNA', showcasing notable LGBTQIA+ events in Australia during mid-2026. The film's screening offers audiences a unique opportunity to experience the cult classic with insights from its creator.</w:t>
      </w:r>
      <w:r/>
    </w:p>
    <w:p>
      <w:pPr>
        <w:pStyle w:val="ListNumber"/>
        <w:spacing w:line="240" w:lineRule="auto"/>
        <w:ind w:left="720"/>
      </w:pPr>
      <w:r/>
      <w:hyperlink r:id="rId13">
        <w:r>
          <w:rPr>
            <w:color w:val="0000EE"/>
            <w:u w:val="single"/>
          </w:rPr>
          <w:t>https://www.melt.org.au/</w:t>
        </w:r>
      </w:hyperlink>
      <w:r>
        <w:t xml:space="preserve"> - Mel C is set to DJ at Brisbane’s Melt Festival from 21 October 2026. Melt Festival is a prominent LGBTQIA+ event in Brisbane, celebrated for its vibrant atmosphere and diverse lineup of performances. The festival is highlighted in the 'Festival Guide Presented By DNA', emphasizing key LGBTQIA+ events in Australia during mid-2026. Attendees can look forward to an exciting and inclusive experience at this annual celebration.</w:t>
      </w:r>
      <w:r/>
    </w:p>
    <w:p>
      <w:pPr>
        <w:pStyle w:val="ListNumber"/>
        <w:spacing w:line="240" w:lineRule="auto"/>
        <w:ind w:left="720"/>
      </w:pPr>
      <w:r/>
      <w:hyperlink r:id="rId12">
        <w:r>
          <w:rPr>
            <w:color w:val="0000EE"/>
            <w:u w:val="single"/>
          </w:rPr>
          <w:t>https://www.biggayday.com.au/</w:t>
        </w:r>
      </w:hyperlink>
      <w:r>
        <w:t xml:space="preserve"> - Big Gay Day, a significant LGBTQIA+ event in Brisbane, has moved from its traditional May slot to Sunday 4 October 2026 at The Wickham. This change is noted in the 'Festival Guide Presented By DNA', which maps LGBTQIA+ events across Australia during mid-2026. Big Gay Day is renowned for its lively atmosphere, diverse performances, and strong community spirit, making it a highlight in Brisbane's LGBTQIA+ calendar.</w:t>
      </w:r>
      <w:r/>
    </w:p>
    <w:p>
      <w:pPr>
        <w:pStyle w:val="ListNumber"/>
        <w:spacing w:line="240" w:lineRule="auto"/>
        <w:ind w:left="720"/>
      </w:pPr>
      <w:r/>
      <w:hyperlink r:id="rId14">
        <w:r>
          <w:rPr>
            <w:color w:val="0000EE"/>
            <w:u w:val="single"/>
          </w:rPr>
          <w:t>https://feast.org.au/</w:t>
        </w:r>
      </w:hyperlink>
      <w:r>
        <w:t xml:space="preserve"> - Adelaide’s Feast Festival, a longstanding LGBTQIA+ celebration since 1997, takes place in November 2026. The festival is featured in the 'Festival Guide Presented By DNA', which outlines key LGBTQIA+ events across Australia during mid-2026. Feast Festival offers a rich program of arts, culture, and community events, reflecting Adelaide's vibrant LGBTQIA+ scene and its commitment to inclusivity and diversity.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namagazine.com.au/festival-guide-presented-by-dna-mid-year-2026/" TargetMode="External"/><Relationship Id="rId10" Type="http://schemas.openxmlformats.org/officeDocument/2006/relationships/hyperlink" Target="https://miff.com.au/program/hedwig-and-the-angry-inch" TargetMode="External"/><Relationship Id="rId11" Type="http://schemas.openxmlformats.org/officeDocument/2006/relationships/hyperlink" Target="https://www.sydneyoperahouse.com/events/whats-on/2026/velvet-inferno.html" TargetMode="External"/><Relationship Id="rId12" Type="http://schemas.openxmlformats.org/officeDocument/2006/relationships/hyperlink" Target="https://www.biggayday.com.au/" TargetMode="External"/><Relationship Id="rId13" Type="http://schemas.openxmlformats.org/officeDocument/2006/relationships/hyperlink" Target="https://www.melt.org.au/" TargetMode="External"/><Relationship Id="rId14" Type="http://schemas.openxmlformats.org/officeDocument/2006/relationships/hyperlink" Target="https://feast.org.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