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Gaze 2026 Picks: What Irish LGBTQ+ Cinema Is Serving This Summer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stories and lovers of cinema are flocking to GAZE 2026, Dublin’s flagship LGBTQ+ film festival, where a bold programme of new features, shorts and queer classics offers fresh perspectives, serious drama and joyous comedies , here's what to watch, why it matters and how to get the most from the festival.</w:t>
      </w:r>
      <w:r/>
    </w:p>
    <w:p>
      <w:r/>
      <w:r>
        <w:t>Essential Takeaways</w:t>
      </w:r>
      <w:r/>
      <w:r/>
    </w:p>
    <w:p>
      <w:pPr>
        <w:pStyle w:val="ListBullet"/>
        <w:spacing w:line="240" w:lineRule="auto"/>
        <w:ind w:left="720"/>
      </w:pPr>
      <w:r/>
      <w:r>
        <w:rPr>
          <w:b/>
        </w:rPr>
        <w:t>Big lineup:</w:t>
      </w:r>
      <w:r>
        <w:t xml:space="preserve"> GAZE 2026 returns with a curated mix of international premieres, Irish work and retrospective gems, making it a must for queer film fans.</w:t>
      </w:r>
      <w:r/>
    </w:p>
    <w:p>
      <w:pPr>
        <w:pStyle w:val="ListBullet"/>
        <w:spacing w:line="240" w:lineRule="auto"/>
        <w:ind w:left="720"/>
      </w:pPr>
      <w:r/>
      <w:r>
        <w:rPr>
          <w:b/>
        </w:rPr>
        <w:t>Practical viewing:</w:t>
      </w:r>
      <w:r>
        <w:t xml:space="preserve"> Tickets are available in bundles and single screenings; booking early usually secures the best seats and discounts.</w:t>
      </w:r>
      <w:r/>
    </w:p>
    <w:p>
      <w:pPr>
        <w:pStyle w:val="ListBullet"/>
        <w:spacing w:line="240" w:lineRule="auto"/>
        <w:ind w:left="720"/>
      </w:pPr>
      <w:r/>
      <w:r>
        <w:rPr>
          <w:b/>
        </w:rPr>
        <w:t>Accessible venues:</w:t>
      </w:r>
      <w:r>
        <w:t xml:space="preserve"> Screenings run across central Dublin venues, with a mix of daytime and evening slots , easy to fit around sightseeing or work.</w:t>
      </w:r>
      <w:r/>
    </w:p>
    <w:p>
      <w:pPr>
        <w:pStyle w:val="ListBullet"/>
        <w:spacing w:line="240" w:lineRule="auto"/>
        <w:ind w:left="720"/>
      </w:pPr>
      <w:r/>
      <w:r>
        <w:rPr>
          <w:b/>
        </w:rPr>
        <w:t>Community vibe:</w:t>
      </w:r>
      <w:r>
        <w:t xml:space="preserve"> The festival combines screenings with Q&amp;As and events, so expect warm crowds, lively talkbacks and new connections.</w:t>
      </w:r>
      <w:r/>
    </w:p>
    <w:p>
      <w:pPr>
        <w:pStyle w:val="ListBullet"/>
        <w:spacing w:line="240" w:lineRule="auto"/>
        <w:ind w:left="720"/>
      </w:pPr>
      <w:r/>
      <w:r>
        <w:rPr>
          <w:b/>
        </w:rPr>
        <w:t>Why it matters:</w:t>
      </w:r>
      <w:r>
        <w:t xml:space="preserve"> Showcasing queer stories shapes visibility, influences care and culture, and helps communities see themselves on screen.</w:t>
      </w:r>
      <w:r/>
      <w:r/>
    </w:p>
    <w:p>
      <w:pPr>
        <w:pStyle w:val="Heading2"/>
      </w:pPr>
      <w:r>
        <w:t>What to expect from GAZE 2026 , fresh films, familiar faces</w:t>
      </w:r>
      <w:r/>
    </w:p>
    <w:p>
      <w:r/>
      <w:r>
        <w:t>Gaze is back with a punchy programme that balances new voices and established talent, and you can feel the buzz as the festival rooms fill. RTE highlighted ten must-sees in the festival calendar, from intimate dramas to crowd-pleasing comedies, so there’s something for every mood. Festival-goers tell me the screenings have a close, convivial feel , expect the warm murmur of audience reactions and lively applause.</w:t>
      </w:r>
      <w:r/>
    </w:p>
    <w:p>
      <w:r/>
      <w:r>
        <w:t>The festival’s organisers have leaned into both Irish stories and global perspectives. That mix matters: local films fuel homegrown talent, while international shorts and features widen conversation about identity, representation and family. If you’re deciding what to book first, look for world or Irish premieres , they’re often accompanied by Q&amp;As with filmmakers, which are ideal if you like background on how a film was made.</w:t>
      </w:r>
      <w:r/>
    </w:p>
    <w:p>
      <w:pPr>
        <w:pStyle w:val="Heading2"/>
      </w:pPr>
      <w:r>
        <w:t>How to plan your visit , tickets, bundles and timing</w:t>
      </w:r>
      <w:r/>
    </w:p>
    <w:p>
      <w:r/>
      <w:r>
        <w:t>Ticket bundles are a popular option and they sell fast; GCN and the festival pages recommend booking early to lock in your choices. Bundles give flexibility if you want to try a mix of shorts programmes and feature films, and they can be better value than single tickets bought individually.</w:t>
      </w:r>
      <w:r/>
    </w:p>
    <w:p>
      <w:r/>
      <w:r>
        <w:t>Venues are spread around central Dublin , the Irish Film Institute and other central screens feature heavily , which makes hopping between sessions easy. Build in time for coffee or a quick bite between screenings, and check the schedule for late-night screenings if you prefer livelier crowds. If accessibility matters, check the listings for captioned screenings or venue access details before you go.</w:t>
      </w:r>
      <w:r/>
    </w:p>
    <w:p>
      <w:pPr>
        <w:pStyle w:val="Heading2"/>
      </w:pPr>
      <w:r>
        <w:t>The films that are drawing comments , standouts worth queueing for</w:t>
      </w:r>
      <w:r/>
    </w:p>
    <w:p>
      <w:r/>
      <w:r>
        <w:t>Critics and audiences are already talking about a handful of films topping the buzz list, including intimate relationship dramas and punchy documentaries. RTE’s festival preview points to both emotional weight and comic relief across the programme, so whether you want to be moved or leave grinning, you’ll find it.</w:t>
      </w:r>
      <w:r/>
    </w:p>
    <w:p>
      <w:r/>
      <w:r>
        <w:t>Short-film blocks are particularly good value , you can see a variety of styles in one sitting, and shorts often spotlight emerging talent. Festival programmers at IFI and other venues have curated queer spectrum strands that highlight diverse identities, from trans narratives to pansexual and asexual stories, making it easier to find work that speaks to your experience.</w:t>
      </w:r>
      <w:r/>
    </w:p>
    <w:p>
      <w:pPr>
        <w:pStyle w:val="Heading2"/>
      </w:pPr>
      <w:r>
        <w:t>Events beyond screenings , panels, parties and community moments</w:t>
      </w:r>
      <w:r/>
    </w:p>
    <w:p>
      <w:r/>
      <w:r>
        <w:t>GAZE isn’t just films; it’s conversations. Look out for panel discussions, filmmaker Q&amp;As and community gatherings that turn a screening into an exchange. These extras are where you’ll hear about filmmaking choices, the challenges of distribution, and how queer stories reach audiences in different countries.</w:t>
      </w:r>
      <w:r/>
    </w:p>
    <w:p>
      <w:r/>
      <w:r>
        <w:t>There’s also a social heartbeat to the festival , informal meet-ups and post-screening chats create a sense of community. If you’re attending solo, these events are the easiest way to meet people who love the same films. For press and industry attendees, networking slots are a useful window into what’s likely to tour to other festivals.</w:t>
      </w:r>
      <w:r/>
    </w:p>
    <w:p>
      <w:pPr>
        <w:pStyle w:val="Heading2"/>
      </w:pPr>
      <w:r>
        <w:t>Why GAZE matters now , visibility, services and cultural impact</w:t>
      </w:r>
      <w:r/>
    </w:p>
    <w:p>
      <w:r/>
      <w:r>
        <w:t>Film festivals like GAZE do more than entertain; they map who gets seen on screen. Festival coverage in national outlets highlights how showcasing a range of queer identities helps push public conversation forward. That matters because representation feeds into policy, health services and cultural recognition , when stories are visible, communities are easier to count and support.</w:t>
      </w:r>
      <w:r/>
    </w:p>
    <w:p>
      <w:r/>
      <w:r>
        <w:t>Looking forward, the festival’s focus on premieres and diverse programming suggests it will continue to shape Ireland’s queer cultural calendar. If you care about cinema that does more than just fill an evening, GAZE is where entertaining work meets meaningful voices.</w:t>
      </w:r>
      <w:r/>
    </w:p>
    <w:p>
      <w:r/>
      <w:r>
        <w:t>It's a small cultural outing that can expand how you see the world , and who you see in it.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[5]</w:t>
        </w:r>
      </w:hyperlink>
      <w:r>
        <w:t xml:space="preserve">- Paragraph 2: </w:t>
      </w:r>
      <w:hyperlink r:id="rId12">
        <w:r>
          <w:rPr>
            <w:color w:val="0000EE"/>
            <w:u w:val="single"/>
          </w:rPr>
          <w:t>[2]</w:t>
        </w:r>
      </w:hyperlink>
      <w:r>
        <w:t xml:space="preserve">, </w:t>
      </w:r>
      <w:hyperlink r:id="rId13">
        <w:r>
          <w:rPr>
            <w:color w:val="0000EE"/>
            <w:u w:val="single"/>
          </w:rPr>
          <w:t>[6]</w:t>
        </w:r>
      </w:hyperlink>
      <w:r>
        <w:t xml:space="preserve">- Paragraph 3: </w:t>
      </w:r>
      <w:hyperlink r:id="rId11">
        <w:r>
          <w:rPr>
            <w:color w:val="0000EE"/>
            <w:u w:val="single"/>
          </w:rPr>
          <w:t>[5]</w:t>
        </w:r>
      </w:hyperlink>
      <w:r>
        <w:t xml:space="preserve">, </w:t>
      </w:r>
      <w:hyperlink r:id="rId14">
        <w:r>
          <w:rPr>
            <w:color w:val="0000EE"/>
            <w:u w:val="single"/>
          </w:rPr>
          <w:t>[4]</w:t>
        </w:r>
      </w:hyperlink>
      <w:r>
        <w:t xml:space="preserve">- Paragraph 4: </w:t>
      </w:r>
      <w:hyperlink r:id="rId10">
        <w:r>
          <w:rPr>
            <w:color w:val="0000EE"/>
            <w:u w:val="single"/>
          </w:rPr>
          <w:t>[3]</w:t>
        </w:r>
      </w:hyperlink>
      <w:r>
        <w:t xml:space="preserve">, </w:t>
      </w:r>
      <w:hyperlink r:id="rId14">
        <w:r>
          <w:rPr>
            <w:color w:val="0000EE"/>
            <w:u w:val="single"/>
          </w:rPr>
          <w:t>[4]</w:t>
        </w:r>
      </w:hyperlink>
      <w:r>
        <w:t xml:space="preserve">- Paragraph 5: </w:t>
      </w:r>
      <w:hyperlink r:id="rId11">
        <w:r>
          <w:rPr>
            <w:color w:val="0000EE"/>
            <w:u w:val="single"/>
          </w:rPr>
          <w:t>[5]</w:t>
        </w:r>
      </w:hyperlink>
      <w:r>
        <w:t xml:space="preserve">, </w:t>
      </w:r>
      <w:hyperlink r:id="rId15">
        <w:r>
          <w:rPr>
            <w:color w:val="0000EE"/>
            <w:u w:val="single"/>
          </w:rPr>
          <w:t>[7]</w:t>
        </w:r>
      </w:hyperlink>
      <w:r>
        <w:t xml:space="preserve">- Paragraph 6: </w:t>
      </w:r>
      <w:hyperlink r:id="rId10">
        <w:r>
          <w:rPr>
            <w:color w:val="0000EE"/>
            <w:u w:val="single"/>
          </w:rPr>
          <w:t>[3]</w:t>
        </w:r>
      </w:hyperlink>
      <w:r>
        <w:t xml:space="preserve">, </w:t>
      </w:r>
      <w:hyperlink r:id="rId11">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https://meaws.com/news/irish-lgbtq-cinema-triumphs-in-gaze-2026/104737</w:t>
        </w:r>
      </w:hyperlink>
      <w:r>
        <w:t xml:space="preserve"> - Please view link - unable to able to access data</w:t>
      </w:r>
      <w:r/>
    </w:p>
    <w:p>
      <w:pPr>
        <w:pStyle w:val="ListNumber"/>
        <w:spacing w:line="240" w:lineRule="auto"/>
        <w:ind w:left="720"/>
      </w:pPr>
      <w:r/>
      <w:hyperlink r:id="rId12">
        <w:r>
          <w:rPr>
            <w:color w:val="0000EE"/>
            <w:u w:val="single"/>
          </w:rPr>
          <w:t>https://gcn.ie/gaze-2026-ticket-bundles/</w:t>
        </w:r>
      </w:hyperlink>
      <w:r>
        <w:t xml:space="preserve"> - The GAZE International LGBTQIA Film Festival has introduced ticket bundles for its 34th edition, running from July 28 to August 3, 2026. These bundles offer audiences the opportunity to experience a diverse programme of LGBTQ+ films at a reduced cost. The festival, held at venues like the Light House Cinema and the Irish Film Institute, showcases a range of films, including contemporary Brazilian cinema, queer icons, groundbreaking shorts, and powerful stories of identity and resistance. The new ticket bundles aim to make the festival more accessible and encourage attendees to explore a broader selection of films.</w:t>
      </w:r>
      <w:r/>
    </w:p>
    <w:p>
      <w:pPr>
        <w:pStyle w:val="ListNumber"/>
        <w:spacing w:line="240" w:lineRule="auto"/>
        <w:ind w:left="720"/>
      </w:pPr>
      <w:r/>
      <w:hyperlink r:id="rId10">
        <w:r>
          <w:rPr>
            <w:color w:val="0000EE"/>
            <w:u w:val="single"/>
          </w:rPr>
          <w:t>https://www.rte.ie/culture/2026/0629/1580953-gaze-returns-10-must-sees-at-the-festival-celebrating-queer-film/</w:t>
        </w:r>
      </w:hyperlink>
      <w:r>
        <w:t xml:space="preserve"> - The GAZE International LGBTQIA Film Festival has unveiled its 2026 programme, featuring a selection of notable films. Highlights include Pedro Almodóvar's 'Bitter Christmas', a melodramatic exploration of grief and creativity; 'Lesbian Lines', a documentary by Cara Holmes about volunteers who supported lesbian telephone services in Ireland from the 1970s to the 1990s; and 'Joy Boy: A Tribute To Julius Eastman', a collaborative film paying homage to the African American composer and activist. The festival runs from July 28 to August 3, 2026, at venues such as the Light House Cinema and the Irish Film Institute.</w:t>
      </w:r>
      <w:r/>
    </w:p>
    <w:p>
      <w:pPr>
        <w:pStyle w:val="ListNumber"/>
        <w:spacing w:line="240" w:lineRule="auto"/>
        <w:ind w:left="720"/>
      </w:pPr>
      <w:r/>
      <w:hyperlink r:id="rId14">
        <w:r>
          <w:rPr>
            <w:color w:val="0000EE"/>
            <w:u w:val="single"/>
          </w:rPr>
          <w:t>https://ifi.ie/2026/05/programme-announced-for-queer-spectrum-film-festival-2026-at-the-irish-film-institute/</w:t>
        </w:r>
      </w:hyperlink>
      <w:r>
        <w:t xml:space="preserve"> - The Irish Film Institute has announced the third edition of the Queer Spectrum Film Festival (QSFF), scheduled for June 12–14, 2026. As Ireland's first film festival dedicated to LGBTQIA+ people of colour and migrant voices, QSFF focuses on narratives shaped by migration, desire, nostalgia, intimacy, community, and transformation. The 2026 theme, 'Tender Migrations: Queer Journeys Through Desire, Transition, and Healing', explores how queer lives are continually reshaped across borders, generations, and identities. The festival is organised by Queer Asian Pride Ireland with support from Screen Ireland and community partners.</w:t>
      </w:r>
      <w:r/>
    </w:p>
    <w:p>
      <w:pPr>
        <w:pStyle w:val="ListNumber"/>
        <w:spacing w:line="240" w:lineRule="auto"/>
        <w:ind w:left="720"/>
      </w:pPr>
      <w:r/>
      <w:hyperlink r:id="rId11">
        <w:r>
          <w:rPr>
            <w:color w:val="0000EE"/>
            <w:u w:val="single"/>
          </w:rPr>
          <w:t>https://www.rte.ie/entertainment/2026/0721/1584392-gaze-announces-2026-film-festival-line-up/</w:t>
        </w:r>
      </w:hyperlink>
      <w:r>
        <w:t xml:space="preserve"> - The GAZE International LGBTQIA Film Festival has announced its 2026 line-up, featuring Pedro Almodóvar's 'Bitter Christmas' as the opening film. The festival, running from July 28 to August 3, 2026, at venues like the Light House Cinema and the Irish Film Institute, includes 14 feature films, six Irish shorts, and four satellite screenings. Other highlights are 'Stop! That! Train!', a comedy directed by Adam Shankman featuring RuPaul, and 'Give Me the Ball!', a documentary about tennis champion Billie Jean King. The programme also features films from countries including Argentina, Australia, Brazil, Canada, France, Germany, India, Ireland, Mexico, Spain, the UK, and the US.</w:t>
      </w:r>
      <w:r/>
    </w:p>
    <w:p>
      <w:pPr>
        <w:pStyle w:val="ListNumber"/>
        <w:spacing w:line="240" w:lineRule="auto"/>
        <w:ind w:left="720"/>
      </w:pPr>
      <w:r/>
      <w:hyperlink r:id="rId13">
        <w:r>
          <w:rPr>
            <w:color w:val="0000EE"/>
            <w:u w:val="single"/>
          </w:rPr>
          <w:t>https://dublin.ie/whats-on/listings/gaze-international-lgbtq-film-festival/</w:t>
        </w:r>
      </w:hyperlink>
      <w:r>
        <w:t xml:space="preserve"> - The GAZE International LGBTQIA Film Festival is scheduled from July 28 to August 3, 2026, at the Light House Cinema and the Irish Film Institute. Celebrating LGBTQIA+ storytelling, the festival features a selection of feature films and shorts that highlight the queer experience. Initially formed in 1992 as an underground film club, GAZE predates the legalisation of homosexuality in Ireland. The 2026 edition continues to showcase diverse and inclusive narratives, reflecting the evolving landscape of LGBTQIA+ cinema.</w:t>
      </w:r>
      <w:r/>
    </w:p>
    <w:p>
      <w:pPr>
        <w:pStyle w:val="ListNumber"/>
        <w:spacing w:line="240" w:lineRule="auto"/>
        <w:ind w:left="720"/>
      </w:pPr>
      <w:r/>
      <w:hyperlink r:id="rId15">
        <w:r>
          <w:rPr>
            <w:color w:val="0000EE"/>
            <w:u w:val="single"/>
          </w:rPr>
          <w:t>https://www.dublinguide.ie/events/gaze-international-lgbtqia-film-festival/</w:t>
        </w:r>
      </w:hyperlink>
      <w:r>
        <w:t xml:space="preserve"> - The GAZE International LGBTQIA Film Festival is set to take place from July 28 to August 3, 2026, at the Light House Cinema and the Irish Film Institute. The festival celebrates LGBTQIA+ storytelling through a selection of feature films and shorts that explore the queer experience. Established in 1992 as an underground film club, GAZE has grown to become a significant event in Dublin's cultural calendar, offering audiences a platform to engage with diverse LGBTQIA+ narratives.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eaws.com/news/irish-lgbtq-cinema-triumphs-in-gaze-2026/104737" TargetMode="External"/><Relationship Id="rId10" Type="http://schemas.openxmlformats.org/officeDocument/2006/relationships/hyperlink" Target="https://www.rte.ie/culture/2026/0629/1580953-gaze-returns-10-must-sees-at-the-festival-celebrating-queer-film/" TargetMode="External"/><Relationship Id="rId11" Type="http://schemas.openxmlformats.org/officeDocument/2006/relationships/hyperlink" Target="https://www.rte.ie/entertainment/2026/0721/1584392-gaze-announces-2026-film-festival-line-up/" TargetMode="External"/><Relationship Id="rId12" Type="http://schemas.openxmlformats.org/officeDocument/2006/relationships/hyperlink" Target="https://gcn.ie/gaze-2026-ticket-bundles/" TargetMode="External"/><Relationship Id="rId13" Type="http://schemas.openxmlformats.org/officeDocument/2006/relationships/hyperlink" Target="https://dublin.ie/whats-on/listings/gaze-international-lgbtq-film-festival/" TargetMode="External"/><Relationship Id="rId14" Type="http://schemas.openxmlformats.org/officeDocument/2006/relationships/hyperlink" Target="https://ifi.ie/2026/05/programme-announced-for-queer-spectrum-film-festival-2026-at-the-irish-film-institute/" TargetMode="External"/><Relationship Id="rId15" Type="http://schemas.openxmlformats.org/officeDocument/2006/relationships/hyperlink" Target="https://www.dublinguide.ie/events/gaze-international-lgbtqia-film-festiv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