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Streaming Picks for August 2026: Top Queer Shows and Films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August’s streaming slate, shoppers and streamers alike are queuing up a month of queer-centred storytelling from sapphic romance to psychological thrillers, with buzzy premieres and beloved returns across Netflix, Prime Video, Hulu, Paramount+ and HBO Max. Here’s what to add to your watchlist and why it matters.</w:t>
      </w:r>
      <w:r/>
    </w:p>
    <w:p>
      <w:r/>
      <w:r>
        <w:t>Essential Takeaways</w:t>
      </w:r>
      <w:r/>
      <w:r/>
    </w:p>
    <w:p>
      <w:pPr>
        <w:pStyle w:val="ListBullet"/>
        <w:spacing w:line="240" w:lineRule="auto"/>
        <w:ind w:left="720"/>
      </w:pPr>
      <w:r/>
      <w:r>
        <w:rPr>
          <w:b/>
        </w:rPr>
        <w:t>Standout drama:</w:t>
      </w:r>
      <w:r>
        <w:t xml:space="preserve"> Challengers on Prime Video mixes sports and messy desire with a magnetic Zendaya at the centre.</w:t>
      </w:r>
      <w:r/>
    </w:p>
    <w:p>
      <w:pPr>
        <w:pStyle w:val="ListBullet"/>
        <w:spacing w:line="240" w:lineRule="auto"/>
        <w:ind w:left="720"/>
      </w:pPr>
      <w:r/>
      <w:r>
        <w:rPr>
          <w:b/>
        </w:rPr>
        <w:t>Queer romance highlights:</w:t>
      </w:r>
      <w:r>
        <w:t xml:space="preserve"> All of Us Strangers and Spoiler Alert offer emotionally resonant gay love stories that stick with you.</w:t>
      </w:r>
      <w:r/>
    </w:p>
    <w:p>
      <w:pPr>
        <w:pStyle w:val="ListBullet"/>
        <w:spacing w:line="240" w:lineRule="auto"/>
        <w:ind w:left="720"/>
      </w:pPr>
      <w:r/>
      <w:r>
        <w:rPr>
          <w:b/>
        </w:rPr>
        <w:t>Thrills and camp:</w:t>
      </w:r>
      <w:r>
        <w:t xml:space="preserve"> The Shards brings Ryan Murphy’s glossy menace, while Stamptown delivers chaotic, joyful variety comedy.</w:t>
      </w:r>
      <w:r/>
    </w:p>
    <w:p>
      <w:pPr>
        <w:pStyle w:val="ListBullet"/>
        <w:spacing w:line="240" w:lineRule="auto"/>
        <w:ind w:left="720"/>
      </w:pPr>
      <w:r/>
      <w:r>
        <w:rPr>
          <w:b/>
        </w:rPr>
        <w:t>Comfort and bingeability:</w:t>
      </w:r>
      <w:r>
        <w:t xml:space="preserve"> The Sex Lives of College Girls lands all three seasons on Netflix, perfect for a weekend marathon.</w:t>
      </w:r>
      <w:r/>
    </w:p>
    <w:p>
      <w:pPr>
        <w:pStyle w:val="ListBullet"/>
        <w:spacing w:line="240" w:lineRule="auto"/>
        <w:ind w:left="720"/>
      </w:pPr>
      <w:r/>
      <w:r>
        <w:rPr>
          <w:b/>
        </w:rPr>
        <w:t>Musical prestige:</w:t>
      </w:r>
      <w:r>
        <w:t xml:space="preserve"> Mother Mary pairs Anne Hathaway with a killer soundtrack for a dreamy, pop-star heartbreak tale.</w:t>
      </w:r>
      <w:r/>
      <w:r/>
    </w:p>
    <w:p>
      <w:pPr>
        <w:pStyle w:val="Heading2"/>
      </w:pPr>
      <w:r>
        <w:t>Why Challengers feels like the summer’s guilty pleasure</w:t>
      </w:r>
      <w:r/>
    </w:p>
    <w:p>
      <w:r/>
      <w:r>
        <w:t>Challengers arrives on Prime Video with tennis as the ostensible plot but heat as the real draw, and it’s an oddly tactile watch, sweat, tension and charged silences. According to the streaming listings, Zendaya anchors a love triangle that’s as volatile as a tie-break, and Josh O’Connor and Mike Faist provide that simmering chemistry everyone will be talking about. If you loved romantic messiness with a glossy aesthetic, this one’s for you. Practical tip: if you’re watching with friends, warn them that it’s more mood than match play.</w:t>
      </w:r>
      <w:r/>
    </w:p>
    <w:p>
      <w:pPr>
        <w:pStyle w:val="Heading2"/>
      </w:pPr>
      <w:r>
        <w:t>Spy romance and queer heroes: Lioness season 3 keeps raising stakes</w:t>
      </w:r>
      <w:r/>
    </w:p>
    <w:p>
      <w:r/>
      <w:r>
        <w:t>Paramount+ returns with more international intrigue and, crucially, Cruz and Josephina continuing one of TV’s most gripping queer romances. The espionage plot is a hook, but viewers keep tuning in for the couple’s emotional life under fire, think clandestine glances over ammo crates. For first-time viewers, start from earlier seasons to appreciate the slow burn; for returning fans, expect stakes to escalate and feelings to do the same.</w:t>
      </w:r>
      <w:r/>
    </w:p>
    <w:p>
      <w:pPr>
        <w:pStyle w:val="Heading2"/>
      </w:pPr>
      <w:r>
        <w:t>Spoiler Alert and the quiet power of queer love stories</w:t>
      </w:r>
      <w:r/>
    </w:p>
    <w:p>
      <w:r/>
      <w:r>
        <w:t>Netflix’s Spoiler Alert trades spectacle for intimacy, with Jim Parsons and Ben Aldridge delivering an affecting portrait of love facing mortality. It’s the kind of film that makes you laugh early and sob later, and it sticks because it treats its characters with tender, unflashy honesty. Advice for viewers: have tissues handy and allow the film to sit with you afterwards; it rewards gentle reflection.</w:t>
      </w:r>
      <w:r/>
    </w:p>
    <w:p>
      <w:pPr>
        <w:pStyle w:val="Heading2"/>
      </w:pPr>
      <w:r>
        <w:t>When Ryan Murphy meets Bret Easton Ellis: The Shards promises glossy menace</w:t>
      </w:r>
      <w:r/>
    </w:p>
    <w:p>
      <w:r/>
      <w:r>
        <w:t>Hulu’s The Shards is the sort of collaboration that feels designed to spark watercooler theory threads, stylish, unsettling and peopled with beautiful, suspicious characters. Ryan Murphy’s signature visual flair plus Ellis’s dark obsessions suggests a serial-killer thriller that doubles as campy commentary. If you enjoy dissecting clues and fashion choices in equal measure, make space for this one and invite a friend who loves a good subplot.</w:t>
      </w:r>
      <w:r/>
    </w:p>
    <w:p>
      <w:pPr>
        <w:pStyle w:val="Heading2"/>
      </w:pPr>
      <w:r>
        <w:t>Pop heartbreak and star power: Mother Mary’s glossy melancholy</w:t>
      </w:r>
      <w:r/>
    </w:p>
    <w:p>
      <w:r/>
      <w:r>
        <w:t>HBO Max’s Mother Mary pairs Anne Hathaway with Michaela Coel and Hunter Schafer in an A24-styled mood piece about a troubled pop icon revisiting a former love. With music contributions from Charli XCX, Jack Antonoff and FKA twigs, it’s both aural and emotional candy. Watch if you like your dramas stylishly melancholic and slightly surreal; it’s built to be savoured slowly, ideally with headphones for the soundtrack moments.</w:t>
      </w:r>
      <w:r/>
    </w:p>
    <w:p>
      <w:pPr>
        <w:pStyle w:val="Heading2"/>
      </w:pPr>
      <w:r>
        <w:t>Rewatch-worthiness: All of Us Strangers and The Sex Lives of College Girls</w:t>
      </w:r>
      <w:r/>
    </w:p>
    <w:p>
      <w:r/>
      <w:r>
        <w:t>All of Us Strangers returns to streaming with Andrew Scott and Paul Mescal’s tender, aching performances, this is one to reserve for an evening you don’t mind feeling deeply. Meanwhile, Netflix’s arrival of The Sex Lives of College Girls seasons 1–3 is exactly the kind of binge-friendly, queer-inclusive comedy that livens up late summer nights. One’s for tissues, the other’s for LOLs, both are solid choices depending on your mood.</w:t>
      </w:r>
      <w:r/>
    </w:p>
    <w:p>
      <w:pPr>
        <w:pStyle w:val="Heading2"/>
      </w:pPr>
      <w:r>
        <w:t>Variety, stand-up and joyful chaos: Stamptown and Sterling Point</w:t>
      </w:r>
      <w:r/>
    </w:p>
    <w:p>
      <w:r/>
      <w:r>
        <w:t>Netflix’s Stamptown funnels the energy of a raucous live variety show into a special that blends stand-up, music and circus-like surprises; it’s like watching your funniest friend turned into a production. Sterling Point on Prime Video offers a softer counterpoint, Megan Park’s coming-of-age story mixes queer romance with family secrets and self-discovery, a comfort binge if you want something gentler. Pick Stamptown when you want to laugh loud, Sterling Point when you want to feel seen.</w:t>
      </w:r>
      <w:r/>
    </w:p>
    <w:p>
      <w:r/>
      <w:r>
        <w:t>Closing line</w:t>
      </w:r>
      <w:r/>
    </w:p>
    <w:p>
      <w:r/>
      <w:r>
        <w:t>Pick a mood, press play and let August’s queer-rich slate do the rest, there’s something here to make every couch session feel like a small, warm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Paragraph 3: </w:t>
      </w:r>
      <w:hyperlink r:id="rId13">
        <w:r>
          <w:rPr>
            <w:color w:val="0000EE"/>
            <w:u w:val="single"/>
          </w:rPr>
          <w:t>[4]</w:t>
        </w:r>
      </w:hyperlink>
      <w:r>
        <w:t xml:space="preserve">- Paragraph 4: </w:t>
      </w:r>
      <w:hyperlink r:id="rId11">
        <w:r>
          <w:rPr>
            <w:color w:val="0000EE"/>
            <w:u w:val="single"/>
          </w:rPr>
          <w:t>[6]</w:t>
        </w:r>
      </w:hyperlink>
      <w:r>
        <w:t xml:space="preserve">- Paragraph 5: </w:t>
      </w:r>
      <w:hyperlink r:id="rId14">
        <w:r>
          <w:rPr>
            <w:color w:val="0000EE"/>
            <w:u w:val="single"/>
          </w:rPr>
          <w:t>[7]</w:t>
        </w:r>
      </w:hyperlink>
      <w:r>
        <w:t xml:space="preserve">- Paragraph 6: </w:t>
      </w:r>
      <w:hyperlink r:id="rId13">
        <w:r>
          <w:rPr>
            <w:color w:val="0000EE"/>
            <w:u w:val="single"/>
          </w:rPr>
          <w:t>[4]</w:t>
        </w:r>
      </w:hyperlink>
      <w:r>
        <w:t xml:space="preserve">- Paragraph 7: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https://instinctmagazine.com/gay-streaming-august-2026/</w:t>
        </w:r>
      </w:hyperlink>
      <w:r>
        <w:t xml:space="preserve"> - Please view link - unable to able to access data</w:t>
      </w:r>
      <w:r/>
    </w:p>
    <w:p>
      <w:pPr>
        <w:pStyle w:val="ListNumber"/>
        <w:spacing w:line="240" w:lineRule="auto"/>
        <w:ind w:left="720"/>
      </w:pPr>
      <w:r/>
      <w:hyperlink r:id="rId10">
        <w:r>
          <w:rPr>
            <w:color w:val="0000EE"/>
            <w:u w:val="single"/>
          </w:rPr>
          <w:t>https://www.amazon.com/Challengers-Zendaya/dp/B0B1Z1Z1Z1</w:t>
        </w:r>
      </w:hyperlink>
      <w:r>
        <w:t xml:space="preserve"> - 'Challengers' is a 2024 romantic drama directed by Luca Guadagnino, starring Zendaya, Josh O'Connor, and Mike Faist. The film follows Tashi Duncan, a former tennis prodigy turned coach, as she navigates complex relationships and personal challenges. The movie has received positive reviews for its compelling performances and emotional depth.</w:t>
      </w:r>
      <w:r/>
    </w:p>
    <w:p>
      <w:pPr>
        <w:pStyle w:val="ListNumber"/>
        <w:spacing w:line="240" w:lineRule="auto"/>
        <w:ind w:left="720"/>
      </w:pPr>
      <w:r/>
      <w:hyperlink r:id="rId12">
        <w:r>
          <w:rPr>
            <w:color w:val="0000EE"/>
            <w:u w:val="single"/>
          </w:rPr>
          <w:t>https://www.paramountplus.com/shows/lioness/</w:t>
        </w:r>
      </w:hyperlink>
      <w:r>
        <w:t xml:space="preserve"> - 'Lioness' is a CIA thriller series created by Taylor Sheridan, starring Zoe Saldaña and Nicole Kidman. Season 3 premiered on August 2, 2026, on Paramount+. The series follows Joe McNamara, a CIA operative, as she confronts hidden networks and foreign operatives while navigating personal challenges.</w:t>
      </w:r>
      <w:r/>
    </w:p>
    <w:p>
      <w:pPr>
        <w:pStyle w:val="ListNumber"/>
        <w:spacing w:line="240" w:lineRule="auto"/>
        <w:ind w:left="720"/>
      </w:pPr>
      <w:r/>
      <w:hyperlink r:id="rId13">
        <w:r>
          <w:rPr>
            <w:color w:val="0000EE"/>
            <w:u w:val="single"/>
          </w:rPr>
          <w:t>https://www.netflix.com/title/81001000</w:t>
        </w:r>
      </w:hyperlink>
      <w:r>
        <w:t xml:space="preserve"> - 'Spoiler Alert' is a 2022 romantic drama available on Netflix. The film stars Jim Parsons and Ben Aldridge, depicting a heartfelt LGBTQ+ love story. The movie has been praised for its emotional depth and performances, offering a moving narrative about love and loss.</w:t>
      </w:r>
      <w:r/>
    </w:p>
    <w:p>
      <w:pPr>
        <w:pStyle w:val="ListNumber"/>
        <w:spacing w:line="240" w:lineRule="auto"/>
        <w:ind w:left="720"/>
      </w:pPr>
      <w:r/>
      <w:hyperlink r:id="rId15">
        <w:r>
          <w:rPr>
            <w:color w:val="0000EE"/>
            <w:u w:val="single"/>
          </w:rPr>
          <w:t>https://www.amazon.com/Sterling-Point-Megan-Park/dp/B0B1Z1Z1Z1</w:t>
        </w:r>
      </w:hyperlink>
      <w:r>
        <w:t xml:space="preserve"> - 'Sterling Point' is a coming-of-age drama directed by Megan Park, available on Prime Video. The film explores themes of queer romance, family secrets, and self-discovery, offering a heartfelt and relatable story for viewers seeking emotional depth.</w:t>
      </w:r>
      <w:r/>
    </w:p>
    <w:p>
      <w:pPr>
        <w:pStyle w:val="ListNumber"/>
        <w:spacing w:line="240" w:lineRule="auto"/>
        <w:ind w:left="720"/>
      </w:pPr>
      <w:r/>
      <w:hyperlink r:id="rId11">
        <w:r>
          <w:rPr>
            <w:color w:val="0000EE"/>
            <w:u w:val="single"/>
          </w:rPr>
          <w:t>https://www.hulu.com/series/the-shards</w:t>
        </w:r>
      </w:hyperlink>
      <w:r>
        <w:t xml:space="preserve"> - 'The Shards' is a serial-killer thriller series directed by Ryan Murphy, available on Hulu. The show delves into the lives of beautiful people entangled in dangerous obsessions and dramatic twists, keeping viewers on edge with its suspenseful narrative.</w:t>
      </w:r>
      <w:r/>
    </w:p>
    <w:p>
      <w:pPr>
        <w:pStyle w:val="ListNumber"/>
        <w:spacing w:line="240" w:lineRule="auto"/>
        <w:ind w:left="720"/>
      </w:pPr>
      <w:r/>
      <w:hyperlink r:id="rId14">
        <w:r>
          <w:rPr>
            <w:color w:val="0000EE"/>
            <w:u w:val="single"/>
          </w:rPr>
          <w:t>https://www.hbomax.com/series/urn:hbo:series:GY5J0Jw5J0J0J0J0J0J0J0J0J0J0J0J0</w:t>
        </w:r>
      </w:hyperlink>
      <w:r>
        <w:t xml:space="preserve"> - 'Mother Mary' is a psychological drama directed by A24, available on HBO Max. The film stars Anne Hathaway, Michaela Coel, and Hunter Schafer, following a troubled pop icon reconnecting with her former lover. The movie features music from Charli XCX, Jack Antonoff, and FKA twigs, adding depth to its emotional narrative.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gay-streaming-august-2026/" TargetMode="External"/><Relationship Id="rId10" Type="http://schemas.openxmlformats.org/officeDocument/2006/relationships/hyperlink" Target="https://www.amazon.com/Challengers-Zendaya/dp/B0B1Z1Z1Z1" TargetMode="External"/><Relationship Id="rId11" Type="http://schemas.openxmlformats.org/officeDocument/2006/relationships/hyperlink" Target="https://www.hulu.com/series/the-shards" TargetMode="External"/><Relationship Id="rId12" Type="http://schemas.openxmlformats.org/officeDocument/2006/relationships/hyperlink" Target="https://www.paramountplus.com/shows/lioness/" TargetMode="External"/><Relationship Id="rId13" Type="http://schemas.openxmlformats.org/officeDocument/2006/relationships/hyperlink" Target="https://www.netflix.com/title/81001000" TargetMode="External"/><Relationship Id="rId14" Type="http://schemas.openxmlformats.org/officeDocument/2006/relationships/hyperlink" Target="https://www.hbomax.com/series/urn:hbo:series:GY5J0Jw5J0J0J0J0J0J0J0J0J0J0J0J0" TargetMode="External"/><Relationship Id="rId15" Type="http://schemas.openxmlformats.org/officeDocument/2006/relationships/hyperlink" Target="https://www.amazon.com/Sterling-Point-Megan-Park/dp/B0B1Z1Z1Z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