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Ezra Sosa Moments: How DWTS’ Star Is Living Authentically On and Off Stage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discovering Ezra Sosa’s story beyond the ballroom , the 25‑year‑old DWTS pro has turned choreography into a platform, performing for Pride programming, speaking openly about identity, and helping reshape what it means to be a young, out dancer in mainstream entertainment.</w:t>
      </w:r>
      <w:r/>
    </w:p>
    <w:p>
      <w:r/>
      <w:r>
        <w:t>Essential Takeaways</w:t>
      </w:r>
      <w:r/>
      <w:r/>
    </w:p>
    <w:p>
      <w:pPr>
        <w:pStyle w:val="ListBullet"/>
        <w:spacing w:line="240" w:lineRule="auto"/>
        <w:ind w:left="720"/>
      </w:pPr>
      <w:r/>
      <w:r>
        <w:rPr>
          <w:b/>
        </w:rPr>
        <w:t>Rising talent:</w:t>
      </w:r>
      <w:r>
        <w:t xml:space="preserve"> Ezra Sosa is a 25‑year‑old professional dancer and choreographer known from Dancing with the Stars, with a sleek, athletic stage presence.</w:t>
      </w:r>
      <w:r/>
    </w:p>
    <w:p>
      <w:pPr>
        <w:pStyle w:val="ListBullet"/>
        <w:spacing w:line="240" w:lineRule="auto"/>
        <w:ind w:left="720"/>
      </w:pPr>
      <w:r/>
      <w:r>
        <w:rPr>
          <w:b/>
        </w:rPr>
        <w:t>Pride performance:</w:t>
      </w:r>
      <w:r>
        <w:t xml:space="preserve"> He created a special piece for WABC‑TV’s Pride 2026: For All of Us, bringing emotion and theatrical clarity to the celebration.</w:t>
      </w:r>
      <w:r/>
    </w:p>
    <w:p>
      <w:pPr>
        <w:pStyle w:val="ListBullet"/>
        <w:spacing w:line="240" w:lineRule="auto"/>
        <w:ind w:left="720"/>
      </w:pPr>
      <w:r/>
      <w:r>
        <w:rPr>
          <w:b/>
        </w:rPr>
        <w:t>Lived authenticity:</w:t>
      </w:r>
      <w:r>
        <w:t xml:space="preserve"> Sosa is an outspoken LGBTQ advocate who talks publicly about coming out and growing up in a Mormon household, which colours his message.</w:t>
      </w:r>
      <w:r/>
    </w:p>
    <w:p>
      <w:pPr>
        <w:pStyle w:val="ListBullet"/>
        <w:spacing w:line="240" w:lineRule="auto"/>
        <w:ind w:left="720"/>
      </w:pPr>
      <w:r/>
      <w:r>
        <w:rPr>
          <w:b/>
        </w:rPr>
        <w:t>Tour and TV crossover:</w:t>
      </w:r>
      <w:r>
        <w:t xml:space="preserve"> He’s balanced TV exposure with live tour work, winning fans for both his stage stamina and polished partnering.</w:t>
      </w:r>
      <w:r/>
    </w:p>
    <w:p>
      <w:pPr>
        <w:pStyle w:val="ListBullet"/>
        <w:spacing w:line="240" w:lineRule="auto"/>
        <w:ind w:left="720"/>
      </w:pPr>
      <w:r/>
      <w:r>
        <w:rPr>
          <w:b/>
        </w:rPr>
        <w:t>Relatable charisma:</w:t>
      </w:r>
      <w:r>
        <w:t xml:space="preserve"> On camera he’s warm and candid; in interviews he blends humour with reflection, making his story feel personal and practical.</w:t>
      </w:r>
      <w:r/>
      <w:r/>
    </w:p>
    <w:p>
      <w:pPr>
        <w:pStyle w:val="Heading2"/>
      </w:pPr>
      <w:r>
        <w:t>Ezra’s rise felt inevitable , he moves like someone who learned to fly through dance</w:t>
      </w:r>
      <w:r/>
    </w:p>
    <w:p>
      <w:r/>
      <w:r>
        <w:t>From first glance, Sosa’s movement reads as precise and easy, the kind of physical storytelling that looks effortless because of long practice. According to profiles and interviews, his Dancing with the Stars appearances and touring work have pushed him into the spotlight, and you can see why audiences respond , there’s a sleek, sincere quality to his technique. For viewers this matters: watching him is both visually satisfying and emotionally direct.</w:t>
      </w:r>
      <w:r/>
    </w:p>
    <w:p>
      <w:pPr>
        <w:pStyle w:val="Heading2"/>
      </w:pPr>
      <w:r>
        <w:t>Pride performances show why representation on screen still matters</w:t>
      </w:r>
      <w:r/>
    </w:p>
    <w:p>
      <w:r/>
      <w:r>
        <w:t>His Pride 2026 piece for WABC‑TV’s annual special was more than a routine , it was a moment of visibility. Local Pride programming like this reaches communities who want to see themselves reflected, and having a DWTS pro present a bespoke work amplifies that effect. If you’re choosing performances to attend or stream, look for pieces where artists speak to identity; they tend to land with extra resonance.</w:t>
      </w:r>
      <w:r/>
    </w:p>
    <w:p>
      <w:pPr>
        <w:pStyle w:val="Heading2"/>
      </w:pPr>
      <w:r>
        <w:t>Talking about identity: coming out, family and faith</w:t>
      </w:r>
      <w:r/>
    </w:p>
    <w:p>
      <w:r/>
      <w:r>
        <w:t>Sosa has spoken openly about coming out after a Mormon upbringing, and those conversations aren’t just tabloid moments , they frame his advocacy. In interviews he’s frank about the complexity of family, faith and selfhood, which helps normalise messy transitions for younger fans. For anyone navigating similar terrain, his candour is useful: public figures sharing process can make personal steps feel less isolating.</w:t>
      </w:r>
      <w:r/>
    </w:p>
    <w:p>
      <w:pPr>
        <w:pStyle w:val="Heading2"/>
      </w:pPr>
      <w:r>
        <w:t>From TV ballroom to live tour: balancing visibility and stamina</w:t>
      </w:r>
      <w:r/>
    </w:p>
    <w:p>
      <w:r/>
      <w:r>
        <w:t>The jump from television routines to a touring schedule isn’t small. Industry reporting notes that pros like Sosa balance televised choreography with gruelling live shows, where endurance and consistency matter. For fans, that means you might catch slightly different versions of his choreography on tour versus on TV , and that’s part of the charm. If you’re buying tickets, expect high polish and the kind of intimate energy that only live performance provides.</w:t>
      </w:r>
      <w:r/>
    </w:p>
    <w:p>
      <w:pPr>
        <w:pStyle w:val="Heading2"/>
      </w:pPr>
      <w:r>
        <w:t>Why Ezra’s approach feels modern , a blend of craft and cause</w:t>
      </w:r>
      <w:r/>
    </w:p>
    <w:p>
      <w:r/>
      <w:r>
        <w:t>What sets him apart is the way craft and cause sit comfortably together. He isn’t just performing to be seen; he’s deliberately using platforms to push conversations about LGBTQ life and acceptance. Critics and culture outlets have highlighted his blend of talent and advocacy, and that combo is increasingly what audiences value. It’s a reminder that in contemporary entertainment, authenticity can be as compelling as virtuosity.</w:t>
      </w:r>
      <w:r/>
    </w:p>
    <w:p>
      <w:r/>
      <w:r>
        <w:t>It's a small change that can make the spotlight feel warmer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13">
        <w:r>
          <w:rPr>
            <w:color w:val="0000EE"/>
            <w:u w:val="single"/>
          </w:rPr>
          <w:t>[6]</w:t>
        </w:r>
      </w:hyperlink>
      <w:r>
        <w:t xml:space="preserve">, </w:t>
      </w:r>
      <w:hyperlink r:id="rId12">
        <w:r>
          <w:rPr>
            <w:color w:val="0000EE"/>
            <w:u w:val="single"/>
          </w:rPr>
          <w:t>[7]</w:t>
        </w:r>
      </w:hyperlink>
      <w:r>
        <w:t xml:space="preserve">- Paragraph 4: </w:t>
      </w:r>
      <w:hyperlink r:id="rId14">
        <w:r>
          <w:rPr>
            <w:color w:val="0000EE"/>
            <w:u w:val="single"/>
          </w:rPr>
          <w:t>[5]</w:t>
        </w:r>
      </w:hyperlink>
      <w:r>
        <w:t xml:space="preserve">, </w:t>
      </w:r>
      <w:hyperlink r:id="rId11">
        <w:r>
          <w:rPr>
            <w:color w:val="0000EE"/>
            <w:u w:val="single"/>
          </w:rPr>
          <w:t>[4]</w:t>
        </w:r>
      </w:hyperlink>
      <w:r>
        <w:t xml:space="preserve">- Paragraph 5: </w:t>
      </w:r>
      <w:hyperlink r:id="rId10">
        <w:r>
          <w:rPr>
            <w:color w:val="0000EE"/>
            <w:u w:val="single"/>
          </w:rPr>
          <w:t>[3]</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https://abc7.com/videoClip/19624924/?userab=news_index_vod_pages_design_unification-624</w:t>
        </w:r>
      </w:hyperlink>
      <w:hyperlink r:id="rId9">
        <w:r>
          <w:rPr>
            <w:color w:val="0000EE"/>
            <w:u w:val="single"/>
          </w:rPr>
          <w:t>variant_b_vod_redesign-3364%2Cotvlink_abcnnav-576</w:t>
        </w:r>
      </w:hyperlink>
      <w:hyperlink r:id="rId9">
        <w:r>
          <w:rPr>
            <w:color w:val="0000EE"/>
            <w:u w:val="single"/>
          </w:rPr>
          <w:t>variant_b_local-2479</w:t>
        </w:r>
      </w:hyperlink>
      <w:r>
        <w:t xml:space="preserve"> - Please view link - unable to able to access data</w:t>
      </w:r>
      <w:r/>
    </w:p>
    <w:p>
      <w:pPr>
        <w:pStyle w:val="ListNumber"/>
        <w:spacing w:line="240" w:lineRule="auto"/>
        <w:ind w:left="720"/>
      </w:pPr>
      <w:r/>
      <w:hyperlink r:id="rId9">
        <w:r>
          <w:rPr>
            <w:color w:val="0000EE"/>
            <w:u w:val="single"/>
          </w:rPr>
          <w:t>https://abc7.com/videoClip/19624924/?userab=news_index_vod_pages_design_unification-624</w:t>
        </w:r>
      </w:hyperlink>
      <w:hyperlink r:id="rId9">
        <w:r>
          <w:rPr>
            <w:color w:val="0000EE"/>
            <w:u w:val="single"/>
          </w:rPr>
          <w:t>variant_b_vod_redesign-3364%2Cotvlink_abcnnav-576</w:t>
        </w:r>
      </w:hyperlink>
      <w:hyperlink r:id="rId9">
        <w:r>
          <w:rPr>
            <w:color w:val="0000EE"/>
            <w:u w:val="single"/>
          </w:rPr>
          <w:t>variant_b_local-2479</w:t>
        </w:r>
      </w:hyperlink>
      <w:r>
        <w:t xml:space="preserve"> - An article from ABC7 Los Angeles highlights Ezra Sosa, a 25-year-old professional dancer and choreographer from 'Dancing with the Stars'. It discusses his journey of living authentically both in and out of the ballroom, and his performance in WABC-TV's annual Pride special, 'Pride 2026: For All of Us', which showcases stories from New York City's LGBTQ community.</w:t>
      </w:r>
      <w:r/>
    </w:p>
    <w:p>
      <w:pPr>
        <w:pStyle w:val="ListNumber"/>
        <w:spacing w:line="240" w:lineRule="auto"/>
        <w:ind w:left="720"/>
      </w:pPr>
      <w:r/>
      <w:hyperlink r:id="rId10">
        <w:r>
          <w:rPr>
            <w:color w:val="0000EE"/>
            <w:u w:val="single"/>
          </w:rPr>
          <w:t>https://www.pride.com/gay-entertainment/ezra-sosa-dancing-with-the-stars</w:t>
        </w:r>
      </w:hyperlink>
      <w:r>
        <w:t xml:space="preserve"> - This article introduces Ezra Sosa as a queer professional dancer joining 'Dancing with the Stars'. It details his promotion from a troupe member to a pro dancer for season 33 and touches upon his journey of coming out, including support from LGBTQ+ celebrity JoJo Siwa.</w:t>
      </w:r>
      <w:r/>
    </w:p>
    <w:p>
      <w:pPr>
        <w:pStyle w:val="ListNumber"/>
        <w:spacing w:line="240" w:lineRule="auto"/>
        <w:ind w:left="720"/>
      </w:pPr>
      <w:r/>
      <w:hyperlink r:id="rId11">
        <w:r>
          <w:rPr>
            <w:color w:val="0000EE"/>
            <w:u w:val="single"/>
          </w:rPr>
          <w:t>https://dancingwiththestars.fandom.com/wiki/Ezra_Sosa</w:t>
        </w:r>
      </w:hyperlink>
      <w:r>
        <w:t xml:space="preserve"> - A comprehensive profile of Ezra Sosa from the 'Dancing with the Stars' Wiki. It covers his early life, including his upbringing in Provo, Utah, his participation in 'So You Think You Can Dance' season 16, and his role as a professional dancer on 'Dancing with the Stars'. The page also includes trivia about his career and personal life.</w:t>
      </w:r>
      <w:r/>
    </w:p>
    <w:p>
      <w:pPr>
        <w:pStyle w:val="ListNumber"/>
        <w:spacing w:line="240" w:lineRule="auto"/>
        <w:ind w:left="720"/>
      </w:pPr>
      <w:r/>
      <w:hyperlink r:id="rId14">
        <w:r>
          <w:rPr>
            <w:color w:val="0000EE"/>
            <w:u w:val="single"/>
          </w:rPr>
          <w:t>https://www.eonline.com/news/1427682/ezra-sosas-dancing-with-the-stars-tour-breakdown</w:t>
        </w:r>
      </w:hyperlink>
      <w:r>
        <w:t xml:space="preserve"> - An E! Online article where Ezra Sosa candidly discusses his experience during the opening night of the 'Dancing with the Stars' tour in Akron, Ohio. He shares his feelings of frustration after making mistakes during the performance and his commitment to improving for future shows.</w:t>
      </w:r>
      <w:r/>
    </w:p>
    <w:p>
      <w:pPr>
        <w:pStyle w:val="ListNumber"/>
        <w:spacing w:line="240" w:lineRule="auto"/>
        <w:ind w:left="720"/>
      </w:pPr>
      <w:r/>
      <w:hyperlink r:id="rId13">
        <w:r>
          <w:rPr>
            <w:color w:val="0000EE"/>
            <w:u w:val="single"/>
          </w:rPr>
          <w:t>https://www.eonline.com/news/1432694/dwts-ezra-sosa-on-coming-out-as-gay-after-growing-up-mormon</w:t>
        </w:r>
      </w:hyperlink>
      <w:r>
        <w:t xml:space="preserve"> - In this E! Online interview, Ezra Sosa reflects on his upbringing in a conservative Mormon household in Utah and how it influenced his journey to come out as gay. He discusses the challenges he faced and his role as a role model for LGBTQIA+ youth worldwide.</w:t>
      </w:r>
      <w:r/>
    </w:p>
    <w:p>
      <w:pPr>
        <w:pStyle w:val="ListNumber"/>
        <w:spacing w:line="240" w:lineRule="auto"/>
        <w:ind w:left="720"/>
      </w:pPr>
      <w:r/>
      <w:hyperlink r:id="rId12">
        <w:r>
          <w:rPr>
            <w:color w:val="0000EE"/>
            <w:u w:val="single"/>
          </w:rPr>
          <w:t>https://www.out.com/gay-entertainment/ezra-sosa-is-setting-the-standard-on-his-own-terms</w:t>
        </w:r>
      </w:hyperlink>
      <w:r>
        <w:t xml:space="preserve"> - An Out.com feature on Ezra Sosa, recognising him as an LGBTQ+ tastemaker in the dance and culture scene. The article delves into his personal journey, including his experiences growing up queer, finding his voice, and his perspective on recognition and success.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bc7.com/videoClip/19624924/?userab=news_index_vod_pages_design_unification-624*variant_b_vod_redesign-3364%2Cotvlink_abcnnav-576*variant_b_local-2479" TargetMode="External"/><Relationship Id="rId10" Type="http://schemas.openxmlformats.org/officeDocument/2006/relationships/hyperlink" Target="https://www.pride.com/gay-entertainment/ezra-sosa-dancing-with-the-stars" TargetMode="External"/><Relationship Id="rId11" Type="http://schemas.openxmlformats.org/officeDocument/2006/relationships/hyperlink" Target="https://dancingwiththestars.fandom.com/wiki/Ezra_Sosa" TargetMode="External"/><Relationship Id="rId12" Type="http://schemas.openxmlformats.org/officeDocument/2006/relationships/hyperlink" Target="https://www.out.com/gay-entertainment/ezra-sosa-is-setting-the-standard-on-his-own-terms" TargetMode="External"/><Relationship Id="rId13" Type="http://schemas.openxmlformats.org/officeDocument/2006/relationships/hyperlink" Target="https://www.eonline.com/news/1432694/dwts-ezra-sosa-on-coming-out-as-gay-after-growing-up-mormon" TargetMode="External"/><Relationship Id="rId14" Type="http://schemas.openxmlformats.org/officeDocument/2006/relationships/hyperlink" Target="https://www.eonline.com/news/1427682/ezra-sosas-dancing-with-the-stars-tour-breakdow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